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36"/>
        </w:rPr>
        <w:t>弔辞の例文（Word版）</w:t>
      </w:r>
    </w:p>
    <w:p>
      <w:pPr>
        <w:spacing w:after="160" w:before="0" w:lineRule="exact" w:line="270"/>
      </w:pPr>
      <w:r>
        <w:rPr>
          <w:rFonts w:ascii="Yu Gothic" w:hAnsi="Yu Gothic" w:eastAsia="Yu Gothic"/>
          <w:b w:val="0"/>
          <w:color w:val="6B6B6B"/>
          <w:sz w:val="18"/>
        </w:rPr>
        <w:t>A4・縦書き・1ページ1例文＋下書き用ページ｜ふれあいの丘｜2026年10月版</w:t>
      </w:r>
    </w:p>
    <w:p>
      <w:pPr>
        <w:spacing w:after="40" w:before="0" w:lineRule="exact" w:line="360"/>
      </w:pPr>
      <w:r>
        <w:rPr>
          <w:rFonts w:ascii="Yu Gothic" w:hAnsi="Yu Gothic" w:eastAsia="Yu Gothic"/>
          <w:b/>
          <w:color w:val="2B4C3C"/>
          <w:sz w:val="24"/>
        </w:rPr>
        <w:t>使い方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1　2〜8ページが例文です。1ページに1例文、A4・縦書きです。この1ページ目は説明なので、印刷するときは2ページ目以降を指定してください。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2　気持ちに近い例文のページを開き、○○を名前・年数・場所に置き換えます。思い出や人柄の段落は、ご自身の体験に書き換えてください。各ページ冒頭の薄い灰色の行は説明書きなので、削除してください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3　最後の行は、葬儀当日の日付と肩書・氏名です。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4　9ページ目は下書き用です。構成メモの4つの見出しの下に、思いつくまま書き出してください。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5　書き上げたら、時間を計りながら声に出して読み、長さを整えます。</w:t>
      </w:r>
    </w:p>
    <w:p>
      <w:pPr>
        <w:spacing w:after="40" w:before="120" w:lineRule="exact" w:line="360"/>
      </w:pPr>
      <w:r>
        <w:rPr>
          <w:rFonts w:ascii="Yu Gothic" w:hAnsi="Yu Gothic" w:eastAsia="Yu Gothic"/>
          <w:b/>
          <w:color w:val="2B4C3C"/>
          <w:sz w:val="24"/>
        </w:rPr>
        <w:t>例文とページ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2ページ　C1　学生時代からの友人へ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3ページ　C2　幼なじみの友人へ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4ページ　C3　職場の上司へ（部下から）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5ページ　C4　職場の同僚へ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6ページ　C5　恩師（学校の先生）へ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7ページ　C6　祖父へ（孫から）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8ページ　C7　地域でお世話になった方へ（町内会から）</w:t>
      </w:r>
    </w:p>
    <w:p>
      <w:pPr>
        <w:spacing w:after="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9ページ　下書き用</w:t>
      </w:r>
    </w:p>
    <w:p>
      <w:pPr>
        <w:spacing w:after="40" w:before="160" w:lineRule="exact" w:line="360"/>
      </w:pPr>
      <w:r>
        <w:rPr>
          <w:rFonts w:ascii="Yu Gothic" w:hAnsi="Yu Gothic" w:eastAsia="Yu Gothic"/>
          <w:b/>
          <w:color w:val="2B4C3C"/>
          <w:sz w:val="24"/>
        </w:rPr>
        <w:t>構成メモ（当サイトの提案・決まりではありません）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1 呼びかけ：故人の名前を呼び、誰を代表してお別れを述べるのかを伝えます。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2 故人との思い出：出会いのきっかけや、一緒に過ごした場面を一つか二つ、具体的に書きます。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3 人柄：思い出から伝わる故人の人柄や、自分が受け取ったものを書きます。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4 別れの言葉：ご遺族への言葉と、故人への感謝・別れの言葉で結び、最後に日付・肩書・氏名を書きます。</w:t>
      </w:r>
    </w:p>
    <w:p>
      <w:pPr>
        <w:spacing w:after="40" w:before="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全日本葬祭業協同組合連合会（全葬連）が示す弔辞の5つの要素（出だし・故人との関係・故人への賛辞・遺族への言葉・結び）を参考に、4つの段階にまとめたものです。</w:t>
      </w:r>
    </w:p>
    <w:p>
      <w:pPr>
        <w:spacing w:after="40" w:before="160" w:lineRule="exact" w:line="360"/>
      </w:pPr>
      <w:r>
        <w:rPr>
          <w:rFonts w:ascii="Yu Gothic" w:hAnsi="Yu Gothic" w:eastAsia="Yu Gothic"/>
          <w:b/>
          <w:color w:val="2B4C3C"/>
          <w:sz w:val="24"/>
        </w:rPr>
        <w:t>書き方メモ（業界団体・宗派の公式サイトの説明より・2026年10月2日確認）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長さは、読み上げて3分程度が目安とされます。400字詰め原稿用紙で、全日本冠婚葬祭互助協会（全互協）は2〜3枚程度、全葬連は3〜4枚程度と説明しています。この例文は400〜600字ほどの骨組みなので、思い出を書き足して調整してください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・正式には巻紙に薄墨の毛筆で書き、奉書紙に包んで「弔辞」と上書きするとされますが、無地の白い便箋や市販の弔辞用紙を使ってもかまわない、と全互協は説明しています。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・結びの言葉のあとに、葬儀当日の年月日と自分の肩書・名前を書き入れます（全互協）。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ふさわしい言葉は宗教・宗派で異なります。「冥福」「成仏」などは仏教の言葉で神道やキリスト教では使わないとされ（全互協）、真宗大谷派は「ご冥福をお祈りします」「安らかにお眠りください」なども真宗の教えのうえからはふさわしくないとしています。この例文では「冥福」「成仏」「天国」「霊前」「安らかに」などの言葉を使っていません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避けるとされる言葉の例として、日本郵便は弔電の案内で「死ぬ」「死亡」などの直接的な表現や「度々」「重ね重ね」「再び」などを、全葬連は弔辞について「くれぐれも」「繰り返す」などを挙げ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・内容は事前にご遺族に確認し、意向を反映させるとよい、と全葬連は説明しています。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当日は、司会者に呼ばれたらご遺族と祭壇に一礼し、包みから取り出して読み上げ、読み終えたら包み直して祭壇に供え、一礼して席に戻ります（全互協の手順の要約）。式の進め方は葬儀によって異なるので、係の案内に従ってください。</w:t>
      </w:r>
    </w:p>
    <w:p>
      <w:pPr>
        <w:spacing w:after="60" w:before="12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出典：全日本葬祭業協同組合連合会「弔辞とは」、全日本冠婚葬祭互助協会「弔辞を頼まれた場合は？」「葬儀の式次第」「通夜に出席するときは？」ほか、真宗大谷派「葬儀・法事・お墓のこと」、浄土真宗本願寺派「よくあるご質問」、日本郵便「Webレタックス 弔電・弔事のマナー（お悔やみ）Q&amp;A」（弔電についての案内）。URLは配布ページ www.fureaino-oka.com/sogi/chouji に掲載しています。弔辞の書き方を定めた法令や公的なルールはなく、ここに挙げたのは業界団体が一般的とする書き方の目安です。</w:t>
      </w:r>
    </w:p>
    <w:p>
      <w:pPr>
        <w:spacing w:after="60" w:before="8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発行：生前整理支援センター ふれあいの丘（株式会社Kogera）。例文は当サイトのオリジナルです。個人利用の範囲で自由に印刷・複製・編集いただけます。</w:t>
      </w:r>
    </w:p>
    <w:p>
      <w:pPr>
        <w:sectPr>
          <w:pgSz w:w="11906" w:h="16838"/>
          <w:pgMar w:top="737" w:right="1134" w:bottom="737" w:left="1134" w:header="720" w:footer="720" w:gutter="0"/>
          <w:cols w:space="720"/>
          <w:docGrid w:linePitch="360"/>
        </w:sectPr>
      </w:pPr>
    </w:p>
    <w:p>
      <w:pPr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（例文C1：学生時代からの友人へ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○○さん。今日、こうしてあなたに語りかける日が来るとは、思ってもいませんでした。友人を代表して、お別れの言葉を申し上げます。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あなたと初めて会ったのは、○○年前、○○高校の教室でした。席が前後だったことから話すようになり、帰り道に話し込んでは、気がつくと駅のベンチで日が暮れていたものです。卒業してそれぞれ別の土地で暮らすようになってからも、年に一度は必ず電話をくれて、「元気にしてる？」と声をかけてくれましたね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あなたは、人の話を最後まで聞いてくれる人でした。私が仕事のことで迷っていたとき、何も言わずに夜遅くまで付き合ってくれて、最後に「あなたなら大丈夫」と笑ってくれました。その一言に、どれほど背中を押されたかわかりません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先月会ったとき、今度は○○へ一緒に行こうと約束しました。その約束を果たせないことが、今はただ悔しく、寂しくてなりません。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ご家族の皆様の悲しみは、私たちには計り知れないものと思います。あなたが大切にしていたご家族のことを、私たち友人も、できる限り気にかけていきます。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○○さん、たくさんの楽しい時間を、本当にありがとう。あなたと友人でいられたことを、私はずっと誇りに思います。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友人代表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（例文C2：幼なじみの友人へ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○○ちゃん。小さいころからずっと呼んできたこの名前で、今日はお別れを言わせてください。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私たちが出会ったのは、○○町で家が三軒隣だったころです。夏休みには毎日のように川で遊び、日が暮れても帰らずに、二人そろってよく叱られました。大人になって住む場所が離れても、帰省するたびに顔を見せ合い、話し始めるとあっという間に子どものころの二人に戻れま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あなたは、誰に対しても分け隔てなく優しい人でした。困っている人がいると放っておけず、自分のことは後回しにしてでも手を貸していました。あなたのそういうところが、私は昔から大好きでした。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病気がわかってからも、あなたは私の前ではいつも明るくふるまってくれました。最後に会った日、「春になったら川沿いを歩こうね」と言ってくれたことを、私は忘れません。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ご家族の皆様、○○ちゃんと過ごす時間を私にも分けてくださって、本当にありがとうございました。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○○ちゃん、ずっと友達でいてくれてありがとう。あなたと過ごした時間は、これからも私の中で生き続けます。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（例文C3：職場の上司へ（部下から）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○○部長。部の一同を代表して、謹んでお別れの言葉を申し上げます。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私が○○部に配属されたのは、○○年前の春でした。右も左もわからない私に、部長は「わからないことは、わからないと言っていい」と最初に言ってくださいました。その一言で、張りつめていた肩の力がすっと抜けたのを覚えてい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部長は、厳しさと温かさを両方持った方でした。仕事の詰めが甘いときには何度でも書類を戻されましたが、うまくいったときには、誰よりも先に私たちの名前を挙げて褒めてくださいました。大きな取引がまとまった日の夕方、部長が自分のことのようにうれしそうに笑っていらした顔を、今もはっきりと思い出し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部長から教わったことは、私たちの仕事の中にしっかりと残っています。これからは、部長がつくってくださったこの職場を、私たちの手で守り育ててまいります。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ご家族の皆様には、深い悲しみの中におられることと存じます。心からお悔やみ申し上げます。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○○部長、これまでのご指導に、心からお礼を申し上げます。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株式会社○○　○○部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（例文C4：職場の同僚へ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○○さん。同じ職場で働いてきた仲間を代表して、お別れのご挨拶を申し上げます。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と私は、同じ年に入社した同期でした。研修で同じ班になってから、もう○○年になります。忙しい時期には、遅くまで残る私の机に、黙って温かい飲み物を置いていってくれましたね。あの気づかいに、何度助けられたことでしょう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は、いつも周りをよく見ている人でした。新しく来た人が困っていれば真っ先に声をかけ、会議が行き詰まると、穏やかな一言で場の空気をやわらげてくれました。自分の手柄を口にすることはなく、うまくいったときはいつも「みんなのおかげ」と笑っていました。職場の誰もが、○○さんを頼りにしていま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ついこの間も、次の仕事の段取りを楽しそうに話していたばかりです。その姿を思うと、今もこの知らせを受け止めきれずにいます。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○○さんが大切にしていた仕事は、私たちが責任を持って引き継ぎます。ご家族の皆様、どうかお体を大切になさってください。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○○さん、一緒に働けたことを心から感謝しています。本当にありがとうございました。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株式会社○○　同僚代表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（例文C5：恩師（学校の先生）へ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○○先生。○○高校の卒業生を代表して、先生にお別れの言葉を申し上げます。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私たちのクラスを先生が受け持ってくださったのは、○年生のときでした。進路に迷い、何も決められずにいた私に、先生は放課後の教室で一時間以上も付き合ってくださいました。「急いで答えを出さなくていい。自分が何をしているときに夢中になれるか、それを手がかりにしなさい」。あのとき先生からいただいた言葉は、今も私の進む道を照らしてい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先生は、生徒一人ひとりの小さな変化に気づいてくださる方でした。元気がない日には何気なく声をかけてくださり、うまくいった日には、私たち以上にうれしそうな顔をしてくださいました。卒業してからも同窓会には毎回足を運んでくださり、私たちの近況を楽しそうに聞いてくださいま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先生から受け取ったものを、今度は私たちが、それぞれの場所で次の世代に手渡していきます。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ご家族の皆様、先生を長い間、私たちのもとに送り出してくださり、ありがとうございました。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○○先生、たくさんのことを教えてくださって、ありがとうございました。心から感謝申し上げます。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○○高校 卒業生代表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（例文C6：祖父へ（孫から）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おじいちゃん。孫を代表して、おじいちゃんにお別れの言葉を伝えます。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子どものころ、夏休みになると、私たちは毎年おじいちゃんの家で過ごしました。朝早くに畑へ連れて行ってもらい、とれたてのきゅうりをその場でかじったこと。夜には縁側で、おじいちゃんが若いころの話を聞かせてくれたこと。お正月に親戚が集まると、いつも端の席で、にぎやかな私たちを目を細めて眺めていたこと。どれも昨日のことのように覚えてい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おじいちゃんは口数の少ない人でしたが、私たちが何かを頑張ったときには、大きな手で頭をなでてくれました。就職が決まったと電話をした日、「よくやった」と短く言ったあと、しばらく黙っていたのは、きっと喜んでくれていたのだと思い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残された家族のことは、みんなで支え合っていきます。おじいちゃんが守ってきたこの家族を、これからは私たちが大切にしていきます。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おじいちゃん、いつも私たちを見守ってくれて、ありがとう。おじいちゃんの孫に生まれて、私は幸せでした。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孫代表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（例文C7：地域でお世話になった方へ（町内会から）　※この行は印刷前に削除してください）</w:t>
      </w:r>
    </w:p>
    <w:p>
      <w:pPr>
        <w:spacing w:after="0" w:before="0" w:lineRule="exact" w:line="500"/>
      </w:pPr>
      <w:r>
        <w:rPr>
          <w:rFonts w:ascii="Yu Mincho" w:hAnsi="Yu Mincho" w:eastAsia="Yu Mincho"/>
          <w:b w:val="0"/>
          <w:color w:val="222222"/>
          <w:sz w:val="26"/>
        </w:rPr>
        <w:t>○○さん。○○町内会を代表して、謹んでお別れの言葉を申し上げます。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は、○○年にわたって町内会の役員を務め、地域のために力を尽くしてくださいました。毎朝の通学路の見守りでは、子どもたち一人ひとりに名前で声をかけ、子どもたちからも「○○さん」と親しまれていました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夏祭りの準備では、誰よりも早く集会所に来て、一人でテントを組み立てていらした姿が目に浮かびます。新しく越してきた家族がいれば、町内の決まりごとをさりげなく教え、困りごとの相談にも親身に乗ってくださいました。町内の清掃の日には、ほうきを手に、いつも一番に顔を出していらっしゃいました。この町が住みやすい町であり続けてきたのは、○○さんのような方が、目立たないところで支えてくださったおかげで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○○さんが大切にしてこられたこの町のつながりを、私たち住民一同、これからも守ってまいります。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ご家族の皆様には、心よりお悔やみ申し上げます。</w:t>
      </w:r>
    </w:p>
    <w:p>
      <w:pPr>
        <w:spacing w:after="0" w:before="0" w:lineRule="exact" w:line="500"/>
        <w:ind w:firstLine="260"/>
      </w:pPr>
      <w:r>
        <w:rPr>
          <w:rFonts w:ascii="Yu Mincho" w:hAnsi="Yu Mincho" w:eastAsia="Yu Mincho"/>
          <w:b w:val="0"/>
          <w:color w:val="222222"/>
          <w:sz w:val="26"/>
        </w:rPr>
        <w:t>○○さん、長い間この町を見守ってくださって、ありがとうございました。</w:t>
      </w: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○○町内会　会長　○○○○</w:t>
      </w:r>
    </w:p>
    <w:p>
      <w:pPr>
        <w:pageBreakBefore/>
        <w:spacing w:after="120" w:before="0" w:lineRule="exact" w:line="500"/>
      </w:pPr>
      <w:r>
        <w:rPr>
          <w:rFonts w:ascii="Yu Mincho" w:hAnsi="Yu Mincho" w:eastAsia="Yu Mincho"/>
          <w:b w:val="0"/>
          <w:color w:val="8A8478"/>
          <w:sz w:val="18"/>
        </w:rPr>
        <w:t>（下書き用　※見出しの下に思いつくまま書き出し、見出しは印刷前に削除してください）</w:t>
      </w:r>
    </w:p>
    <w:p>
      <w:pPr>
        <w:spacing w:after="0" w:before="160" w:lineRule="exact" w:line="500"/>
      </w:pPr>
      <w:r>
        <w:rPr>
          <w:rFonts w:ascii="Yu Mincho" w:hAnsi="Yu Mincho" w:eastAsia="Yu Mincho"/>
          <w:b w:val="0"/>
          <w:color w:val="8A8478"/>
          <w:sz w:val="20"/>
        </w:rPr>
        <w:t>【1 呼びかけ】</w:t>
      </w:r>
    </w:p>
    <w:p>
      <w:pPr>
        <w:spacing w:after="0" w:before="0" w:lineRule="exact" w:line="500"/>
      </w:pPr>
    </w:p>
    <w:p>
      <w:pPr>
        <w:spacing w:after="0" w:before="0" w:lineRule="exact" w:line="500"/>
      </w:pPr>
    </w:p>
    <w:p>
      <w:pPr>
        <w:spacing w:after="0" w:before="160" w:lineRule="exact" w:line="500"/>
      </w:pPr>
      <w:r>
        <w:rPr>
          <w:rFonts w:ascii="Yu Mincho" w:hAnsi="Yu Mincho" w:eastAsia="Yu Mincho"/>
          <w:b w:val="0"/>
          <w:color w:val="8A8478"/>
          <w:sz w:val="20"/>
        </w:rPr>
        <w:t>【2 故人との思い出】</w:t>
      </w:r>
    </w:p>
    <w:p>
      <w:pPr>
        <w:spacing w:after="0" w:before="0" w:lineRule="exact" w:line="500"/>
      </w:pPr>
    </w:p>
    <w:p>
      <w:pPr>
        <w:spacing w:after="0" w:before="0" w:lineRule="exact" w:line="500"/>
      </w:pPr>
    </w:p>
    <w:p>
      <w:pPr>
        <w:spacing w:after="0" w:before="0" w:lineRule="exact" w:line="500"/>
      </w:pPr>
    </w:p>
    <w:p>
      <w:pPr>
        <w:spacing w:after="0" w:before="160" w:lineRule="exact" w:line="500"/>
      </w:pPr>
      <w:r>
        <w:rPr>
          <w:rFonts w:ascii="Yu Mincho" w:hAnsi="Yu Mincho" w:eastAsia="Yu Mincho"/>
          <w:b w:val="0"/>
          <w:color w:val="8A8478"/>
          <w:sz w:val="20"/>
        </w:rPr>
        <w:t>【3 人柄】</w:t>
      </w:r>
    </w:p>
    <w:p>
      <w:pPr>
        <w:spacing w:after="0" w:before="0" w:lineRule="exact" w:line="500"/>
      </w:pPr>
    </w:p>
    <w:p>
      <w:pPr>
        <w:spacing w:after="0" w:before="0" w:lineRule="exact" w:line="500"/>
      </w:pPr>
    </w:p>
    <w:p>
      <w:pPr>
        <w:spacing w:after="0" w:before="160" w:lineRule="exact" w:line="500"/>
      </w:pPr>
      <w:r>
        <w:rPr>
          <w:rFonts w:ascii="Yu Mincho" w:hAnsi="Yu Mincho" w:eastAsia="Yu Mincho"/>
          <w:b w:val="0"/>
          <w:color w:val="8A8478"/>
          <w:sz w:val="20"/>
        </w:rPr>
        <w:t>【4 別れの言葉】</w:t>
      </w:r>
    </w:p>
    <w:p>
      <w:pPr>
        <w:spacing w:after="0" w:before="0" w:lineRule="exact" w:line="500"/>
      </w:pPr>
    </w:p>
    <w:p>
      <w:pPr>
        <w:spacing w:after="0" w:before="0" w:lineRule="exact" w:line="500"/>
      </w:pPr>
    </w:p>
    <w:p>
      <w:pPr>
        <w:spacing w:after="0" w:before="280" w:lineRule="exact" w:line="50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令和○年○月○日　肩書　○○○○</w:t>
      </w:r>
    </w:p>
    <w:sectPr w:rsidR="00FC693F" w:rsidRPr="0006063C" w:rsidSect="00034616">
      <w:pgSz w:w="11906" w:h="16838"/>
      <w:pgMar w:top="1247" w:right="1247" w:bottom="1247" w:left="1247" w:header="567" w:footer="567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弔辞の例文（A4・縦書き）</dc:title>
  <dc:subject/>
  <dc:creator>ふれあいの丘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