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exact" w:line="336"/>
      </w:pPr>
      <w:r>
        <w:rPr>
          <w:rFonts w:ascii="Yu Gothic" w:hAnsi="Yu Gothic" w:eastAsia="Yu Gothic"/>
          <w:b/>
          <w:color w:val="2B4C3C"/>
          <w:sz w:val="36"/>
        </w:rPr>
        <w:t>訃報のお知らせの例文集（Word版）</w:t>
      </w:r>
    </w:p>
    <w:p>
      <w:pPr>
        <w:spacing w:after="160" w:before="0" w:lineRule="exact" w:line="288"/>
      </w:pPr>
      <w:r>
        <w:rPr>
          <w:rFonts w:ascii="Yu Gothic" w:hAnsi="Yu Gothic" w:eastAsia="Yu Gothic"/>
          <w:b w:val="0"/>
          <w:color w:val="6B6B6B"/>
          <w:sz w:val="18"/>
        </w:rPr>
        <w:t>遺族が出す側の文面 10件｜メール・LINE・会社・家族葬で辞退するとき・葬儀後のはがき｜ふれあいの丘｜2026年版</w:t>
      </w:r>
    </w:p>
    <w:p>
      <w:pPr>
        <w:spacing w:after="40" w:before="0" w:lineRule="exact" w:line="384"/>
      </w:pPr>
      <w:r>
        <w:rPr>
          <w:rFonts w:ascii="Yu Gothic" w:hAnsi="Yu Gothic" w:eastAsia="Yu Gothic"/>
          <w:b/>
          <w:color w:val="2B4C3C"/>
          <w:sz w:val="24"/>
        </w:rPr>
        <w:t>使い方</w:t>
      </w:r>
    </w:p>
    <w:p>
      <w:pPr>
        <w:spacing w:after="40" w:before="0" w:lineRule="exact" w:line="304"/>
      </w:pPr>
      <w:r>
        <w:rPr>
          <w:rFonts w:ascii="Yu Gothic" w:hAnsi="Yu Gothic" w:eastAsia="Yu Gothic"/>
          <w:b w:val="0"/>
          <w:color w:val="222222"/>
          <w:sz w:val="19"/>
        </w:rPr>
        <w:t>1　2ページ目から、場面ごとに章（セクション）を分けて例文を載せています。知らせる相手と手段に近い例文を選んでください。</w:t>
      </w:r>
    </w:p>
    <w:p>
      <w:pPr>
        <w:spacing w:after="40" w:before="0" w:lineRule="exact" w:line="304"/>
      </w:pPr>
      <w:r>
        <w:rPr>
          <w:rFonts w:ascii="Yu Gothic" w:hAnsi="Yu Gothic" w:eastAsia="Yu Gothic"/>
          <w:b w:val="0"/>
          <w:color w:val="222222"/>
          <w:sz w:val="19"/>
        </w:rPr>
        <w:t>2　○○を名前・続柄・日付・斎場の名前に置き換えます。決まっていないことは「決まりしだいお知らせします」と書けば大丈夫です。</w:t>
      </w:r>
    </w:p>
    <w:p>
      <w:pPr>
        <w:spacing w:after="40" w:before="0" w:lineRule="exact" w:line="304"/>
      </w:pPr>
      <w:r>
        <w:rPr>
          <w:rFonts w:ascii="Yu Gothic" w:hAnsi="Yu Gothic" w:eastAsia="Yu Gothic"/>
          <w:b w:val="0"/>
          <w:color w:val="222222"/>
          <w:sz w:val="19"/>
        </w:rPr>
        <w:t>3　薄い灰色の「（〜場合）」は説明書きです。当てはまる場合は説明書きだけを消し、当てはまらない場合は行ごと削除します。</w:t>
      </w:r>
    </w:p>
    <w:p>
      <w:pPr>
        <w:spacing w:after="40" w:before="0" w:lineRule="exact" w:line="304"/>
      </w:pPr>
      <w:r>
        <w:rPr>
          <w:rFonts w:ascii="Yu Gothic" w:hAnsi="Yu Gothic" w:eastAsia="Yu Gothic"/>
          <w:b w:val="0"/>
          <w:color w:val="222222"/>
          <w:sz w:val="19"/>
        </w:rPr>
        <w:t>4　メール・LINEは、文面を選択してコピーし、メールやLINEに貼り付けて使えます。はがきは、書き写すか、この文書を印刷してお使いください。</w:t>
      </w:r>
    </w:p>
    <w:p>
      <w:pPr>
        <w:spacing w:after="40" w:before="120" w:lineRule="exact" w:line="384"/>
      </w:pPr>
      <w:r>
        <w:rPr>
          <w:rFonts w:ascii="Yu Gothic" w:hAnsi="Yu Gothic" w:eastAsia="Yu Gothic"/>
          <w:b/>
          <w:color w:val="2B4C3C"/>
          <w:sz w:val="24"/>
        </w:rPr>
        <w:t>例文の一覧</w:t>
      </w:r>
    </w:p>
    <w:p>
      <w:pPr>
        <w:spacing w:after="0" w:before="0" w:lineRule="exact" w:line="336"/>
      </w:pPr>
      <w:r>
        <w:rPr>
          <w:rFonts w:ascii="Yu Gothic" w:hAnsi="Yu Gothic" w:eastAsia="Yu Gothic"/>
          <w:b/>
          <w:color w:val="2B4C3C"/>
          <w:sz w:val="19"/>
        </w:rPr>
        <w:t xml:space="preserve">2ページ　メール　</w:t>
      </w:r>
      <w:r>
        <w:rPr>
          <w:rFonts w:ascii="Yu Gothic" w:hAnsi="Yu Gothic" w:eastAsia="Yu Gothic"/>
          <w:b w:val="0"/>
          <w:color w:val="6B6B6B"/>
          <w:sz w:val="17"/>
        </w:rPr>
        <w:t>M1 親族・故人の友人へ（通夜・葬儀の日程が決まったあと）／M2 故人の友人・知人へ（日程が決まる前の第一報）</w:t>
      </w:r>
    </w:p>
    <w:p>
      <w:pPr>
        <w:spacing w:after="0" w:before="0" w:lineRule="exact" w:line="336"/>
      </w:pPr>
      <w:r>
        <w:rPr>
          <w:rFonts w:ascii="Yu Gothic" w:hAnsi="Yu Gothic" w:eastAsia="Yu Gothic"/>
          <w:b/>
          <w:color w:val="2B4C3C"/>
          <w:sz w:val="19"/>
        </w:rPr>
        <w:t xml:space="preserve">3ページ　LINE・メッセージ　</w:t>
      </w:r>
      <w:r>
        <w:rPr>
          <w:rFonts w:ascii="Yu Gothic" w:hAnsi="Yu Gothic" w:eastAsia="Yu Gothic"/>
          <w:b w:val="0"/>
          <w:color w:val="6B6B6B"/>
          <w:sz w:val="17"/>
        </w:rPr>
        <w:t>L1 親しい親族・友人へ個別に（第一報）／L2 故人の友人の代表の方へ（ほかの方への連絡をお願いする）</w:t>
      </w:r>
    </w:p>
    <w:p>
      <w:pPr>
        <w:spacing w:after="0" w:before="0" w:lineRule="exact" w:line="336"/>
      </w:pPr>
      <w:r>
        <w:rPr>
          <w:rFonts w:ascii="Yu Gothic" w:hAnsi="Yu Gothic" w:eastAsia="Yu Gothic"/>
          <w:b/>
          <w:color w:val="2B4C3C"/>
          <w:sz w:val="19"/>
        </w:rPr>
        <w:t xml:space="preserve">4ページ　会社（勤務先）への連絡　</w:t>
      </w:r>
      <w:r>
        <w:rPr>
          <w:rFonts w:ascii="Yu Gothic" w:hAnsi="Yu Gothic" w:eastAsia="Yu Gothic"/>
          <w:b w:val="0"/>
          <w:color w:val="6B6B6B"/>
          <w:sz w:val="17"/>
        </w:rPr>
        <w:t>W1 亡くなった本人の勤務先へ（家族から上司・総務へ）／W2 自分の勤務先へ（社内への知らせ方をお願いする）</w:t>
      </w:r>
    </w:p>
    <w:p>
      <w:pPr>
        <w:spacing w:after="0" w:before="0" w:lineRule="exact" w:line="336"/>
      </w:pPr>
      <w:r>
        <w:rPr>
          <w:rFonts w:ascii="Yu Gothic" w:hAnsi="Yu Gothic" w:eastAsia="Yu Gothic"/>
          <w:b/>
          <w:color w:val="2B4C3C"/>
          <w:sz w:val="19"/>
        </w:rPr>
        <w:t xml:space="preserve">5ページ　家族葬で参列を辞退するとき　</w:t>
      </w:r>
      <w:r>
        <w:rPr>
          <w:rFonts w:ascii="Yu Gothic" w:hAnsi="Yu Gothic" w:eastAsia="Yu Gothic"/>
          <w:b w:val="0"/>
          <w:color w:val="6B6B6B"/>
          <w:sz w:val="17"/>
        </w:rPr>
        <w:t>K1 友人・知人へ、葬儀の前に知らせる（家族葬のため参列を辞退）／K2 町内会・ご近所へ（家族葬のため弔問を辞退）</w:t>
      </w:r>
    </w:p>
    <w:p>
      <w:pPr>
        <w:spacing w:after="0" w:before="0" w:lineRule="exact" w:line="336"/>
      </w:pPr>
      <w:r>
        <w:rPr>
          <w:rFonts w:ascii="Yu Gothic" w:hAnsi="Yu Gothic" w:eastAsia="Yu Gothic"/>
          <w:b/>
          <w:color w:val="2B4C3C"/>
          <w:sz w:val="19"/>
        </w:rPr>
        <w:t xml:space="preserve">6ページ　葬儀後に知らせるはがき（死亡通知）　</w:t>
      </w:r>
      <w:r>
        <w:rPr>
          <w:rFonts w:ascii="Yu Gothic" w:hAnsi="Yu Gothic" w:eastAsia="Yu Gothic"/>
          <w:b w:val="0"/>
          <w:color w:val="6B6B6B"/>
          <w:sz w:val="17"/>
        </w:rPr>
        <w:t>H1 葬儀を終えたあとに知らせる（基本）／H2 故人の年賀状などで知った方へ（面識のない方へのお知らせ）</w:t>
      </w:r>
    </w:p>
    <w:p>
      <w:pPr>
        <w:spacing w:after="40" w:before="160" w:lineRule="exact" w:line="384"/>
      </w:pPr>
      <w:r>
        <w:rPr>
          <w:rFonts w:ascii="Yu Gothic" w:hAnsi="Yu Gothic" w:eastAsia="Yu Gothic"/>
          <w:b/>
          <w:color w:val="2B4C3C"/>
          <w:sz w:val="24"/>
        </w:rPr>
        <w:t>書き方メモ（業界団体などの説明・2026年10月22日確認）</w:t>
      </w:r>
    </w:p>
    <w:p>
      <w:pPr>
        <w:spacing w:after="20" w:before="0" w:lineRule="exact" w:line="288"/>
      </w:pPr>
      <w:r>
        <w:rPr>
          <w:rFonts w:ascii="Yu Gothic" w:hAnsi="Yu Gothic" w:eastAsia="Yu Gothic"/>
          <w:b w:val="0"/>
          <w:color w:val="222222"/>
          <w:sz w:val="18"/>
        </w:rPr>
        <w:t>・伝える項目：故人の氏名、亡くなった日時、葬儀の日程・場所・形式、喪主の氏名と連絡先、辞退するもの（香典・供花・弔電など）。死因は必ずしも伝える必要はなく「病気で」などにとどめてもよい、と全葬連は説明しています。</w:t>
      </w:r>
    </w:p>
    <w:p>
      <w:pPr>
        <w:spacing w:after="20" w:before="0" w:lineRule="exact" w:line="288"/>
      </w:pPr>
      <w:r>
        <w:rPr>
          <w:rFonts w:ascii="Yu Gothic" w:hAnsi="Yu Gothic" w:eastAsia="Yu Gothic"/>
          <w:b w:val="0"/>
          <w:color w:val="222222"/>
          <w:sz w:val="18"/>
        </w:rPr>
        <w:t>・知らせる時期：親族や親しい友人・知人にはできるだけ早く、勤務先・仕事関係者には葬儀の日程や形式が決まってから連絡するのが一般的、と全葬連は説明しています。</w:t>
      </w:r>
    </w:p>
    <w:p>
      <w:pPr>
        <w:spacing w:after="20" w:before="0" w:lineRule="exact" w:line="288"/>
      </w:pPr>
      <w:r>
        <w:rPr>
          <w:rFonts w:ascii="Yu Gothic" w:hAnsi="Yu Gothic" w:eastAsia="Yu Gothic"/>
          <w:b w:val="0"/>
          <w:color w:val="222222"/>
          <w:sz w:val="18"/>
        </w:rPr>
        <w:t>・誰の名前で：葬儀の通知状は喪主の名で通知する、と全互協は説明しています。</w:t>
      </w:r>
    </w:p>
    <w:p>
      <w:pPr>
        <w:spacing w:after="20" w:before="0" w:lineRule="exact" w:line="288"/>
      </w:pPr>
      <w:r>
        <w:rPr>
          <w:rFonts w:ascii="Yu Gothic" w:hAnsi="Yu Gothic" w:eastAsia="Yu Gothic"/>
          <w:b w:val="0"/>
          <w:color w:val="222222"/>
          <w:sz w:val="18"/>
        </w:rPr>
        <w:t>・メールの形：件名は【訃報】から始めて故人の氏名と続柄を書く、時候の挨拶は省く、返信は不要と添える、句読点は一般的に使わない、と全葬連は説明しています（理由は諸説あるとしています）。</w:t>
      </w:r>
    </w:p>
    <w:p>
      <w:pPr>
        <w:spacing w:after="20" w:before="0" w:lineRule="exact" w:line="288"/>
      </w:pPr>
      <w:r>
        <w:rPr>
          <w:rFonts w:ascii="Yu Gothic" w:hAnsi="Yu Gothic" w:eastAsia="Yu Gothic"/>
          <w:b w:val="0"/>
          <w:color w:val="222222"/>
          <w:sz w:val="18"/>
        </w:rPr>
        <w:t>・SNS・LINE：SNSでの訃報連絡は基本的にマナー違反とされているとし、使う場合は不特定多数が見る投稿ではなく個別にメッセージを送るよう、全葬連は説明しています。</w:t>
      </w:r>
    </w:p>
    <w:p>
      <w:pPr>
        <w:spacing w:after="20" w:before="0" w:lineRule="exact" w:line="288"/>
      </w:pPr>
      <w:r>
        <w:rPr>
          <w:rFonts w:ascii="Yu Gothic" w:hAnsi="Yu Gothic" w:eastAsia="Yu Gothic"/>
          <w:b w:val="0"/>
          <w:color w:val="222222"/>
          <w:sz w:val="18"/>
        </w:rPr>
        <w:t>・会社への連絡：社内規定に従い、一般的には上司や人事担当者を通じて連絡するのが適切、と全葬連は説明しています。休暇の日数は就業規則で決まります（厚生労働省のモデル就業規則）。</w:t>
      </w:r>
    </w:p>
    <w:p>
      <w:pPr>
        <w:spacing w:after="20" w:before="0" w:lineRule="exact" w:line="288"/>
      </w:pPr>
      <w:r>
        <w:rPr>
          <w:rFonts w:ascii="Yu Gothic" w:hAnsi="Yu Gothic" w:eastAsia="Yu Gothic"/>
          <w:b w:val="0"/>
          <w:color w:val="222222"/>
          <w:sz w:val="18"/>
        </w:rPr>
        <w:t>・辞退するとき：香典・供花などを辞退する場合はその旨を明記しておくと相手が迷わずに済む、と郵便局のプリントサービス（日本郵便運営）のコラムは説明しています。</w:t>
      </w:r>
    </w:p>
    <w:p>
      <w:pPr>
        <w:spacing w:after="20" w:before="0" w:lineRule="exact" w:line="288"/>
      </w:pPr>
      <w:r>
        <w:rPr>
          <w:rFonts w:ascii="Yu Gothic" w:hAnsi="Yu Gothic" w:eastAsia="Yu Gothic"/>
          <w:b w:val="0"/>
          <w:color w:val="222222"/>
          <w:sz w:val="18"/>
        </w:rPr>
        <w:t>・葬儀後のはがき：家族葬のあとの挨拶状は葬儀後2週間から四十九日法要を終えた頃までが目安で一般的、と郵便局のプリントサービスのコラムは説明しています。</w:t>
      </w:r>
    </w:p>
    <w:p>
      <w:pPr>
        <w:spacing w:after="60" w:before="120" w:lineRule="exact" w:line="256"/>
      </w:pPr>
      <w:r>
        <w:rPr>
          <w:rFonts w:ascii="Yu Gothic" w:hAnsi="Yu Gothic" w:eastAsia="Yu Gothic"/>
          <w:b w:val="0"/>
          <w:color w:val="6B6B6B"/>
          <w:sz w:val="16"/>
        </w:rPr>
        <w:t>訃報の文面を定めた公的な決まりは、当サイトが確認した範囲では見当たりませんでした。ここに挙げたのは出典で説明されている目安です。出典の一覧（URL）は最後のページと、配布ページ www.fureaino-oka.com/sogi/fuhou-bunrei に掲載しています。</w:t>
      </w:r>
    </w:p>
    <w:p>
      <w:pPr>
        <w:spacing w:after="60" w:before="80" w:lineRule="exact" w:line="256"/>
      </w:pPr>
      <w:r>
        <w:rPr>
          <w:rFonts w:ascii="Yu Gothic" w:hAnsi="Yu Gothic" w:eastAsia="Yu Gothic"/>
          <w:b w:val="0"/>
          <w:color w:val="6B6B6B"/>
          <w:sz w:val="16"/>
        </w:rPr>
        <w:t>発行：生前整理支援センター ふれあいの丘（株式会社Kogera）。例文は当サイトの書き下ろしです。個人利用の範囲で自由に印刷・複製・編集いただけます。</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メール</w:t>
      </w:r>
    </w:p>
    <w:p>
      <w:pPr>
        <w:spacing w:after="160" w:before="0" w:lineRule="exact" w:line="288"/>
      </w:pPr>
      <w:r>
        <w:rPr>
          <w:rFonts w:ascii="Yu Gothic" w:hAnsi="Yu Gothic" w:eastAsia="Yu Gothic"/>
          <w:b w:val="0"/>
          <w:color w:val="6B6B6B"/>
          <w:sz w:val="18"/>
        </w:rPr>
        <w:t>親族・故人の友人や知人に、メールで知らせる文例です。1行目は件名です。句読点の代わりに空白で区切っています。</w:t>
      </w:r>
    </w:p>
    <w:p>
      <w:pPr>
        <w:spacing w:after="60" w:before="120" w:lineRule="exact" w:line="336"/>
      </w:pPr>
      <w:r>
        <w:rPr>
          <w:rFonts w:ascii="Yu Gothic" w:hAnsi="Yu Gothic" w:eastAsia="Yu Gothic"/>
          <w:b/>
          <w:color w:val="2B4C3C"/>
          <w:sz w:val="22"/>
        </w:rPr>
        <w:t xml:space="preserve">M1　</w:t>
      </w:r>
      <w:r>
        <w:rPr>
          <w:rFonts w:ascii="Yu Gothic" w:hAnsi="Yu Gothic" w:eastAsia="Yu Gothic"/>
          <w:b/>
          <w:color w:val="2B4C3C"/>
          <w:sz w:val="22"/>
        </w:rPr>
        <w:t>親族・故人の友人へ（通夜・葬儀の日程が決まったあと）</w:t>
      </w:r>
    </w:p>
    <w:p>
      <w:pPr>
        <w:spacing w:after="20" w:before="0" w:lineRule="exact" w:line="336"/>
        <w:ind w:left="170"/>
      </w:pPr>
      <w:r>
        <w:rPr>
          <w:rFonts w:ascii="Yu Mincho" w:hAnsi="Yu Mincho" w:eastAsia="Yu Mincho"/>
          <w:b w:val="0"/>
          <w:color w:val="6B6B6B"/>
          <w:sz w:val="21"/>
        </w:rPr>
        <w:t>件名：【訃報】父 ○○○○のこと（長男 ○○より）</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突然のお知らせで失礼いたします　○○○○の長男の○○です</w:t>
      </w:r>
    </w:p>
    <w:p>
      <w:pPr>
        <w:spacing w:after="20" w:before="0" w:lineRule="exact" w:line="336"/>
        <w:ind w:left="170"/>
      </w:pPr>
      <w:r>
        <w:rPr>
          <w:rFonts w:ascii="Yu Mincho" w:hAnsi="Yu Mincho" w:eastAsia="Yu Mincho"/>
          <w:b w:val="0"/>
          <w:color w:val="222222"/>
          <w:sz w:val="21"/>
        </w:rPr>
        <w:t>父 ○○○○が ○月○日に ○○歳で亡くなりました</w:t>
      </w:r>
    </w:p>
    <w:p>
      <w:pPr>
        <w:spacing w:after="20" w:before="0" w:lineRule="exact" w:line="336"/>
        <w:ind w:left="170"/>
      </w:pPr>
      <w:r>
        <w:rPr>
          <w:rFonts w:ascii="Yu Mincho" w:hAnsi="Yu Mincho" w:eastAsia="Yu Mincho"/>
          <w:b w:val="0"/>
          <w:color w:val="222222"/>
          <w:sz w:val="21"/>
        </w:rPr>
        <w:t>父が皆様から受けたご厚情に 家族一同 深く感謝しております</w:t>
      </w:r>
    </w:p>
    <w:p>
      <w:pPr>
        <w:spacing w:after="20" w:before="0" w:lineRule="exact" w:line="336"/>
        <w:ind w:left="170"/>
      </w:pPr>
      <w:r>
        <w:rPr>
          <w:rFonts w:ascii="Yu Mincho" w:hAnsi="Yu Mincho" w:eastAsia="Yu Mincho"/>
          <w:b w:val="0"/>
          <w:color w:val="222222"/>
          <w:sz w:val="21"/>
        </w:rPr>
        <w:t>通夜と葬儀は 次のとおり行います</w:t>
      </w:r>
    </w:p>
    <w:p>
      <w:pPr>
        <w:spacing w:after="20" w:before="0" w:lineRule="exact" w:line="336"/>
        <w:ind w:left="170"/>
      </w:pPr>
      <w:r>
        <w:rPr>
          <w:rFonts w:ascii="Yu Mincho" w:hAnsi="Yu Mincho" w:eastAsia="Yu Mincho"/>
          <w:b w:val="0"/>
          <w:color w:val="222222"/>
          <w:sz w:val="21"/>
        </w:rPr>
        <w:t>通夜：○月○日（○）○時から</w:t>
      </w:r>
    </w:p>
    <w:p>
      <w:pPr>
        <w:spacing w:after="20" w:before="0" w:lineRule="exact" w:line="336"/>
        <w:ind w:left="170"/>
      </w:pPr>
      <w:r>
        <w:rPr>
          <w:rFonts w:ascii="Yu Mincho" w:hAnsi="Yu Mincho" w:eastAsia="Yu Mincho"/>
          <w:b w:val="0"/>
          <w:color w:val="222222"/>
          <w:sz w:val="21"/>
        </w:rPr>
        <w:t>葬儀・告別式：○月○日（○）○時から</w:t>
      </w:r>
    </w:p>
    <w:p>
      <w:pPr>
        <w:spacing w:after="20" w:before="0" w:lineRule="exact" w:line="336"/>
        <w:ind w:left="170"/>
      </w:pPr>
      <w:r>
        <w:rPr>
          <w:rFonts w:ascii="Yu Mincho" w:hAnsi="Yu Mincho" w:eastAsia="Yu Mincho"/>
          <w:b w:val="0"/>
          <w:color w:val="222222"/>
          <w:sz w:val="21"/>
        </w:rPr>
        <w:t>場所：○○斎場（○○県○○市○○町○-○）</w:t>
      </w:r>
    </w:p>
    <w:p>
      <w:pPr>
        <w:spacing w:after="20" w:before="0" w:lineRule="exact" w:line="336"/>
        <w:ind w:left="170"/>
      </w:pPr>
      <w:r>
        <w:rPr>
          <w:rFonts w:ascii="Yu Mincho" w:hAnsi="Yu Mincho" w:eastAsia="Yu Mincho"/>
          <w:b w:val="0"/>
          <w:color w:val="222222"/>
          <w:sz w:val="21"/>
        </w:rPr>
        <w:t>喪主：○○○○（長男）</w:t>
      </w:r>
    </w:p>
    <w:p>
      <w:pPr>
        <w:spacing w:after="20" w:before="0" w:lineRule="exact" w:line="336"/>
        <w:ind w:left="170"/>
      </w:pPr>
      <w:r>
        <w:rPr>
          <w:rFonts w:ascii="Yu Mincho" w:hAnsi="Yu Mincho" w:eastAsia="Yu Mincho"/>
          <w:b w:val="0"/>
          <w:color w:val="8A8478"/>
          <w:sz w:val="18"/>
        </w:rPr>
        <w:t>（香典などを辞退する場合）</w:t>
      </w:r>
      <w:r>
        <w:rPr>
          <w:rFonts w:ascii="Yu Mincho" w:hAnsi="Yu Mincho" w:eastAsia="Yu Mincho"/>
          <w:b w:val="0"/>
          <w:color w:val="222222"/>
          <w:sz w:val="21"/>
        </w:rPr>
        <w:t>恐れ入りますが ご香典・ご供花・ご弔電は辞退させていただきます</w:t>
      </w:r>
    </w:p>
    <w:p>
      <w:pPr>
        <w:spacing w:after="20" w:before="0" w:lineRule="exact" w:line="336"/>
        <w:ind w:left="170"/>
      </w:pPr>
      <w:r>
        <w:rPr>
          <w:rFonts w:ascii="Yu Mincho" w:hAnsi="Yu Mincho" w:eastAsia="Yu Mincho"/>
          <w:b w:val="0"/>
          <w:color w:val="222222"/>
          <w:sz w:val="21"/>
        </w:rPr>
        <w:t>取り急ぎ メールにてお知らせいたします　ご返信のお気遣いはなさいませんように</w:t>
      </w:r>
    </w:p>
    <w:p>
      <w:pPr>
        <w:spacing w:after="20" w:before="0" w:lineRule="exact" w:line="336"/>
        <w:ind w:left="170"/>
      </w:pPr>
      <w:r>
        <w:rPr>
          <w:rFonts w:ascii="Yu Mincho" w:hAnsi="Yu Mincho" w:eastAsia="Yu Mincho"/>
          <w:b w:val="0"/>
          <w:color w:val="222222"/>
          <w:sz w:val="21"/>
        </w:rPr>
        <w:t>○○○○（長男）</w:t>
      </w:r>
    </w:p>
    <w:p>
      <w:pPr>
        <w:spacing w:after="20" w:before="20" w:lineRule="exact" w:line="272"/>
        <w:ind w:left="170"/>
      </w:pPr>
      <w:r>
        <w:rPr>
          <w:rFonts w:ascii="Yu Gothic" w:hAnsi="Yu Gothic" w:eastAsia="Yu Gothic"/>
          <w:b w:val="0"/>
          <w:color w:val="6B6B6B"/>
          <w:sz w:val="17"/>
        </w:rPr>
        <w:t>※全葬連は、訃報のメールの件名を【訃報】から始め、故人の氏名と続柄を書くと説明しています。</w:t>
      </w:r>
    </w:p>
    <w:p>
      <w:pPr>
        <w:spacing w:after="20" w:before="20" w:lineRule="exact" w:line="272"/>
        <w:ind w:left="170"/>
      </w:pPr>
      <w:r>
        <w:rPr>
          <w:rFonts w:ascii="Yu Gothic" w:hAnsi="Yu Gothic" w:eastAsia="Yu Gothic"/>
          <w:b w:val="0"/>
          <w:color w:val="6B6B6B"/>
          <w:sz w:val="17"/>
        </w:rPr>
        <w:t>※句読点の代わりに空白で区切っています。全葬連は、訃報のメールでは句読点を一般的に使わないと説明しています（理由は諸説あるとしています）。</w:t>
      </w:r>
    </w:p>
    <w:p>
      <w:pPr>
        <w:spacing w:after="20" w:before="20" w:lineRule="exact" w:line="272"/>
        <w:ind w:left="170"/>
      </w:pPr>
      <w:r>
        <w:rPr>
          <w:rFonts w:ascii="Yu Gothic" w:hAnsi="Yu Gothic" w:eastAsia="Yu Gothic"/>
          <w:b w:val="0"/>
          <w:color w:val="6B6B6B"/>
          <w:sz w:val="17"/>
        </w:rPr>
        <w:t>※亡くなった理由は書いていません。全葬連は、死因は必ずしも伝える必要はなく「病気で」などにとどめてもよいと説明しています。</w:t>
      </w:r>
    </w:p>
    <w:p>
      <w:pPr>
        <w:spacing w:after="60" w:before="120" w:lineRule="exact" w:line="336"/>
      </w:pPr>
      <w:r>
        <w:rPr>
          <w:rFonts w:ascii="Yu Gothic" w:hAnsi="Yu Gothic" w:eastAsia="Yu Gothic"/>
          <w:b/>
          <w:color w:val="2B4C3C"/>
          <w:sz w:val="22"/>
        </w:rPr>
        <w:t xml:space="preserve">M2　</w:t>
      </w:r>
      <w:r>
        <w:rPr>
          <w:rFonts w:ascii="Yu Gothic" w:hAnsi="Yu Gothic" w:eastAsia="Yu Gothic"/>
          <w:b/>
          <w:color w:val="2B4C3C"/>
          <w:sz w:val="22"/>
        </w:rPr>
        <w:t>故人の友人・知人へ（日程が決まる前の第一報）</w:t>
      </w:r>
    </w:p>
    <w:p>
      <w:pPr>
        <w:spacing w:after="20" w:before="0" w:lineRule="exact" w:line="336"/>
        <w:ind w:left="170"/>
      </w:pPr>
      <w:r>
        <w:rPr>
          <w:rFonts w:ascii="Yu Mincho" w:hAnsi="Yu Mincho" w:eastAsia="Yu Mincho"/>
          <w:b w:val="0"/>
          <w:color w:val="6B6B6B"/>
          <w:sz w:val="21"/>
        </w:rPr>
        <w:t>件名：○○○○（母）のことでお知らせです（長女 ○○）</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○○○○の長女の○○と申します　母がいつもお世話になっておりました</w:t>
      </w:r>
    </w:p>
    <w:p>
      <w:pPr>
        <w:spacing w:after="20" w:before="0" w:lineRule="exact" w:line="336"/>
        <w:ind w:left="170"/>
      </w:pPr>
      <w:r>
        <w:rPr>
          <w:rFonts w:ascii="Yu Mincho" w:hAnsi="Yu Mincho" w:eastAsia="Yu Mincho"/>
          <w:b w:val="0"/>
          <w:color w:val="222222"/>
          <w:sz w:val="21"/>
        </w:rPr>
        <w:t>母 ○○○○は ○月○日 ○○歳で息を引き取りました</w:t>
      </w:r>
    </w:p>
    <w:p>
      <w:pPr>
        <w:spacing w:after="20" w:before="0" w:lineRule="exact" w:line="336"/>
        <w:ind w:left="170"/>
      </w:pPr>
      <w:r>
        <w:rPr>
          <w:rFonts w:ascii="Yu Mincho" w:hAnsi="Yu Mincho" w:eastAsia="Yu Mincho"/>
          <w:b w:val="0"/>
          <w:color w:val="8A8478"/>
          <w:sz w:val="18"/>
        </w:rPr>
        <w:t>（思い出を添える場合）</w:t>
      </w:r>
      <w:r>
        <w:rPr>
          <w:rFonts w:ascii="Yu Mincho" w:hAnsi="Yu Mincho" w:eastAsia="Yu Mincho"/>
          <w:b w:val="0"/>
          <w:color w:val="222222"/>
          <w:sz w:val="21"/>
        </w:rPr>
        <w:t>○○様との○○の時間を 母はいつも楽しみにしておりました</w:t>
      </w:r>
    </w:p>
    <w:p>
      <w:pPr>
        <w:spacing w:after="20" w:before="0" w:lineRule="exact" w:line="336"/>
        <w:ind w:left="170"/>
      </w:pPr>
      <w:r>
        <w:rPr>
          <w:rFonts w:ascii="Yu Mincho" w:hAnsi="Yu Mincho" w:eastAsia="Yu Mincho"/>
          <w:b w:val="0"/>
          <w:color w:val="222222"/>
          <w:sz w:val="21"/>
        </w:rPr>
        <w:t>通夜と葬儀の日程は 決まりしだいお知らせいたします</w:t>
      </w:r>
    </w:p>
    <w:p>
      <w:pPr>
        <w:spacing w:after="20" w:before="0" w:lineRule="exact" w:line="336"/>
        <w:ind w:left="170"/>
      </w:pPr>
      <w:r>
        <w:rPr>
          <w:rFonts w:ascii="Yu Mincho" w:hAnsi="Yu Mincho" w:eastAsia="Yu Mincho"/>
          <w:b w:val="0"/>
          <w:color w:val="8A8478"/>
          <w:sz w:val="18"/>
        </w:rPr>
        <w:t>（ほかの方への連絡をお願いする場合）</w:t>
      </w:r>
      <w:r>
        <w:rPr>
          <w:rFonts w:ascii="Yu Mincho" w:hAnsi="Yu Mincho" w:eastAsia="Yu Mincho"/>
          <w:b w:val="0"/>
          <w:color w:val="222222"/>
          <w:sz w:val="21"/>
        </w:rPr>
        <w:t>○○の会の皆様には ○○様からお伝えいただけますと幸いです</w:t>
      </w:r>
    </w:p>
    <w:p>
      <w:pPr>
        <w:spacing w:after="20" w:before="0" w:lineRule="exact" w:line="336"/>
        <w:ind w:left="170"/>
      </w:pPr>
      <w:r>
        <w:rPr>
          <w:rFonts w:ascii="Yu Mincho" w:hAnsi="Yu Mincho" w:eastAsia="Yu Mincho"/>
          <w:b w:val="0"/>
          <w:color w:val="222222"/>
          <w:sz w:val="21"/>
        </w:rPr>
        <w:t>お忙しいところ恐縮ですが よろしくお願い申し上げます</w:t>
      </w:r>
    </w:p>
    <w:p>
      <w:pPr>
        <w:spacing w:after="20" w:before="0" w:lineRule="exact" w:line="336"/>
        <w:ind w:left="170"/>
      </w:pPr>
      <w:r>
        <w:rPr>
          <w:rFonts w:ascii="Yu Mincho" w:hAnsi="Yu Mincho" w:eastAsia="Yu Mincho"/>
          <w:b w:val="0"/>
          <w:color w:val="222222"/>
          <w:sz w:val="21"/>
        </w:rPr>
        <w:t>○○○○（長女）</w:t>
      </w:r>
    </w:p>
    <w:p>
      <w:pPr>
        <w:spacing w:after="20" w:before="20" w:lineRule="exact" w:line="272"/>
        <w:ind w:left="170"/>
      </w:pPr>
      <w:r>
        <w:rPr>
          <w:rFonts w:ascii="Yu Gothic" w:hAnsi="Yu Gothic" w:eastAsia="Yu Gothic"/>
          <w:b w:val="0"/>
          <w:color w:val="6B6B6B"/>
          <w:sz w:val="17"/>
        </w:rPr>
        <w:t>※全葬連は、親族や親しい友人・知人にはできるだけ早く、故人が「すぐに知らせてほしい」と言っていた人にもできるだけ早く連絡するよう勧めています。日程が決まる前の第一報として使えます。</w:t>
      </w:r>
    </w:p>
    <w:p>
      <w:pPr>
        <w:spacing w:after="20" w:before="20" w:lineRule="exact" w:line="272"/>
        <w:ind w:left="170"/>
      </w:pPr>
      <w:r>
        <w:rPr>
          <w:rFonts w:ascii="Yu Gothic" w:hAnsi="Yu Gothic" w:eastAsia="Yu Gothic"/>
          <w:b w:val="0"/>
          <w:color w:val="6B6B6B"/>
          <w:sz w:val="17"/>
        </w:rPr>
        <w:t>※薄い字の「（〜場合）」は選び方の説明書きです。当てはまらなければ行ごと削除してください。</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LINE・メッセージ</w:t>
      </w:r>
    </w:p>
    <w:p>
      <w:pPr>
        <w:spacing w:after="160" w:before="0" w:lineRule="exact" w:line="288"/>
      </w:pPr>
      <w:r>
        <w:rPr>
          <w:rFonts w:ascii="Yu Gothic" w:hAnsi="Yu Gothic" w:eastAsia="Yu Gothic"/>
          <w:b w:val="0"/>
          <w:color w:val="6B6B6B"/>
          <w:sz w:val="18"/>
        </w:rPr>
        <w:t>LINEなどのメッセージで、1人ずつ個別に送る文例です。グループや公開の投稿には使わない形です。</w:t>
      </w:r>
    </w:p>
    <w:p>
      <w:pPr>
        <w:spacing w:after="60" w:before="120" w:lineRule="exact" w:line="336"/>
      </w:pPr>
      <w:r>
        <w:rPr>
          <w:rFonts w:ascii="Yu Gothic" w:hAnsi="Yu Gothic" w:eastAsia="Yu Gothic"/>
          <w:b/>
          <w:color w:val="2B4C3C"/>
          <w:sz w:val="22"/>
        </w:rPr>
        <w:t xml:space="preserve">L1　</w:t>
      </w:r>
      <w:r>
        <w:rPr>
          <w:rFonts w:ascii="Yu Gothic" w:hAnsi="Yu Gothic" w:eastAsia="Yu Gothic"/>
          <w:b/>
          <w:color w:val="2B4C3C"/>
          <w:sz w:val="22"/>
        </w:rPr>
        <w:t>親しい親族・友人へ個別に（第一報）</w:t>
      </w:r>
    </w:p>
    <w:p>
      <w:pPr>
        <w:spacing w:after="20" w:before="0" w:lineRule="exact" w:line="336"/>
        <w:ind w:left="170"/>
      </w:pPr>
      <w:r>
        <w:rPr>
          <w:rFonts w:ascii="Yu Mincho" w:hAnsi="Yu Mincho" w:eastAsia="Yu Mincho"/>
          <w:b w:val="0"/>
          <w:color w:val="222222"/>
          <w:sz w:val="21"/>
        </w:rPr>
        <w:t>○○さん、急な連絡でごめんなさい。</w:t>
      </w:r>
    </w:p>
    <w:p>
      <w:pPr>
        <w:spacing w:after="20" w:before="0" w:lineRule="exact" w:line="336"/>
        <w:ind w:left="170"/>
      </w:pPr>
      <w:r>
        <w:rPr>
          <w:rFonts w:ascii="Yu Mincho" w:hAnsi="Yu Mincho" w:eastAsia="Yu Mincho"/>
          <w:b w:val="0"/>
          <w:color w:val="222222"/>
          <w:sz w:val="21"/>
        </w:rPr>
        <w:t>今朝、父が亡くなりました。○○歳でした。</w:t>
      </w:r>
    </w:p>
    <w:p>
      <w:pPr>
        <w:spacing w:after="20" w:before="0" w:lineRule="exact" w:line="336"/>
        <w:ind w:left="170"/>
      </w:pPr>
      <w:r>
        <w:rPr>
          <w:rFonts w:ascii="Yu Mincho" w:hAnsi="Yu Mincho" w:eastAsia="Yu Mincho"/>
          <w:b w:val="0"/>
          <w:color w:val="222222"/>
          <w:sz w:val="21"/>
        </w:rPr>
        <w:t>通夜と葬儀の日程は、決まったら知らせます。</w:t>
      </w:r>
    </w:p>
    <w:p>
      <w:pPr>
        <w:spacing w:after="20" w:before="0" w:lineRule="exact" w:line="336"/>
        <w:ind w:left="170"/>
      </w:pPr>
      <w:r>
        <w:rPr>
          <w:rFonts w:ascii="Yu Mincho" w:hAnsi="Yu Mincho" w:eastAsia="Yu Mincho"/>
          <w:b w:val="0"/>
          <w:color w:val="222222"/>
          <w:sz w:val="21"/>
        </w:rPr>
        <w:t>バタバタしているので、返事はしなくて大丈夫です。</w:t>
      </w:r>
    </w:p>
    <w:p>
      <w:pPr>
        <w:spacing w:after="20" w:before="20" w:lineRule="exact" w:line="272"/>
        <w:ind w:left="170"/>
      </w:pPr>
      <w:r>
        <w:rPr>
          <w:rFonts w:ascii="Yu Gothic" w:hAnsi="Yu Gothic" w:eastAsia="Yu Gothic"/>
          <w:b w:val="0"/>
          <w:color w:val="6B6B6B"/>
          <w:sz w:val="17"/>
        </w:rPr>
        <w:t>※グループや公開の投稿ではなく、1人ずつ個別に送る形にしています。全葬連は、SNSでの訃報連絡は基本的にマナー違反とされているとし、使う場合は不特定多数が見る投稿ではなく個別にメッセージを送るよう説明しています。</w:t>
      </w:r>
    </w:p>
    <w:p>
      <w:pPr>
        <w:spacing w:after="20" w:before="20" w:lineRule="exact" w:line="272"/>
        <w:ind w:left="170"/>
      </w:pPr>
      <w:r>
        <w:rPr>
          <w:rFonts w:ascii="Yu Gothic" w:hAnsi="Yu Gothic" w:eastAsia="Yu Gothic"/>
          <w:b w:val="0"/>
          <w:color w:val="6B6B6B"/>
          <w:sz w:val="17"/>
        </w:rPr>
        <w:t>※読みやすさを優先して句読点を使っています（当サイトの判断）。</w:t>
      </w:r>
    </w:p>
    <w:p>
      <w:pPr>
        <w:spacing w:after="60" w:before="120" w:lineRule="exact" w:line="336"/>
      </w:pPr>
      <w:r>
        <w:rPr>
          <w:rFonts w:ascii="Yu Gothic" w:hAnsi="Yu Gothic" w:eastAsia="Yu Gothic"/>
          <w:b/>
          <w:color w:val="2B4C3C"/>
          <w:sz w:val="22"/>
        </w:rPr>
        <w:t xml:space="preserve">L2　</w:t>
      </w:r>
      <w:r>
        <w:rPr>
          <w:rFonts w:ascii="Yu Gothic" w:hAnsi="Yu Gothic" w:eastAsia="Yu Gothic"/>
          <w:b/>
          <w:color w:val="2B4C3C"/>
          <w:sz w:val="22"/>
        </w:rPr>
        <w:t>故人の友人の代表の方へ（ほかの方への連絡をお願いする）</w:t>
      </w:r>
    </w:p>
    <w:p>
      <w:pPr>
        <w:spacing w:after="20" w:before="0" w:lineRule="exact" w:line="336"/>
        <w:ind w:left="170"/>
      </w:pPr>
      <w:r>
        <w:rPr>
          <w:rFonts w:ascii="Yu Mincho" w:hAnsi="Yu Mincho" w:eastAsia="Yu Mincho"/>
          <w:b w:val="0"/>
          <w:color w:val="222222"/>
          <w:sz w:val="21"/>
        </w:rPr>
        <w:t>○○様、○○○○の娘の○○です。突然のご連絡で失礼いたします。</w:t>
      </w:r>
    </w:p>
    <w:p>
      <w:pPr>
        <w:spacing w:after="20" w:before="0" w:lineRule="exact" w:line="336"/>
        <w:ind w:left="170"/>
      </w:pPr>
      <w:r>
        <w:rPr>
          <w:rFonts w:ascii="Yu Mincho" w:hAnsi="Yu Mincho" w:eastAsia="Yu Mincho"/>
          <w:b w:val="0"/>
          <w:color w:val="222222"/>
          <w:sz w:val="21"/>
        </w:rPr>
        <w:t>○月○日、母が亡くなりました。長いあいだ母と仲良くしてくださり、家族も感謝しております。</w:t>
      </w:r>
    </w:p>
    <w:p>
      <w:pPr>
        <w:spacing w:after="20" w:before="0" w:lineRule="exact" w:line="336"/>
        <w:ind w:left="170"/>
      </w:pPr>
      <w:r>
        <w:rPr>
          <w:rFonts w:ascii="Yu Mincho" w:hAnsi="Yu Mincho" w:eastAsia="Yu Mincho"/>
          <w:b w:val="0"/>
          <w:color w:val="222222"/>
          <w:sz w:val="21"/>
        </w:rPr>
        <w:t>葬儀は○月○日（○）○時から、○○斎場で行います。</w:t>
      </w:r>
    </w:p>
    <w:p>
      <w:pPr>
        <w:spacing w:after="20" w:before="0" w:lineRule="exact" w:line="336"/>
        <w:ind w:left="170"/>
      </w:pPr>
      <w:r>
        <w:rPr>
          <w:rFonts w:ascii="Yu Mincho" w:hAnsi="Yu Mincho" w:eastAsia="Yu Mincho"/>
          <w:b w:val="0"/>
          <w:color w:val="222222"/>
          <w:sz w:val="21"/>
        </w:rPr>
        <w:t>母が親しくしていた○○の会の皆様に、○○様からお伝えいただけないでしょうか。</w:t>
      </w:r>
    </w:p>
    <w:p>
      <w:pPr>
        <w:spacing w:after="20" w:before="0" w:lineRule="exact" w:line="336"/>
        <w:ind w:left="170"/>
      </w:pPr>
      <w:r>
        <w:rPr>
          <w:rFonts w:ascii="Yu Mincho" w:hAnsi="Yu Mincho" w:eastAsia="Yu Mincho"/>
          <w:b w:val="0"/>
          <w:color w:val="222222"/>
          <w:sz w:val="21"/>
        </w:rPr>
        <w:t>お手間を取らせてしまいますが、どうかお願いいたします。</w:t>
      </w:r>
    </w:p>
    <w:p>
      <w:pPr>
        <w:spacing w:after="20" w:before="20" w:lineRule="exact" w:line="272"/>
        <w:ind w:left="170"/>
      </w:pPr>
      <w:r>
        <w:rPr>
          <w:rFonts w:ascii="Yu Gothic" w:hAnsi="Yu Gothic" w:eastAsia="Yu Gothic"/>
          <w:b w:val="0"/>
          <w:color w:val="6B6B6B"/>
          <w:sz w:val="17"/>
        </w:rPr>
        <w:t>※故人の交友関係を家族がすべて知っているとは限りません。代表の方にお願いする形は当サイトの提案です。</w:t>
      </w:r>
    </w:p>
    <w:p>
      <w:pPr>
        <w:spacing w:after="20" w:before="20" w:lineRule="exact" w:line="272"/>
        <w:ind w:left="170"/>
      </w:pPr>
      <w:r>
        <w:rPr>
          <w:rFonts w:ascii="Yu Gothic" w:hAnsi="Yu Gothic" w:eastAsia="Yu Gothic"/>
          <w:b w:val="0"/>
          <w:color w:val="6B6B6B"/>
          <w:sz w:val="17"/>
        </w:rPr>
        <w:t>※誰に知らせるかを事前に書き出しておくと、この連絡が楽になります（訃報連絡リストのページ）。</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会社（勤務先）への連絡</w:t>
      </w:r>
    </w:p>
    <w:p>
      <w:pPr>
        <w:spacing w:after="160" w:before="0" w:lineRule="exact" w:line="288"/>
      </w:pPr>
      <w:r>
        <w:rPr>
          <w:rFonts w:ascii="Yu Gothic" w:hAnsi="Yu Gothic" w:eastAsia="Yu Gothic"/>
          <w:b w:val="0"/>
          <w:color w:val="6B6B6B"/>
          <w:sz w:val="18"/>
        </w:rPr>
        <w:t>亡くなった本人の勤務先へ家族が知らせる文例と、自分の勤務先に社内への知らせ方をお願いする文例です。1行目は件名です。</w:t>
      </w:r>
    </w:p>
    <w:p>
      <w:pPr>
        <w:spacing w:after="60" w:before="120" w:lineRule="exact" w:line="336"/>
      </w:pPr>
      <w:r>
        <w:rPr>
          <w:rFonts w:ascii="Yu Gothic" w:hAnsi="Yu Gothic" w:eastAsia="Yu Gothic"/>
          <w:b/>
          <w:color w:val="2B4C3C"/>
          <w:sz w:val="22"/>
        </w:rPr>
        <w:t xml:space="preserve">W1　</w:t>
      </w:r>
      <w:r>
        <w:rPr>
          <w:rFonts w:ascii="Yu Gothic" w:hAnsi="Yu Gothic" w:eastAsia="Yu Gothic"/>
          <w:b/>
          <w:color w:val="2B4C3C"/>
          <w:sz w:val="22"/>
        </w:rPr>
        <w:t>亡くなった本人の勤務先へ（家族から上司・総務へ）</w:t>
      </w:r>
    </w:p>
    <w:p>
      <w:pPr>
        <w:spacing w:after="20" w:before="0" w:lineRule="exact" w:line="336"/>
        <w:ind w:left="170"/>
      </w:pPr>
      <w:r>
        <w:rPr>
          <w:rFonts w:ascii="Yu Mincho" w:hAnsi="Yu Mincho" w:eastAsia="Yu Mincho"/>
          <w:b w:val="0"/>
          <w:color w:val="6B6B6B"/>
          <w:sz w:val="21"/>
        </w:rPr>
        <w:t>件名：○○部 ○○○○の家族です（訃報のお知らせ）</w:t>
      </w:r>
    </w:p>
    <w:p>
      <w:pPr>
        <w:spacing w:after="20" w:before="0" w:lineRule="exact" w:line="336"/>
        <w:ind w:left="170"/>
      </w:pPr>
      <w:r>
        <w:rPr>
          <w:rFonts w:ascii="Yu Mincho" w:hAnsi="Yu Mincho" w:eastAsia="Yu Mincho"/>
          <w:b w:val="0"/>
          <w:color w:val="222222"/>
          <w:sz w:val="21"/>
        </w:rPr>
        <w:t>○○株式会社　○○部　○○様</w:t>
      </w:r>
    </w:p>
    <w:p>
      <w:pPr>
        <w:spacing w:after="20" w:before="0" w:lineRule="exact" w:line="336"/>
        <w:ind w:left="170"/>
      </w:pPr>
      <w:r>
        <w:rPr>
          <w:rFonts w:ascii="Yu Mincho" w:hAnsi="Yu Mincho" w:eastAsia="Yu Mincho"/>
          <w:b w:val="0"/>
          <w:color w:val="222222"/>
          <w:sz w:val="21"/>
        </w:rPr>
        <w:t>いつも夫の○○○○がお世話になっております。妻の○○と申します。</w:t>
      </w:r>
    </w:p>
    <w:p>
      <w:pPr>
        <w:spacing w:after="20" w:before="0" w:lineRule="exact" w:line="336"/>
        <w:ind w:left="170"/>
      </w:pPr>
      <w:r>
        <w:rPr>
          <w:rFonts w:ascii="Yu Mincho" w:hAnsi="Yu Mincho" w:eastAsia="Yu Mincho"/>
          <w:b w:val="0"/>
          <w:color w:val="222222"/>
          <w:sz w:val="21"/>
        </w:rPr>
        <w:t>夫○○○○が、○月○日に○○歳で亡くなりました。長年にわたり職場の皆様に支えていただいたことに、家族として深くお礼申し上げます。</w:t>
      </w:r>
    </w:p>
    <w:p>
      <w:pPr>
        <w:spacing w:after="20" w:before="0" w:lineRule="exact" w:line="336"/>
        <w:ind w:left="170"/>
      </w:pPr>
      <w:r>
        <w:rPr>
          <w:rFonts w:ascii="Yu Mincho" w:hAnsi="Yu Mincho" w:eastAsia="Yu Mincho"/>
          <w:b w:val="0"/>
          <w:color w:val="222222"/>
          <w:sz w:val="21"/>
        </w:rPr>
        <w:t>通夜：○月○日（○）○時から／葬儀・告別式：○月○日（○）○時から</w:t>
      </w:r>
    </w:p>
    <w:p>
      <w:pPr>
        <w:spacing w:after="20" w:before="0" w:lineRule="exact" w:line="336"/>
        <w:ind w:left="170"/>
      </w:pPr>
      <w:r>
        <w:rPr>
          <w:rFonts w:ascii="Yu Mincho" w:hAnsi="Yu Mincho" w:eastAsia="Yu Mincho"/>
          <w:b w:val="0"/>
          <w:color w:val="222222"/>
          <w:sz w:val="21"/>
        </w:rPr>
        <w:t>場所：○○斎場（○○県○○市）　喪主：○○○○（妻）</w:t>
      </w:r>
    </w:p>
    <w:p>
      <w:pPr>
        <w:spacing w:after="20" w:before="0" w:lineRule="exact" w:line="336"/>
        <w:ind w:left="170"/>
      </w:pPr>
      <w:r>
        <w:rPr>
          <w:rFonts w:ascii="Yu Mincho" w:hAnsi="Yu Mincho" w:eastAsia="Yu Mincho"/>
          <w:b w:val="0"/>
          <w:color w:val="8A8478"/>
          <w:sz w:val="18"/>
        </w:rPr>
        <w:t>（家族葬で行う場合）</w:t>
      </w:r>
      <w:r>
        <w:rPr>
          <w:rFonts w:ascii="Yu Mincho" w:hAnsi="Yu Mincho" w:eastAsia="Yu Mincho"/>
          <w:b w:val="0"/>
          <w:color w:val="222222"/>
          <w:sz w:val="21"/>
        </w:rPr>
        <w:t>葬儀は家族のみで行いますため、ご弔問・ご香典・ご供花・ご弔電は辞退させていただきます。</w:t>
      </w:r>
    </w:p>
    <w:p>
      <w:pPr>
        <w:spacing w:after="20" w:before="0" w:lineRule="exact" w:line="336"/>
        <w:ind w:left="170"/>
      </w:pPr>
      <w:r>
        <w:rPr>
          <w:rFonts w:ascii="Yu Mincho" w:hAnsi="Yu Mincho" w:eastAsia="Yu Mincho"/>
          <w:b w:val="0"/>
          <w:color w:val="222222"/>
          <w:sz w:val="21"/>
        </w:rPr>
        <w:t>社内の皆様へのお知らせと、会社でのお手続きについて、どなたにご相談すればよいか、お教えください。</w:t>
      </w:r>
    </w:p>
    <w:p>
      <w:pPr>
        <w:spacing w:after="20" w:before="0" w:lineRule="exact" w:line="336"/>
        <w:ind w:left="170"/>
      </w:pPr>
      <w:r>
        <w:rPr>
          <w:rFonts w:ascii="Yu Mincho" w:hAnsi="Yu Mincho" w:eastAsia="Yu Mincho"/>
          <w:b w:val="0"/>
          <w:color w:val="222222"/>
          <w:sz w:val="21"/>
        </w:rPr>
        <w:t>○○○○（妻）</w:t>
      </w:r>
    </w:p>
    <w:p>
      <w:pPr>
        <w:spacing w:after="20" w:before="20" w:lineRule="exact" w:line="272"/>
        <w:ind w:left="170"/>
      </w:pPr>
      <w:r>
        <w:rPr>
          <w:rFonts w:ascii="Yu Gothic" w:hAnsi="Yu Gothic" w:eastAsia="Yu Gothic"/>
          <w:b w:val="0"/>
          <w:color w:val="6B6B6B"/>
          <w:sz w:val="17"/>
        </w:rPr>
        <w:t>※全葬連は、会社関係者への連絡は社内規定に従い、一般的には上司や人事担当者を通じて連絡するのが適切と説明しています。</w:t>
      </w:r>
    </w:p>
    <w:p>
      <w:pPr>
        <w:spacing w:after="20" w:before="20" w:lineRule="exact" w:line="272"/>
        <w:ind w:left="170"/>
      </w:pPr>
      <w:r>
        <w:rPr>
          <w:rFonts w:ascii="Yu Gothic" w:hAnsi="Yu Gothic" w:eastAsia="Yu Gothic"/>
          <w:b w:val="0"/>
          <w:color w:val="6B6B6B"/>
          <w:sz w:val="17"/>
        </w:rPr>
        <w:t>※会社でのお手続きは会社ごとに違います。必要なものは勤務先に確かめてください。</w:t>
      </w:r>
    </w:p>
    <w:p>
      <w:pPr>
        <w:spacing w:after="20" w:before="20" w:lineRule="exact" w:line="272"/>
        <w:ind w:left="170"/>
      </w:pPr>
      <w:r>
        <w:rPr>
          <w:rFonts w:ascii="Yu Gothic" w:hAnsi="Yu Gothic" w:eastAsia="Yu Gothic"/>
          <w:b w:val="0"/>
          <w:color w:val="6B6B6B"/>
          <w:sz w:val="17"/>
        </w:rPr>
        <w:t>※会社あての連絡なので、読みやすさを優先して句読点を使っています（当サイトの判断）。</w:t>
      </w:r>
    </w:p>
    <w:p>
      <w:pPr>
        <w:spacing w:after="60" w:before="120" w:lineRule="exact" w:line="336"/>
      </w:pPr>
      <w:r>
        <w:rPr>
          <w:rFonts w:ascii="Yu Gothic" w:hAnsi="Yu Gothic" w:eastAsia="Yu Gothic"/>
          <w:b/>
          <w:color w:val="2B4C3C"/>
          <w:sz w:val="22"/>
        </w:rPr>
        <w:t xml:space="preserve">W2　</w:t>
      </w:r>
      <w:r>
        <w:rPr>
          <w:rFonts w:ascii="Yu Gothic" w:hAnsi="Yu Gothic" w:eastAsia="Yu Gothic"/>
          <w:b/>
          <w:color w:val="2B4C3C"/>
          <w:sz w:val="22"/>
        </w:rPr>
        <w:t>自分の勤務先へ（社内への知らせ方をお願いする）</w:t>
      </w:r>
    </w:p>
    <w:p>
      <w:pPr>
        <w:spacing w:after="20" w:before="0" w:lineRule="exact" w:line="336"/>
        <w:ind w:left="170"/>
      </w:pPr>
      <w:r>
        <w:rPr>
          <w:rFonts w:ascii="Yu Mincho" w:hAnsi="Yu Mincho" w:eastAsia="Yu Mincho"/>
          <w:b w:val="0"/>
          <w:color w:val="6B6B6B"/>
          <w:sz w:val="21"/>
        </w:rPr>
        <w:t>件名：父の訃報について（○○部 ○○）</w:t>
      </w:r>
    </w:p>
    <w:p>
      <w:pPr>
        <w:spacing w:after="20" w:before="0" w:lineRule="exact" w:line="336"/>
        <w:ind w:left="170"/>
      </w:pPr>
      <w:r>
        <w:rPr>
          <w:rFonts w:ascii="Yu Mincho" w:hAnsi="Yu Mincho" w:eastAsia="Yu Mincho"/>
          <w:b w:val="0"/>
          <w:color w:val="222222"/>
          <w:sz w:val="21"/>
        </w:rPr>
        <w:t>○○課長</w:t>
      </w:r>
    </w:p>
    <w:p>
      <w:pPr>
        <w:spacing w:after="20" w:before="0" w:lineRule="exact" w:line="336"/>
        <w:ind w:left="170"/>
      </w:pPr>
      <w:r>
        <w:rPr>
          <w:rFonts w:ascii="Yu Mincho" w:hAnsi="Yu Mincho" w:eastAsia="Yu Mincho"/>
          <w:b w:val="0"/>
          <w:color w:val="222222"/>
          <w:sz w:val="21"/>
        </w:rPr>
        <w:t>○○部の○○です。私事で恐縮ですが、ご報告いたします。</w:t>
      </w:r>
    </w:p>
    <w:p>
      <w:pPr>
        <w:spacing w:after="20" w:before="0" w:lineRule="exact" w:line="336"/>
        <w:ind w:left="170"/>
      </w:pPr>
      <w:r>
        <w:rPr>
          <w:rFonts w:ascii="Yu Mincho" w:hAnsi="Yu Mincho" w:eastAsia="Yu Mincho"/>
          <w:b w:val="0"/>
          <w:color w:val="222222"/>
          <w:sz w:val="21"/>
        </w:rPr>
        <w:t>○月○日に、父○○○○が○○歳で亡くなりました。</w:t>
      </w:r>
    </w:p>
    <w:p>
      <w:pPr>
        <w:spacing w:after="20" w:before="0" w:lineRule="exact" w:line="336"/>
        <w:ind w:left="170"/>
      </w:pPr>
      <w:r>
        <w:rPr>
          <w:rFonts w:ascii="Yu Mincho" w:hAnsi="Yu Mincho" w:eastAsia="Yu Mincho"/>
          <w:b w:val="0"/>
          <w:color w:val="222222"/>
          <w:sz w:val="21"/>
        </w:rPr>
        <w:t>通夜は○月○日（○）○時から、葬儀・告別式は○月○日（○）○時から、○○斎場（○○県○○市）で行います。喪主は母の○○です。</w:t>
      </w:r>
    </w:p>
    <w:p>
      <w:pPr>
        <w:spacing w:after="20" w:before="0" w:lineRule="exact" w:line="336"/>
        <w:ind w:left="170"/>
      </w:pPr>
      <w:r>
        <w:rPr>
          <w:rFonts w:ascii="Yu Mincho" w:hAnsi="Yu Mincho" w:eastAsia="Yu Mincho"/>
          <w:b w:val="0"/>
          <w:color w:val="8A8478"/>
          <w:sz w:val="18"/>
        </w:rPr>
        <w:t>（社内に知らせてよい場合）</w:t>
      </w:r>
      <w:r>
        <w:rPr>
          <w:rFonts w:ascii="Yu Mincho" w:hAnsi="Yu Mincho" w:eastAsia="Yu Mincho"/>
          <w:b w:val="0"/>
          <w:color w:val="222222"/>
          <w:sz w:val="21"/>
        </w:rPr>
        <w:t>部署の皆様には、課長からお伝えくださいますようお願いします。</w:t>
      </w:r>
    </w:p>
    <w:p>
      <w:pPr>
        <w:spacing w:after="20" w:before="0" w:lineRule="exact" w:line="336"/>
        <w:ind w:left="170"/>
      </w:pPr>
      <w:r>
        <w:rPr>
          <w:rFonts w:ascii="Yu Mincho" w:hAnsi="Yu Mincho" w:eastAsia="Yu Mincho"/>
          <w:b w:val="0"/>
          <w:color w:val="8A8478"/>
          <w:sz w:val="18"/>
        </w:rPr>
        <w:t>（香典などを辞退する場合）</w:t>
      </w:r>
      <w:r>
        <w:rPr>
          <w:rFonts w:ascii="Yu Mincho" w:hAnsi="Yu Mincho" w:eastAsia="Yu Mincho"/>
          <w:b w:val="0"/>
          <w:color w:val="222222"/>
          <w:sz w:val="21"/>
        </w:rPr>
        <w:t>恐縮ですが、会社の皆様からのご香典・ご供花は辞退させていただきます。</w:t>
      </w:r>
    </w:p>
    <w:p>
      <w:pPr>
        <w:spacing w:after="20" w:before="0" w:lineRule="exact" w:line="336"/>
        <w:ind w:left="170"/>
      </w:pPr>
      <w:r>
        <w:rPr>
          <w:rFonts w:ascii="Yu Mincho" w:hAnsi="Yu Mincho" w:eastAsia="Yu Mincho"/>
          <w:b w:val="0"/>
          <w:color w:val="8A8478"/>
          <w:sz w:val="18"/>
        </w:rPr>
        <w:t>（休暇の申請を別にする場合）</w:t>
      </w:r>
      <w:r>
        <w:rPr>
          <w:rFonts w:ascii="Yu Mincho" w:hAnsi="Yu Mincho" w:eastAsia="Yu Mincho"/>
          <w:b w:val="0"/>
          <w:color w:val="222222"/>
          <w:sz w:val="21"/>
        </w:rPr>
        <w:t>休暇の申請は、別のメールでお送りします。私の担当分は○○さんが対応してくれます。</w:t>
      </w:r>
    </w:p>
    <w:p>
      <w:pPr>
        <w:spacing w:after="20" w:before="0" w:lineRule="exact" w:line="336"/>
        <w:ind w:left="170"/>
      </w:pPr>
      <w:r>
        <w:rPr>
          <w:rFonts w:ascii="Yu Mincho" w:hAnsi="Yu Mincho" w:eastAsia="Yu Mincho"/>
          <w:b w:val="0"/>
          <w:color w:val="222222"/>
          <w:sz w:val="21"/>
        </w:rPr>
        <w:t>○○部　○○</w:t>
      </w:r>
    </w:p>
    <w:p>
      <w:pPr>
        <w:spacing w:after="20" w:before="20" w:lineRule="exact" w:line="272"/>
        <w:ind w:left="170"/>
      </w:pPr>
      <w:r>
        <w:rPr>
          <w:rFonts w:ascii="Yu Gothic" w:hAnsi="Yu Gothic" w:eastAsia="Yu Gothic"/>
          <w:b w:val="0"/>
          <w:color w:val="6B6B6B"/>
          <w:sz w:val="17"/>
        </w:rPr>
        <w:t>※この例文では休暇の申請を別のメールにしています（当サイトの選び方）。訃報と休暇のお願いを1通にまとめる文例は、忌引き休暇のページにあります。忌引き休暇の日数は就業規則で決まります（厚生労働省のモデル就業規則）。</w:t>
      </w:r>
    </w:p>
    <w:p>
      <w:pPr>
        <w:spacing w:after="20" w:before="20" w:lineRule="exact" w:line="272"/>
        <w:ind w:left="170"/>
      </w:pPr>
      <w:r>
        <w:rPr>
          <w:rFonts w:ascii="Yu Gothic" w:hAnsi="Yu Gothic" w:eastAsia="Yu Gothic"/>
          <w:b w:val="0"/>
          <w:color w:val="6B6B6B"/>
          <w:sz w:val="17"/>
        </w:rPr>
        <w:t>※社内のどこまで知らせるかは、上司と相談して決めます（当サイトの提案）。</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家族葬で参列を辞退するとき</w:t>
      </w:r>
    </w:p>
    <w:p>
      <w:pPr>
        <w:spacing w:after="160" w:before="0" w:lineRule="exact" w:line="288"/>
      </w:pPr>
      <w:r>
        <w:rPr>
          <w:rFonts w:ascii="Yu Gothic" w:hAnsi="Yu Gothic" w:eastAsia="Yu Gothic"/>
          <w:b w:val="0"/>
          <w:color w:val="6B6B6B"/>
          <w:sz w:val="18"/>
        </w:rPr>
        <w:t>家族だけで葬儀を行うため、参列・香典・供花・弔電を辞退することを、葬儀の前に知らせる文例です。辞退するものだけを残してください。</w:t>
      </w:r>
    </w:p>
    <w:p>
      <w:pPr>
        <w:spacing w:after="60" w:before="120" w:lineRule="exact" w:line="336"/>
      </w:pPr>
      <w:r>
        <w:rPr>
          <w:rFonts w:ascii="Yu Gothic" w:hAnsi="Yu Gothic" w:eastAsia="Yu Gothic"/>
          <w:b/>
          <w:color w:val="2B4C3C"/>
          <w:sz w:val="22"/>
        </w:rPr>
        <w:t xml:space="preserve">K1　</w:t>
      </w:r>
      <w:r>
        <w:rPr>
          <w:rFonts w:ascii="Yu Gothic" w:hAnsi="Yu Gothic" w:eastAsia="Yu Gothic"/>
          <w:b/>
          <w:color w:val="2B4C3C"/>
          <w:sz w:val="22"/>
        </w:rPr>
        <w:t>友人・知人へ、葬儀の前に知らせる（家族葬のため参列を辞退）</w:t>
      </w:r>
    </w:p>
    <w:p>
      <w:pPr>
        <w:spacing w:after="20" w:before="0" w:lineRule="exact" w:line="336"/>
        <w:ind w:left="170"/>
      </w:pPr>
      <w:r>
        <w:rPr>
          <w:rFonts w:ascii="Yu Mincho" w:hAnsi="Yu Mincho" w:eastAsia="Yu Mincho"/>
          <w:b w:val="0"/>
          <w:color w:val="6B6B6B"/>
          <w:sz w:val="21"/>
        </w:rPr>
        <w:t>件名：【訃報】父 ○○○○の葬儀について（長男 ○○）</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○○○○の長男の○○でございます</w:t>
      </w:r>
    </w:p>
    <w:p>
      <w:pPr>
        <w:spacing w:after="20" w:before="0" w:lineRule="exact" w:line="336"/>
        <w:ind w:left="170"/>
      </w:pPr>
      <w:r>
        <w:rPr>
          <w:rFonts w:ascii="Yu Mincho" w:hAnsi="Yu Mincho" w:eastAsia="Yu Mincho"/>
          <w:b w:val="0"/>
          <w:color w:val="222222"/>
          <w:sz w:val="21"/>
        </w:rPr>
        <w:t>父 ○○○○が ○月○日に ○○歳で亡くなりました</w:t>
      </w:r>
    </w:p>
    <w:p>
      <w:pPr>
        <w:spacing w:after="20" w:before="0" w:lineRule="exact" w:line="336"/>
        <w:ind w:left="170"/>
      </w:pPr>
      <w:r>
        <w:rPr>
          <w:rFonts w:ascii="Yu Mincho" w:hAnsi="Yu Mincho" w:eastAsia="Yu Mincho"/>
          <w:b w:val="0"/>
          <w:color w:val="222222"/>
          <w:sz w:val="21"/>
        </w:rPr>
        <w:t>葬儀は 父の希望により 家族だけで執り行うことにいたしました</w:t>
      </w:r>
    </w:p>
    <w:p>
      <w:pPr>
        <w:spacing w:after="20" w:before="0" w:lineRule="exact" w:line="336"/>
        <w:ind w:left="170"/>
      </w:pPr>
      <w:r>
        <w:rPr>
          <w:rFonts w:ascii="Yu Mincho" w:hAnsi="Yu Mincho" w:eastAsia="Yu Mincho"/>
          <w:b w:val="0"/>
          <w:color w:val="222222"/>
          <w:sz w:val="21"/>
        </w:rPr>
        <w:t>誠に勝手ながら ご参列はお控えいただければ幸いです</w:t>
      </w:r>
    </w:p>
    <w:p>
      <w:pPr>
        <w:spacing w:after="20" w:before="0" w:lineRule="exact" w:line="336"/>
        <w:ind w:left="170"/>
      </w:pPr>
      <w:r>
        <w:rPr>
          <w:rFonts w:ascii="Yu Mincho" w:hAnsi="Yu Mincho" w:eastAsia="Yu Mincho"/>
          <w:b w:val="0"/>
          <w:color w:val="8A8478"/>
          <w:sz w:val="18"/>
        </w:rPr>
        <w:t>（香典なども辞退する場合）</w:t>
      </w:r>
      <w:r>
        <w:rPr>
          <w:rFonts w:ascii="Yu Mincho" w:hAnsi="Yu Mincho" w:eastAsia="Yu Mincho"/>
          <w:b w:val="0"/>
          <w:color w:val="222222"/>
          <w:sz w:val="21"/>
        </w:rPr>
        <w:t>あわせて ご香典・ご供花・ご弔電も 辞退させていただきます</w:t>
      </w:r>
    </w:p>
    <w:p>
      <w:pPr>
        <w:spacing w:after="20" w:before="0" w:lineRule="exact" w:line="336"/>
        <w:ind w:left="170"/>
      </w:pPr>
      <w:r>
        <w:rPr>
          <w:rFonts w:ascii="Yu Mincho" w:hAnsi="Yu Mincho" w:eastAsia="Yu Mincho"/>
          <w:b w:val="0"/>
          <w:color w:val="222222"/>
          <w:sz w:val="21"/>
        </w:rPr>
        <w:t>長いあいだ父と親しくしていただいたことに 心よりお礼を申し上げます</w:t>
      </w:r>
    </w:p>
    <w:p>
      <w:pPr>
        <w:spacing w:after="20" w:before="0" w:lineRule="exact" w:line="336"/>
        <w:ind w:left="170"/>
      </w:pPr>
      <w:r>
        <w:rPr>
          <w:rFonts w:ascii="Yu Mincho" w:hAnsi="Yu Mincho" w:eastAsia="Yu Mincho"/>
          <w:b w:val="0"/>
          <w:color w:val="222222"/>
          <w:sz w:val="21"/>
        </w:rPr>
        <w:t>○○○○（長男）</w:t>
      </w:r>
    </w:p>
    <w:p>
      <w:pPr>
        <w:spacing w:after="20" w:before="20" w:lineRule="exact" w:line="272"/>
        <w:ind w:left="170"/>
      </w:pPr>
      <w:r>
        <w:rPr>
          <w:rFonts w:ascii="Yu Gothic" w:hAnsi="Yu Gothic" w:eastAsia="Yu Gothic"/>
          <w:b w:val="0"/>
          <w:color w:val="6B6B6B"/>
          <w:sz w:val="17"/>
        </w:rPr>
        <w:t>※参列・香典・供花・弔電のうち、辞退するものだけを書きます。辞退するものをはっきり書いておくと、受け取った方が迷わずに済みます（郵便局のプリントサービスのコラムも、辞退する場合はその旨を明記するよう説明しています）。</w:t>
      </w:r>
    </w:p>
    <w:p>
      <w:pPr>
        <w:spacing w:after="20" w:before="20" w:lineRule="exact" w:line="272"/>
        <w:ind w:left="170"/>
      </w:pPr>
      <w:r>
        <w:rPr>
          <w:rFonts w:ascii="Yu Gothic" w:hAnsi="Yu Gothic" w:eastAsia="Yu Gothic"/>
          <w:b w:val="0"/>
          <w:color w:val="6B6B6B"/>
          <w:sz w:val="17"/>
        </w:rPr>
        <w:t>※どこまでの方に参列をお願いするかは、故人の希望やご家族の考えで決めます（全互協の密葬の説明より）。</w:t>
      </w:r>
    </w:p>
    <w:p>
      <w:pPr>
        <w:spacing w:after="60" w:before="120" w:lineRule="exact" w:line="336"/>
      </w:pPr>
      <w:r>
        <w:rPr>
          <w:rFonts w:ascii="Yu Gothic" w:hAnsi="Yu Gothic" w:eastAsia="Yu Gothic"/>
          <w:b/>
          <w:color w:val="2B4C3C"/>
          <w:sz w:val="22"/>
        </w:rPr>
        <w:t xml:space="preserve">K2　</w:t>
      </w:r>
      <w:r>
        <w:rPr>
          <w:rFonts w:ascii="Yu Gothic" w:hAnsi="Yu Gothic" w:eastAsia="Yu Gothic"/>
          <w:b/>
          <w:color w:val="2B4C3C"/>
          <w:sz w:val="22"/>
        </w:rPr>
        <w:t>町内会・ご近所へ（家族葬のため弔問を辞退）</w:t>
      </w:r>
    </w:p>
    <w:p>
      <w:pPr>
        <w:spacing w:after="20" w:before="0" w:lineRule="exact" w:line="336"/>
        <w:ind w:left="170"/>
      </w:pPr>
      <w:r>
        <w:rPr>
          <w:rFonts w:ascii="Yu Mincho" w:hAnsi="Yu Mincho" w:eastAsia="Yu Mincho"/>
          <w:b w:val="0"/>
          <w:color w:val="222222"/>
          <w:sz w:val="21"/>
        </w:rPr>
        <w:t>○○町内会　会長　○○様</w:t>
      </w:r>
    </w:p>
    <w:p>
      <w:pPr>
        <w:spacing w:after="20" w:before="0" w:lineRule="exact" w:line="336"/>
        <w:ind w:left="170"/>
      </w:pPr>
      <w:r>
        <w:rPr>
          <w:rFonts w:ascii="Yu Mincho" w:hAnsi="Yu Mincho" w:eastAsia="Yu Mincho"/>
          <w:b w:val="0"/>
          <w:color w:val="222222"/>
          <w:sz w:val="21"/>
        </w:rPr>
        <w:t>○丁目の○○です。</w:t>
      </w:r>
    </w:p>
    <w:p>
      <w:pPr>
        <w:spacing w:after="20" w:before="0" w:lineRule="exact" w:line="336"/>
        <w:ind w:left="170"/>
      </w:pPr>
      <w:r>
        <w:rPr>
          <w:rFonts w:ascii="Yu Mincho" w:hAnsi="Yu Mincho" w:eastAsia="Yu Mincho"/>
          <w:b w:val="0"/>
          <w:color w:val="222222"/>
          <w:sz w:val="21"/>
        </w:rPr>
        <w:t>母 ○○○○が、○月○日に○○歳で亡くなりました。</w:t>
      </w:r>
    </w:p>
    <w:p>
      <w:pPr>
        <w:spacing w:after="20" w:before="0" w:lineRule="exact" w:line="336"/>
        <w:ind w:left="170"/>
      </w:pPr>
      <w:r>
        <w:rPr>
          <w:rFonts w:ascii="Yu Mincho" w:hAnsi="Yu Mincho" w:eastAsia="Yu Mincho"/>
          <w:b w:val="0"/>
          <w:color w:val="222222"/>
          <w:sz w:val="21"/>
        </w:rPr>
        <w:t>母が望んでいたとおり、葬儀は家族だけで行います。</w:t>
      </w:r>
    </w:p>
    <w:p>
      <w:pPr>
        <w:spacing w:after="20" w:before="0" w:lineRule="exact" w:line="336"/>
        <w:ind w:left="170"/>
      </w:pPr>
      <w:r>
        <w:rPr>
          <w:rFonts w:ascii="Yu Mincho" w:hAnsi="Yu Mincho" w:eastAsia="Yu Mincho"/>
          <w:b w:val="0"/>
          <w:color w:val="222222"/>
          <w:sz w:val="21"/>
        </w:rPr>
        <w:t>恐れ入りますが、ご弔問はご遠慮くださいますよう、皆様にお伝えいただけますと幸いです。</w:t>
      </w:r>
    </w:p>
    <w:p>
      <w:pPr>
        <w:spacing w:after="20" w:before="0" w:lineRule="exact" w:line="336"/>
        <w:ind w:left="170"/>
      </w:pPr>
      <w:r>
        <w:rPr>
          <w:rFonts w:ascii="Yu Mincho" w:hAnsi="Yu Mincho" w:eastAsia="Yu Mincho"/>
          <w:b w:val="0"/>
          <w:color w:val="8A8478"/>
          <w:sz w:val="18"/>
        </w:rPr>
        <w:t>（香典なども辞退する場合）</w:t>
      </w:r>
      <w:r>
        <w:rPr>
          <w:rFonts w:ascii="Yu Mincho" w:hAnsi="Yu Mincho" w:eastAsia="Yu Mincho"/>
          <w:b w:val="0"/>
          <w:color w:val="222222"/>
          <w:sz w:val="21"/>
        </w:rPr>
        <w:t>ご香典・ご供花も、辞退させていただきます。</w:t>
      </w:r>
    </w:p>
    <w:p>
      <w:pPr>
        <w:spacing w:after="20" w:before="0" w:lineRule="exact" w:line="336"/>
        <w:ind w:left="170"/>
      </w:pPr>
      <w:r>
        <w:rPr>
          <w:rFonts w:ascii="Yu Mincho" w:hAnsi="Yu Mincho" w:eastAsia="Yu Mincho"/>
          <w:b w:val="0"/>
          <w:color w:val="222222"/>
          <w:sz w:val="21"/>
        </w:rPr>
        <w:t>ご近所の皆様には、母が長いあいだ温かく見守っていただきました。心より感謝いたします。</w:t>
      </w:r>
    </w:p>
    <w:p>
      <w:pPr>
        <w:spacing w:after="20" w:before="0" w:lineRule="exact" w:line="336"/>
        <w:ind w:left="170"/>
      </w:pPr>
      <w:r>
        <w:rPr>
          <w:rFonts w:ascii="Yu Mincho" w:hAnsi="Yu Mincho" w:eastAsia="Yu Mincho"/>
          <w:b w:val="0"/>
          <w:color w:val="222222"/>
          <w:sz w:val="21"/>
        </w:rPr>
        <w:t>令和○年○月○日　○○○○（長女）</w:t>
      </w:r>
    </w:p>
    <w:p>
      <w:pPr>
        <w:spacing w:after="20" w:before="20" w:lineRule="exact" w:line="272"/>
        <w:ind w:left="170"/>
      </w:pPr>
      <w:r>
        <w:rPr>
          <w:rFonts w:ascii="Yu Gothic" w:hAnsi="Yu Gothic" w:eastAsia="Yu Gothic"/>
          <w:b w:val="0"/>
          <w:color w:val="6B6B6B"/>
          <w:sz w:val="17"/>
        </w:rPr>
        <w:t>※全葬連は、近隣住民・地域の方々には葬儀の日程が決まってから、回覧板や掲示板などで知らせることが多いと説明しています。</w:t>
      </w:r>
    </w:p>
    <w:p>
      <w:pPr>
        <w:spacing w:after="20" w:before="20" w:lineRule="exact" w:line="272"/>
        <w:ind w:left="170"/>
      </w:pPr>
      <w:r>
        <w:rPr>
          <w:rFonts w:ascii="Yu Gothic" w:hAnsi="Yu Gothic" w:eastAsia="Yu Gothic"/>
          <w:b w:val="0"/>
          <w:color w:val="6B6B6B"/>
          <w:sz w:val="17"/>
        </w:rPr>
        <w:t>※町内会によって知らせ方の決まりがあることもあるので、会長さんに確かめてください（当サイトの提案）。</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葬儀後に知らせるはがき（死亡通知）</w:t>
      </w:r>
    </w:p>
    <w:p>
      <w:pPr>
        <w:spacing w:after="160" w:before="0" w:lineRule="exact" w:line="288"/>
      </w:pPr>
      <w:r>
        <w:rPr>
          <w:rFonts w:ascii="Yu Gothic" w:hAnsi="Yu Gothic" w:eastAsia="Yu Gothic"/>
          <w:b w:val="0"/>
          <w:color w:val="6B6B6B"/>
          <w:sz w:val="18"/>
        </w:rPr>
        <w:t>葬儀を終えたあとに、はがきで知らせる文例です。句読点の代わりに全角スペースで区切っています。最後の3行は日付・差出人の住所・名前です。</w:t>
      </w:r>
    </w:p>
    <w:p>
      <w:pPr>
        <w:spacing w:after="60" w:before="120" w:lineRule="exact" w:line="336"/>
      </w:pPr>
      <w:r>
        <w:rPr>
          <w:rFonts w:ascii="Yu Gothic" w:hAnsi="Yu Gothic" w:eastAsia="Yu Gothic"/>
          <w:b/>
          <w:color w:val="2B4C3C"/>
          <w:sz w:val="22"/>
        </w:rPr>
        <w:t xml:space="preserve">H1　</w:t>
      </w:r>
      <w:r>
        <w:rPr>
          <w:rFonts w:ascii="Yu Gothic" w:hAnsi="Yu Gothic" w:eastAsia="Yu Gothic"/>
          <w:b/>
          <w:color w:val="2B4C3C"/>
          <w:sz w:val="22"/>
        </w:rPr>
        <w:t>葬儀を終えたあとに知らせる（基本）</w:t>
      </w:r>
    </w:p>
    <w:p>
      <w:pPr>
        <w:spacing w:after="20" w:before="0" w:lineRule="exact" w:line="336"/>
        <w:ind w:left="170"/>
      </w:pPr>
      <w:r>
        <w:rPr>
          <w:rFonts w:ascii="Yu Mincho" w:hAnsi="Yu Mincho" w:eastAsia="Yu Mincho"/>
          <w:b w:val="0"/>
          <w:color w:val="222222"/>
          <w:sz w:val="21"/>
        </w:rPr>
        <w:t>父　○○○○が　○月○日に　○○歳で息を引き取りました</w:t>
      </w:r>
    </w:p>
    <w:p>
      <w:pPr>
        <w:spacing w:after="20" w:before="0" w:lineRule="exact" w:line="336"/>
        <w:ind w:left="170"/>
      </w:pPr>
      <w:r>
        <w:rPr>
          <w:rFonts w:ascii="Yu Mincho" w:hAnsi="Yu Mincho" w:eastAsia="Yu Mincho"/>
          <w:b w:val="0"/>
          <w:color w:val="222222"/>
          <w:sz w:val="21"/>
        </w:rPr>
        <w:t>葬儀は　本人の願いに沿い　近親者だけで静かに済ませました</w:t>
      </w:r>
    </w:p>
    <w:p>
      <w:pPr>
        <w:spacing w:after="20" w:before="0" w:lineRule="exact" w:line="336"/>
        <w:ind w:left="170"/>
      </w:pPr>
      <w:r>
        <w:rPr>
          <w:rFonts w:ascii="Yu Mincho" w:hAnsi="Yu Mincho" w:eastAsia="Yu Mincho"/>
          <w:b w:val="0"/>
          <w:color w:val="222222"/>
          <w:sz w:val="21"/>
        </w:rPr>
        <w:t>ご連絡が葬儀のあとになり　失礼をお詫びいたします</w:t>
      </w:r>
    </w:p>
    <w:p>
      <w:pPr>
        <w:spacing w:after="20" w:before="0" w:lineRule="exact" w:line="336"/>
        <w:ind w:left="170"/>
      </w:pPr>
      <w:r>
        <w:rPr>
          <w:rFonts w:ascii="Yu Mincho" w:hAnsi="Yu Mincho" w:eastAsia="Yu Mincho"/>
          <w:b w:val="0"/>
          <w:color w:val="222222"/>
          <w:sz w:val="21"/>
        </w:rPr>
        <w:t>父が生前に皆様から受けたご厚誼に　家族として感謝を申し上げます</w:t>
      </w:r>
    </w:p>
    <w:p>
      <w:pPr>
        <w:spacing w:after="20" w:before="0" w:lineRule="exact" w:line="336"/>
        <w:ind w:left="170"/>
      </w:pPr>
      <w:r>
        <w:rPr>
          <w:rFonts w:ascii="Yu Mincho" w:hAnsi="Yu Mincho" w:eastAsia="Yu Mincho"/>
          <w:b w:val="0"/>
          <w:color w:val="8A8478"/>
          <w:sz w:val="18"/>
        </w:rPr>
        <w:t>（辞退する場合）</w:t>
      </w:r>
      <w:r>
        <w:rPr>
          <w:rFonts w:ascii="Yu Mincho" w:hAnsi="Yu Mincho" w:eastAsia="Yu Mincho"/>
          <w:b w:val="0"/>
          <w:color w:val="222222"/>
          <w:sz w:val="21"/>
        </w:rPr>
        <w:t>なお　ご香典・ご供花などのお心遣いは　辞退させていただきます</w:t>
      </w:r>
    </w:p>
    <w:p>
      <w:pPr>
        <w:spacing w:after="20" w:before="0" w:lineRule="exact" w:line="336"/>
        <w:ind w:left="170"/>
      </w:pPr>
      <w:r>
        <w:rPr>
          <w:rFonts w:ascii="Yu Mincho" w:hAnsi="Yu Mincho" w:eastAsia="Yu Mincho"/>
          <w:b w:val="0"/>
          <w:color w:val="222222"/>
          <w:sz w:val="21"/>
        </w:rPr>
        <w:t>令和○年○月</w:t>
      </w:r>
    </w:p>
    <w:p>
      <w:pPr>
        <w:spacing w:after="20" w:before="0" w:lineRule="exact" w:line="336"/>
        <w:ind w:left="170"/>
      </w:pPr>
      <w:r>
        <w:rPr>
          <w:rFonts w:ascii="Yu Mincho" w:hAnsi="Yu Mincho" w:eastAsia="Yu Mincho"/>
          <w:b w:val="0"/>
          <w:color w:val="222222"/>
          <w:sz w:val="21"/>
        </w:rPr>
        <w:t>〒○○○-○○○○　○○県○○市○○町○-○-○</w:t>
      </w:r>
    </w:p>
    <w:p>
      <w:pPr>
        <w:spacing w:after="20" w:before="0" w:lineRule="exact" w:line="336"/>
        <w:ind w:left="170"/>
      </w:pPr>
      <w:r>
        <w:rPr>
          <w:rFonts w:ascii="Yu Mincho" w:hAnsi="Yu Mincho" w:eastAsia="Yu Mincho"/>
          <w:b w:val="0"/>
          <w:color w:val="222222"/>
          <w:sz w:val="21"/>
        </w:rPr>
        <w:t>喪主　○○○○（長男）</w:t>
      </w:r>
    </w:p>
    <w:p>
      <w:pPr>
        <w:spacing w:after="20" w:before="20" w:lineRule="exact" w:line="272"/>
        <w:ind w:left="170"/>
      </w:pPr>
      <w:r>
        <w:rPr>
          <w:rFonts w:ascii="Yu Gothic" w:hAnsi="Yu Gothic" w:eastAsia="Yu Gothic"/>
          <w:b w:val="0"/>
          <w:color w:val="6B6B6B"/>
          <w:sz w:val="17"/>
        </w:rPr>
        <w:t>※郵便局のプリントサービスのコラムは、家族葬のあとの挨拶状を送る時期を、葬儀後2週間から四十九日法要を終えた頃までが目安で一般的と説明しています。</w:t>
      </w:r>
    </w:p>
    <w:p>
      <w:pPr>
        <w:spacing w:after="20" w:before="20" w:lineRule="exact" w:line="272"/>
        <w:ind w:left="170"/>
      </w:pPr>
      <w:r>
        <w:rPr>
          <w:rFonts w:ascii="Yu Gothic" w:hAnsi="Yu Gothic" w:eastAsia="Yu Gothic"/>
          <w:b w:val="0"/>
          <w:color w:val="6B6B6B"/>
          <w:sz w:val="17"/>
        </w:rPr>
        <w:t>※差出人は喪主にしています。全互協は、葬儀の通知状は喪主の名で通知すると説明しています。</w:t>
      </w:r>
    </w:p>
    <w:p>
      <w:pPr>
        <w:spacing w:after="20" w:before="20" w:lineRule="exact" w:line="272"/>
        <w:ind w:left="170"/>
      </w:pPr>
      <w:r>
        <w:rPr>
          <w:rFonts w:ascii="Yu Gothic" w:hAnsi="Yu Gothic" w:eastAsia="Yu Gothic"/>
          <w:b w:val="0"/>
          <w:color w:val="6B6B6B"/>
          <w:sz w:val="17"/>
        </w:rPr>
        <w:t>※句読点の代わりに全角スペースで区切っています。</w:t>
      </w:r>
    </w:p>
    <w:p>
      <w:pPr>
        <w:spacing w:after="60" w:before="120" w:lineRule="exact" w:line="336"/>
      </w:pPr>
      <w:r>
        <w:rPr>
          <w:rFonts w:ascii="Yu Gothic" w:hAnsi="Yu Gothic" w:eastAsia="Yu Gothic"/>
          <w:b/>
          <w:color w:val="2B4C3C"/>
          <w:sz w:val="22"/>
        </w:rPr>
        <w:t xml:space="preserve">H2　</w:t>
      </w:r>
      <w:r>
        <w:rPr>
          <w:rFonts w:ascii="Yu Gothic" w:hAnsi="Yu Gothic" w:eastAsia="Yu Gothic"/>
          <w:b/>
          <w:color w:val="2B4C3C"/>
          <w:sz w:val="22"/>
        </w:rPr>
        <w:t>故人の年賀状などで知った方へ（面識のない方へのお知らせ）</w:t>
      </w:r>
    </w:p>
    <w:p>
      <w:pPr>
        <w:spacing w:after="20" w:before="0" w:lineRule="exact" w:line="336"/>
        <w:ind w:left="170"/>
      </w:pPr>
      <w:r>
        <w:rPr>
          <w:rFonts w:ascii="Yu Mincho" w:hAnsi="Yu Mincho" w:eastAsia="Yu Mincho"/>
          <w:b w:val="0"/>
          <w:color w:val="222222"/>
          <w:sz w:val="21"/>
        </w:rPr>
        <w:t>突然のお便りで失礼いたします</w:t>
      </w:r>
    </w:p>
    <w:p>
      <w:pPr>
        <w:spacing w:after="20" w:before="0" w:lineRule="exact" w:line="336"/>
        <w:ind w:left="170"/>
      </w:pPr>
      <w:r>
        <w:rPr>
          <w:rFonts w:ascii="Yu Mincho" w:hAnsi="Yu Mincho" w:eastAsia="Yu Mincho"/>
          <w:b w:val="0"/>
          <w:color w:val="222222"/>
          <w:sz w:val="21"/>
        </w:rPr>
        <w:t>私は　○○○○の長女の○○と申します</w:t>
      </w:r>
    </w:p>
    <w:p>
      <w:pPr>
        <w:spacing w:after="20" w:before="0" w:lineRule="exact" w:line="336"/>
        <w:ind w:left="170"/>
      </w:pPr>
      <w:r>
        <w:rPr>
          <w:rFonts w:ascii="Yu Mincho" w:hAnsi="Yu Mincho" w:eastAsia="Yu Mincho"/>
          <w:b w:val="0"/>
          <w:color w:val="222222"/>
          <w:sz w:val="21"/>
        </w:rPr>
        <w:t>母　○○○○は　○月○日に　○○歳で亡くなりました</w:t>
      </w:r>
    </w:p>
    <w:p>
      <w:pPr>
        <w:spacing w:after="20" w:before="0" w:lineRule="exact" w:line="336"/>
        <w:ind w:left="170"/>
      </w:pPr>
      <w:r>
        <w:rPr>
          <w:rFonts w:ascii="Yu Mincho" w:hAnsi="Yu Mincho" w:eastAsia="Yu Mincho"/>
          <w:b w:val="0"/>
          <w:color w:val="222222"/>
          <w:sz w:val="21"/>
        </w:rPr>
        <w:t>母が大切にしていた年賀状から　○○様のお名前を知り　お便りを差し上げました</w:t>
      </w:r>
    </w:p>
    <w:p>
      <w:pPr>
        <w:spacing w:after="20" w:before="0" w:lineRule="exact" w:line="336"/>
        <w:ind w:left="170"/>
      </w:pPr>
      <w:r>
        <w:rPr>
          <w:rFonts w:ascii="Yu Mincho" w:hAnsi="Yu Mincho" w:eastAsia="Yu Mincho"/>
          <w:b w:val="0"/>
          <w:color w:val="222222"/>
          <w:sz w:val="21"/>
        </w:rPr>
        <w:t>生前　母と親しくしていただきましたことに　深く感謝申し上げます</w:t>
      </w:r>
    </w:p>
    <w:p>
      <w:pPr>
        <w:spacing w:after="20" w:before="0" w:lineRule="exact" w:line="336"/>
        <w:ind w:left="170"/>
      </w:pPr>
      <w:r>
        <w:rPr>
          <w:rFonts w:ascii="Yu Mincho" w:hAnsi="Yu Mincho" w:eastAsia="Yu Mincho"/>
          <w:b w:val="0"/>
          <w:color w:val="222222"/>
          <w:sz w:val="21"/>
        </w:rPr>
        <w:t>葬儀は家族のみで済ませましたので　どうかお気遣いなさいませんように</w:t>
      </w:r>
    </w:p>
    <w:p>
      <w:pPr>
        <w:spacing w:after="20" w:before="0" w:lineRule="exact" w:line="336"/>
        <w:ind w:left="170"/>
      </w:pPr>
      <w:r>
        <w:rPr>
          <w:rFonts w:ascii="Yu Mincho" w:hAnsi="Yu Mincho" w:eastAsia="Yu Mincho"/>
          <w:b w:val="0"/>
          <w:color w:val="222222"/>
          <w:sz w:val="21"/>
        </w:rPr>
        <w:t>令和○年○月</w:t>
      </w:r>
    </w:p>
    <w:p>
      <w:pPr>
        <w:spacing w:after="20" w:before="0" w:lineRule="exact" w:line="336"/>
        <w:ind w:left="170"/>
      </w:pPr>
      <w:r>
        <w:rPr>
          <w:rFonts w:ascii="Yu Mincho" w:hAnsi="Yu Mincho" w:eastAsia="Yu Mincho"/>
          <w:b w:val="0"/>
          <w:color w:val="222222"/>
          <w:sz w:val="21"/>
        </w:rPr>
        <w:t>〒○○○-○○○○　○○県○○市○○町○-○-○</w:t>
      </w:r>
    </w:p>
    <w:p>
      <w:pPr>
        <w:spacing w:after="20" w:before="0" w:lineRule="exact" w:line="336"/>
        <w:ind w:left="170"/>
      </w:pPr>
      <w:r>
        <w:rPr>
          <w:rFonts w:ascii="Yu Mincho" w:hAnsi="Yu Mincho" w:eastAsia="Yu Mincho"/>
          <w:b w:val="0"/>
          <w:color w:val="222222"/>
          <w:sz w:val="21"/>
        </w:rPr>
        <w:t>○○○○（長女）</w:t>
      </w:r>
    </w:p>
    <w:p>
      <w:pPr>
        <w:spacing w:after="20" w:before="20" w:lineRule="exact" w:line="272"/>
        <w:ind w:left="170"/>
      </w:pPr>
      <w:r>
        <w:rPr>
          <w:rFonts w:ascii="Yu Gothic" w:hAnsi="Yu Gothic" w:eastAsia="Yu Gothic"/>
          <w:b w:val="0"/>
          <w:color w:val="6B6B6B"/>
          <w:sz w:val="17"/>
        </w:rPr>
        <w:t>※面識のない方へ送るので、最初に名乗り、お名前を知ったいきさつを添えています（当サイトの提案）。</w:t>
      </w:r>
    </w:p>
    <w:p>
      <w:pPr>
        <w:spacing w:after="20" w:before="20" w:lineRule="exact" w:line="272"/>
        <w:ind w:left="170"/>
      </w:pPr>
      <w:r>
        <w:rPr>
          <w:rFonts w:ascii="Yu Gothic" w:hAnsi="Yu Gothic" w:eastAsia="Yu Gothic"/>
          <w:b w:val="0"/>
          <w:color w:val="6B6B6B"/>
          <w:sz w:val="17"/>
        </w:rPr>
        <w:t>※11月・12月に送る場合は、年賀欠礼（喪中はがき）とあわせるかどうかも考えます。喪中はがきは、訃報を知らせることが目的ではないと郵便局のプリントサービスは説明しています。</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避けたい言葉と出典</w:t>
      </w:r>
    </w:p>
    <w:p>
      <w:pPr>
        <w:spacing w:after="80" w:before="0" w:lineRule="exact" w:line="288"/>
      </w:pPr>
      <w:r>
        <w:rPr>
          <w:rFonts w:ascii="Yu Gothic" w:hAnsi="Yu Gothic" w:eastAsia="Yu Gothic"/>
          <w:b w:val="0"/>
          <w:color w:val="222222"/>
          <w:sz w:val="18"/>
        </w:rPr>
        <w:t>この文例集の例文は、相手やご家族の宗教がわからなくても使えるよう、特定の宗教の言葉を使わず「亡くなりました」「息を引き取りました」と書いています（当サイトの判断）。下の例は出典にある例示で、すべてを網羅した一覧ではありません。宗教・宗派ごとの言葉の使い分けは、菩提寺・神社・教会などに確かめてください。</w:t>
      </w:r>
    </w:p>
    <w:p>
      <w:pPr>
        <w:spacing w:after="20" w:before="60" w:lineRule="exact" w:line="304"/>
      </w:pPr>
      <w:r>
        <w:rPr>
          <w:rFonts w:ascii="Yu Gothic" w:hAnsi="Yu Gothic" w:eastAsia="Yu Gothic"/>
          <w:b/>
          <w:color w:val="2B4C3C"/>
          <w:sz w:val="19"/>
        </w:rPr>
        <w:t>重ね言葉・不吉な言葉（全葬連）</w:t>
      </w:r>
    </w:p>
    <w:p>
      <w:pPr>
        <w:spacing w:after="20" w:before="0" w:lineRule="exact" w:line="288"/>
      </w:pPr>
      <w:r>
        <w:rPr>
          <w:rFonts w:ascii="Yu Gothic" w:hAnsi="Yu Gothic" w:eastAsia="Yu Gothic"/>
          <w:b w:val="0"/>
          <w:color w:val="222222"/>
          <w:sz w:val="18"/>
        </w:rPr>
        <w:t>訃報連絡で避ける忌み言葉の例として「再び」「続いて」「度々」「重ね重ね」「4（死）」「消える」が挙げられています。</w:t>
      </w:r>
    </w:p>
    <w:p>
      <w:pPr>
        <w:spacing w:after="20" w:before="60" w:lineRule="exact" w:line="304"/>
      </w:pPr>
      <w:r>
        <w:rPr>
          <w:rFonts w:ascii="Yu Gothic" w:hAnsi="Yu Gothic" w:eastAsia="Yu Gothic"/>
          <w:b/>
          <w:color w:val="2B4C3C"/>
          <w:sz w:val="19"/>
        </w:rPr>
        <w:t>直接的な表現（日本郵便）</w:t>
      </w:r>
    </w:p>
    <w:p>
      <w:pPr>
        <w:spacing w:after="20" w:before="0" w:lineRule="exact" w:line="288"/>
      </w:pPr>
      <w:r>
        <w:rPr>
          <w:rFonts w:ascii="Yu Gothic" w:hAnsi="Yu Gothic" w:eastAsia="Yu Gothic"/>
          <w:b w:val="0"/>
          <w:color w:val="222222"/>
          <w:sz w:val="18"/>
        </w:rPr>
        <w:t>お悔やみのレタックス（弔電）で使わない言葉として、「死ぬ」「死亡」などの直接的な表現（逝去・永眠・他界・旅立つなどに言い換える）や「度々」「重ね重ね」「再度」「再び」「かえすがえすも」などが挙げられています（お悔やみを送る側への案内）。</w:t>
      </w:r>
    </w:p>
    <w:p>
      <w:pPr>
        <w:spacing w:after="20" w:before="60" w:lineRule="exact" w:line="304"/>
      </w:pPr>
      <w:r>
        <w:rPr>
          <w:rFonts w:ascii="Yu Gothic" w:hAnsi="Yu Gothic" w:eastAsia="Yu Gothic"/>
          <w:b/>
          <w:color w:val="2B4C3C"/>
          <w:sz w:val="19"/>
        </w:rPr>
        <w:t>「ご冥福」と浄土真宗（真宗大谷派）</w:t>
      </w:r>
    </w:p>
    <w:p>
      <w:pPr>
        <w:spacing w:after="20" w:before="0" w:lineRule="exact" w:line="288"/>
      </w:pPr>
      <w:r>
        <w:rPr>
          <w:rFonts w:ascii="Yu Gothic" w:hAnsi="Yu Gothic" w:eastAsia="Yu Gothic"/>
          <w:b w:val="0"/>
          <w:color w:val="222222"/>
          <w:sz w:val="18"/>
        </w:rPr>
        <w:t>真宗大谷派（東本願寺）は、弔電や弔辞の「ご冥福をお祈りします」「ご霊前に申しあげます」などの言葉は真宗の教えのうえからふさわしくないとしています。</w:t>
      </w:r>
    </w:p>
    <w:p>
      <w:pPr>
        <w:spacing w:after="40" w:before="200" w:lineRule="exact" w:line="384"/>
      </w:pPr>
      <w:r>
        <w:rPr>
          <w:rFonts w:ascii="Yu Gothic" w:hAnsi="Yu Gothic" w:eastAsia="Yu Gothic"/>
          <w:b/>
          <w:color w:val="2B4C3C"/>
          <w:sz w:val="24"/>
        </w:rPr>
        <w:t>出典（いずれも2026年10月22日確認）</w:t>
      </w:r>
    </w:p>
    <w:p>
      <w:pPr>
        <w:spacing w:after="60" w:before="0" w:lineRule="exact" w:line="272"/>
      </w:pPr>
      <w:r>
        <w:rPr>
          <w:rFonts w:ascii="Yu Gothic" w:hAnsi="Yu Gothic" w:eastAsia="Yu Gothic"/>
          <w:b w:val="0"/>
          <w:color w:val="6B6B6B"/>
          <w:sz w:val="17"/>
        </w:rPr>
        <w:t>書き方の説明は業界団体（全葬連・全互協）の解説と、日本郵便株式会社が運営する郵便局のプリントサービスのコラム・日本郵便の弔電の案内で、法令や公式のルールではありません。</w:t>
      </w:r>
    </w:p>
    <w:p>
      <w:pPr>
        <w:spacing w:after="0" w:before="0" w:lineRule="exact" w:line="272"/>
      </w:pPr>
      <w:r>
        <w:rPr>
          <w:rFonts w:ascii="Yu Gothic" w:hAnsi="Yu Gothic" w:eastAsia="Yu Gothic"/>
          <w:b w:val="0"/>
          <w:color w:val="222222"/>
          <w:sz w:val="17"/>
        </w:rPr>
        <w:t>・全葬連（全日本葬祭業協同組合連合会）お葬式お役立ち辞典「訃報:誰に？いつ？どのように伝える？訃報連絡のマナーと文例集」（2025.03.24（更新:2026.01.16））</w:t>
      </w:r>
    </w:p>
    <w:p>
      <w:pPr>
        <w:spacing w:after="40" w:before="0" w:lineRule="exact" w:line="256"/>
        <w:ind w:left="170"/>
      </w:pPr>
      <w:r>
        <w:rPr>
          <w:rFonts w:ascii="Yu Gothic" w:hAnsi="Yu Gothic" w:eastAsia="Yu Gothic"/>
          <w:b w:val="0"/>
          <w:color w:val="6B6B6B"/>
          <w:sz w:val="16"/>
        </w:rPr>
        <w:t>https://www.zensoren.or.jp/dictionary/dictionary26/</w:t>
      </w:r>
    </w:p>
    <w:p>
      <w:pPr>
        <w:spacing w:after="0" w:before="0" w:lineRule="exact" w:line="272"/>
      </w:pPr>
      <w:r>
        <w:rPr>
          <w:rFonts w:ascii="Yu Gothic" w:hAnsi="Yu Gothic" w:eastAsia="Yu Gothic"/>
          <w:b w:val="0"/>
          <w:color w:val="222222"/>
          <w:sz w:val="17"/>
        </w:rPr>
        <w:t>・全互協（一般社団法人全日本冠婚葬祭互助協会）「葬儀までに決めておきたいことは？」</w:t>
      </w:r>
    </w:p>
    <w:p>
      <w:pPr>
        <w:spacing w:after="40" w:before="0" w:lineRule="exact" w:line="256"/>
        <w:ind w:left="170"/>
      </w:pPr>
      <w:r>
        <w:rPr>
          <w:rFonts w:ascii="Yu Gothic" w:hAnsi="Yu Gothic" w:eastAsia="Yu Gothic"/>
          <w:b w:val="0"/>
          <w:color w:val="6B6B6B"/>
          <w:sz w:val="16"/>
        </w:rPr>
        <w:t>https://www.zengokyo.or.jp/manner/funeral/funeral09.php</w:t>
      </w:r>
    </w:p>
    <w:p>
      <w:pPr>
        <w:spacing w:after="0" w:before="0" w:lineRule="exact" w:line="272"/>
      </w:pPr>
      <w:r>
        <w:rPr>
          <w:rFonts w:ascii="Yu Gothic" w:hAnsi="Yu Gothic" w:eastAsia="Yu Gothic"/>
          <w:b w:val="0"/>
          <w:color w:val="222222"/>
          <w:sz w:val="17"/>
        </w:rPr>
        <w:t>・全互協「無宗教葬と密葬の進め方は？」</w:t>
      </w:r>
    </w:p>
    <w:p>
      <w:pPr>
        <w:spacing w:after="40" w:before="0" w:lineRule="exact" w:line="256"/>
        <w:ind w:left="170"/>
      </w:pPr>
      <w:r>
        <w:rPr>
          <w:rFonts w:ascii="Yu Gothic" w:hAnsi="Yu Gothic" w:eastAsia="Yu Gothic"/>
          <w:b w:val="0"/>
          <w:color w:val="6B6B6B"/>
          <w:sz w:val="16"/>
        </w:rPr>
        <w:t>https://www.zengokyo.or.jp/manner/funeral/funeral38.php</w:t>
      </w:r>
    </w:p>
    <w:p>
      <w:pPr>
        <w:spacing w:after="0" w:before="0" w:lineRule="exact" w:line="272"/>
      </w:pPr>
      <w:r>
        <w:rPr>
          <w:rFonts w:ascii="Yu Gothic" w:hAnsi="Yu Gothic" w:eastAsia="Yu Gothic"/>
          <w:b w:val="0"/>
          <w:color w:val="222222"/>
          <w:sz w:val="17"/>
        </w:rPr>
        <w:t>・国民生活センター 報道発表資料「依然として多い葬儀サービスの料金トラブル－『家族葬だから安い』と思っていませんか？－」（PDF）（令和8年6月3日）</w:t>
      </w:r>
    </w:p>
    <w:p>
      <w:pPr>
        <w:spacing w:after="40" w:before="0" w:lineRule="exact" w:line="256"/>
        <w:ind w:left="170"/>
      </w:pPr>
      <w:r>
        <w:rPr>
          <w:rFonts w:ascii="Yu Gothic" w:hAnsi="Yu Gothic" w:eastAsia="Yu Gothic"/>
          <w:b w:val="0"/>
          <w:color w:val="6B6B6B"/>
          <w:sz w:val="16"/>
        </w:rPr>
        <w:t>https://www.kokusen.go.jp/pdf/n-20260603_2.pdf</w:t>
      </w:r>
    </w:p>
    <w:p>
      <w:pPr>
        <w:spacing w:after="0" w:before="0" w:lineRule="exact" w:line="272"/>
      </w:pPr>
      <w:r>
        <w:rPr>
          <w:rFonts w:ascii="Yu Gothic" w:hAnsi="Yu Gothic" w:eastAsia="Yu Gothic"/>
          <w:b w:val="0"/>
          <w:color w:val="222222"/>
          <w:sz w:val="17"/>
        </w:rPr>
        <w:t>・郵便局のプリントサービス コラム「【そのまま使える】家族葬の挨拶状の例文集｜書き方から送り方まで郵便局が解説」（2026.09.16）</w:t>
      </w:r>
    </w:p>
    <w:p>
      <w:pPr>
        <w:spacing w:after="40" w:before="0" w:lineRule="exact" w:line="256"/>
        <w:ind w:left="170"/>
      </w:pPr>
      <w:r>
        <w:rPr>
          <w:rFonts w:ascii="Yu Gothic" w:hAnsi="Yu Gothic" w:eastAsia="Yu Gothic"/>
          <w:b w:val="0"/>
          <w:color w:val="6B6B6B"/>
          <w:sz w:val="16"/>
        </w:rPr>
        <w:t>https://print.shop.post.japanpost.jp/feature-aisatsu/article3001</w:t>
      </w:r>
    </w:p>
    <w:p>
      <w:pPr>
        <w:spacing w:after="0" w:before="0" w:lineRule="exact" w:line="272"/>
      </w:pPr>
      <w:r>
        <w:rPr>
          <w:rFonts w:ascii="Yu Gothic" w:hAnsi="Yu Gothic" w:eastAsia="Yu Gothic"/>
          <w:b w:val="0"/>
          <w:color w:val="222222"/>
          <w:sz w:val="17"/>
        </w:rPr>
        <w:t>・郵便局のプリントサービス「喪中はがき印刷」（喪中はがきの豆知識・マナー）</w:t>
      </w:r>
    </w:p>
    <w:p>
      <w:pPr>
        <w:spacing w:after="40" w:before="0" w:lineRule="exact" w:line="256"/>
        <w:ind w:left="170"/>
      </w:pPr>
      <w:r>
        <w:rPr>
          <w:rFonts w:ascii="Yu Gothic" w:hAnsi="Yu Gothic" w:eastAsia="Yu Gothic"/>
          <w:b w:val="0"/>
          <w:color w:val="6B6B6B"/>
          <w:sz w:val="16"/>
        </w:rPr>
        <w:t>https://print.shop.post.japanpost.jp/mochu</w:t>
      </w:r>
    </w:p>
    <w:p>
      <w:pPr>
        <w:spacing w:after="0" w:before="0" w:lineRule="exact" w:line="272"/>
      </w:pPr>
      <w:r>
        <w:rPr>
          <w:rFonts w:ascii="Yu Gothic" w:hAnsi="Yu Gothic" w:eastAsia="Yu Gothic"/>
          <w:b w:val="0"/>
          <w:color w:val="222222"/>
          <w:sz w:val="17"/>
        </w:rPr>
        <w:t>・郵便局のプリントサービス「サイト運営会社」</w:t>
      </w:r>
    </w:p>
    <w:p>
      <w:pPr>
        <w:spacing w:after="40" w:before="0" w:lineRule="exact" w:line="256"/>
        <w:ind w:left="170"/>
      </w:pPr>
      <w:r>
        <w:rPr>
          <w:rFonts w:ascii="Yu Gothic" w:hAnsi="Yu Gothic" w:eastAsia="Yu Gothic"/>
          <w:b w:val="0"/>
          <w:color w:val="6B6B6B"/>
          <w:sz w:val="16"/>
        </w:rPr>
        <w:t>https://print.shop.post.japanpost.jp/company</w:t>
      </w:r>
    </w:p>
    <w:p>
      <w:pPr>
        <w:spacing w:after="0" w:before="0" w:lineRule="exact" w:line="272"/>
      </w:pPr>
      <w:r>
        <w:rPr>
          <w:rFonts w:ascii="Yu Gothic" w:hAnsi="Yu Gothic" w:eastAsia="Yu Gothic"/>
          <w:b w:val="0"/>
          <w:color w:val="222222"/>
          <w:sz w:val="17"/>
        </w:rPr>
        <w:t>・日本郵便 Webレタックス「弔電・弔事のマナー（お悔やみ）Q&amp;A」</w:t>
      </w:r>
    </w:p>
    <w:p>
      <w:pPr>
        <w:spacing w:after="40" w:before="0" w:lineRule="exact" w:line="256"/>
        <w:ind w:left="170"/>
      </w:pPr>
      <w:r>
        <w:rPr>
          <w:rFonts w:ascii="Yu Gothic" w:hAnsi="Yu Gothic" w:eastAsia="Yu Gothic"/>
          <w:b w:val="0"/>
          <w:color w:val="6B6B6B"/>
          <w:sz w:val="16"/>
        </w:rPr>
        <w:t>https://www.post.japanpost.jp/service/send/domestic/web/webletax/manner-choji.html</w:t>
      </w:r>
    </w:p>
    <w:p>
      <w:pPr>
        <w:spacing w:after="0" w:before="0" w:lineRule="exact" w:line="272"/>
      </w:pPr>
      <w:r>
        <w:rPr>
          <w:rFonts w:ascii="Yu Gothic" w:hAnsi="Yu Gothic" w:eastAsia="Yu Gothic"/>
          <w:b w:val="0"/>
          <w:color w:val="222222"/>
          <w:sz w:val="17"/>
        </w:rPr>
        <w:t>・真宗大谷派（東本願寺）「葬儀・法事・お墓のこと」（弔電・弔辞）</w:t>
      </w:r>
    </w:p>
    <w:p>
      <w:pPr>
        <w:spacing w:after="40" w:before="0" w:lineRule="exact" w:line="256"/>
        <w:ind w:left="170"/>
      </w:pPr>
      <w:r>
        <w:rPr>
          <w:rFonts w:ascii="Yu Gothic" w:hAnsi="Yu Gothic" w:eastAsia="Yu Gothic"/>
          <w:b w:val="0"/>
          <w:color w:val="6B6B6B"/>
          <w:sz w:val="16"/>
        </w:rPr>
        <w:t>https://www.higashihonganji.or.jp/teachings/sogi-hoji-ohaka/</w:t>
      </w:r>
    </w:p>
    <w:p>
      <w:pPr>
        <w:spacing w:after="0" w:before="0" w:lineRule="exact" w:line="272"/>
      </w:pPr>
      <w:r>
        <w:rPr>
          <w:rFonts w:ascii="Yu Gothic" w:hAnsi="Yu Gothic" w:eastAsia="Yu Gothic"/>
          <w:b w:val="0"/>
          <w:color w:val="222222"/>
          <w:sz w:val="17"/>
        </w:rPr>
        <w:t>・法務省「死亡届」（行政手続の案内・戸籍関係手続）</w:t>
      </w:r>
    </w:p>
    <w:p>
      <w:pPr>
        <w:spacing w:after="40" w:before="0" w:lineRule="exact" w:line="256"/>
        <w:ind w:left="170"/>
      </w:pPr>
      <w:r>
        <w:rPr>
          <w:rFonts w:ascii="Yu Gothic" w:hAnsi="Yu Gothic" w:eastAsia="Yu Gothic"/>
          <w:b w:val="0"/>
          <w:color w:val="6B6B6B"/>
          <w:sz w:val="16"/>
        </w:rPr>
        <w:t>https://www.moj.go.jp/ONLINE/FAMILYREGISTER/5-4.html</w:t>
      </w:r>
    </w:p>
    <w:p>
      <w:pPr>
        <w:spacing w:after="0" w:before="0" w:lineRule="exact" w:line="272"/>
      </w:pPr>
      <w:r>
        <w:rPr>
          <w:rFonts w:ascii="Yu Gothic" w:hAnsi="Yu Gothic" w:eastAsia="Yu Gothic"/>
          <w:b w:val="0"/>
          <w:color w:val="222222"/>
          <w:sz w:val="17"/>
        </w:rPr>
        <w:t>・厚生労働省「モデル就業規則（令和7年12月）」（PDF）（令和7年12月版）</w:t>
      </w:r>
    </w:p>
    <w:p>
      <w:pPr>
        <w:spacing w:after="40" w:before="0" w:lineRule="exact" w:line="256"/>
        <w:ind w:left="170"/>
      </w:pPr>
      <w:r>
        <w:rPr>
          <w:rFonts w:ascii="Yu Gothic" w:hAnsi="Yu Gothic" w:eastAsia="Yu Gothic"/>
          <w:b w:val="0"/>
          <w:color w:val="6B6B6B"/>
          <w:sz w:val="16"/>
        </w:rPr>
        <w:t>https://www.mhlw.go.jp/content/001620507.pdf</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訃報のお知らせの例文集（メール・LINE・会社・家族葬・葬儀後のはがき）</dc:title>
  <dc:subject/>
  <dc:creator>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