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before="0" w:lineRule="exact" w:line="576"/>
        <w:jc w:val="center"/>
      </w:pPr>
      <w:r>
        <w:rPr>
          <w:rFonts w:ascii="Yu Mincho" w:hAnsi="Yu Mincho" w:eastAsia="Yu Mincho"/>
          <w:b w:val="0"/>
          <w:color w:val="222222"/>
          <w:sz w:val="32"/>
        </w:rPr>
        <w:t>委　　任　　状</w:t>
      </w:r>
    </w:p>
    <w:p>
      <w:pPr>
        <w:spacing w:after="120" w:before="0" w:lineRule="exact" w:line="396"/>
        <w:ind w:firstLine="220"/>
      </w:pPr>
      <w:r>
        <w:rPr>
          <w:rFonts w:ascii="Yu Mincho" w:hAnsi="Yu Mincho" w:eastAsia="Yu Mincho"/>
          <w:b w:val="0"/>
          <w:color w:val="222222"/>
          <w:sz w:val="22"/>
        </w:rPr>
        <w:t>私は、</w:t>
      </w:r>
      <w:r>
        <w:rPr>
          <w:rFonts w:ascii="Yu Mincho" w:hAnsi="Yu Mincho" w:eastAsia="Yu Mincho"/>
          <w:b w:val="0"/>
          <w:color w:val="8A8478"/>
          <w:sz w:val="17"/>
        </w:rPr>
        <w:t>〔代理人の住所〕</w:t>
      </w:r>
      <w:r>
        <w:rPr>
          <w:rFonts w:ascii="Yu Mincho" w:hAnsi="Yu Mincho" w:eastAsia="Yu Mincho"/>
          <w:b w:val="0"/>
          <w:color w:val="222222"/>
          <w:sz w:val="22"/>
        </w:rPr>
        <w:t xml:space="preserve">　</w:t>
      </w:r>
      <w:r>
        <w:rPr>
          <w:rFonts w:ascii="Yu Mincho" w:hAnsi="Yu Mincho" w:eastAsia="Yu Mincho"/>
          <w:b w:val="0"/>
          <w:color w:val="8A8478"/>
          <w:sz w:val="17"/>
        </w:rPr>
        <w:t>〔代理人の氏名〕</w:t>
      </w:r>
      <w:r>
        <w:rPr>
          <w:rFonts w:ascii="Yu Mincho" w:hAnsi="Yu Mincho" w:eastAsia="Yu Mincho"/>
          <w:b w:val="0"/>
          <w:color w:val="222222"/>
          <w:sz w:val="22"/>
        </w:rPr>
        <w:t xml:space="preserve">　に、次の権限を委任します。</w:t>
      </w:r>
    </w:p>
    <w:p>
      <w:pPr>
        <w:spacing w:after="20" w:before="0" w:lineRule="exact" w:line="380"/>
        <w:ind w:left="283" w:hanging="283"/>
      </w:pPr>
      <w:r>
        <w:rPr>
          <w:rFonts w:ascii="Yu Mincho" w:hAnsi="Yu Mincho" w:eastAsia="Yu Mincho"/>
          <w:b w:val="0"/>
          <w:color w:val="222222"/>
          <w:sz w:val="22"/>
        </w:rPr>
        <w:t>１　下記の登記に関し、登記申請書を作成すること及び当該登記の申請に必要な書面と共に登記申請書を管轄登記所に提出すること</w:t>
      </w:r>
    </w:p>
    <w:p>
      <w:pPr>
        <w:spacing w:after="20" w:before="0" w:lineRule="exact" w:line="380"/>
        <w:ind w:left="283" w:hanging="283"/>
      </w:pPr>
      <w:r>
        <w:rPr>
          <w:rFonts w:ascii="Yu Mincho" w:hAnsi="Yu Mincho" w:eastAsia="Yu Mincho"/>
          <w:b w:val="0"/>
          <w:color w:val="222222"/>
          <w:sz w:val="22"/>
        </w:rPr>
        <w:t>２　登記が完了した後に通知される登記識別情報通知書及び登記完了証を受領すること</w:t>
      </w:r>
    </w:p>
    <w:p>
      <w:pPr>
        <w:spacing w:after="20" w:before="0" w:lineRule="exact" w:line="380"/>
        <w:ind w:left="283" w:hanging="283"/>
      </w:pPr>
      <w:r>
        <w:rPr>
          <w:rFonts w:ascii="Yu Mincho" w:hAnsi="Yu Mincho" w:eastAsia="Yu Mincho"/>
          <w:b w:val="0"/>
          <w:color w:val="222222"/>
          <w:sz w:val="22"/>
        </w:rPr>
        <w:t>３　登記の申請に不備がある場合に、当該登記の申請を取下げ、又は補正すること</w:t>
      </w:r>
    </w:p>
    <w:p>
      <w:pPr>
        <w:spacing w:after="20" w:before="0" w:lineRule="exact" w:line="380"/>
        <w:ind w:left="283" w:hanging="283"/>
      </w:pPr>
      <w:r>
        <w:rPr>
          <w:rFonts w:ascii="Yu Mincho" w:hAnsi="Yu Mincho" w:eastAsia="Yu Mincho"/>
          <w:b w:val="0"/>
          <w:color w:val="222222"/>
          <w:sz w:val="22"/>
        </w:rPr>
        <w:t>４　登記に係る登録免許税の還付金を受領すること</w:t>
      </w:r>
    </w:p>
    <w:p>
      <w:pPr>
        <w:spacing w:after="20" w:before="0" w:lineRule="exact" w:line="380"/>
        <w:ind w:left="283" w:hanging="283"/>
      </w:pPr>
      <w:r>
        <w:rPr>
          <w:rFonts w:ascii="Yu Mincho" w:hAnsi="Yu Mincho" w:eastAsia="Yu Mincho"/>
          <w:b w:val="0"/>
          <w:color w:val="222222"/>
          <w:sz w:val="22"/>
        </w:rPr>
        <w:t>５　上記１から４までのほか、下記の登記の申請に関し必要な一切の権限</w:t>
      </w:r>
    </w:p>
    <w:p>
      <w:pPr>
        <w:spacing w:after="0" w:before="160" w:lineRule="exact" w:line="396"/>
        <w:ind w:firstLine="220"/>
      </w:pPr>
      <w:r>
        <w:rPr>
          <w:rFonts w:ascii="Yu Mincho" w:hAnsi="Yu Mincho" w:eastAsia="Yu Mincho"/>
          <w:b w:val="0"/>
          <w:color w:val="222222"/>
          <w:sz w:val="22"/>
        </w:rPr>
        <w:t>令和</w:t>
      </w:r>
      <w:r>
        <w:rPr>
          <w:rFonts w:ascii="Yu Mincho" w:hAnsi="Yu Mincho" w:eastAsia="Yu Mincho"/>
          <w:b w:val="0"/>
          <w:color w:val="8A8478"/>
          <w:sz w:val="17"/>
        </w:rPr>
        <w:t>〔　〕</w:t>
      </w:r>
      <w:r>
        <w:rPr>
          <w:rFonts w:ascii="Yu Mincho" w:hAnsi="Yu Mincho" w:eastAsia="Yu Mincho"/>
          <w:b w:val="0"/>
          <w:color w:val="222222"/>
          <w:sz w:val="22"/>
        </w:rPr>
        <w:t>年</w:t>
      </w:r>
      <w:r>
        <w:rPr>
          <w:rFonts w:ascii="Yu Mincho" w:hAnsi="Yu Mincho" w:eastAsia="Yu Mincho"/>
          <w:b w:val="0"/>
          <w:color w:val="8A8478"/>
          <w:sz w:val="17"/>
        </w:rPr>
        <w:t>〔　〕</w:t>
      </w:r>
      <w:r>
        <w:rPr>
          <w:rFonts w:ascii="Yu Mincho" w:hAnsi="Yu Mincho" w:eastAsia="Yu Mincho"/>
          <w:b w:val="0"/>
          <w:color w:val="222222"/>
          <w:sz w:val="22"/>
        </w:rPr>
        <w:t>月</w:t>
      </w:r>
      <w:r>
        <w:rPr>
          <w:rFonts w:ascii="Yu Mincho" w:hAnsi="Yu Mincho" w:eastAsia="Yu Mincho"/>
          <w:b w:val="0"/>
          <w:color w:val="8A8478"/>
          <w:sz w:val="17"/>
        </w:rPr>
        <w:t>〔　〕</w:t>
      </w:r>
      <w:r>
        <w:rPr>
          <w:rFonts w:ascii="Yu Mincho" w:hAnsi="Yu Mincho" w:eastAsia="Yu Mincho"/>
          <w:b w:val="0"/>
          <w:color w:val="222222"/>
          <w:sz w:val="22"/>
        </w:rPr>
        <w:t>日</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2835"/>
        <w:gridCol w:w="5443"/>
        <w:gridCol w:w="907"/>
      </w:tblGrid>
      <w:tr>
        <w:trPr>
          <w:trHeight w:val="510" w:hRule="atLeast"/>
        </w:trPr>
        <w:tc>
          <w:tcPr>
            <w:tcW w:type="dxa" w:w="2835"/>
          </w:tcPr>
          <w:p>
            <w:pPr>
              <w:spacing w:after="0" w:before="0" w:lineRule="exact" w:line="318"/>
            </w:pPr>
          </w:p>
        </w:tc>
        <w:tc>
          <w:tcPr>
            <w:tcW w:type="dxa" w:w="5443"/>
            <w:tcBorders>
              <w:bottom w:val="dotted" w:sz="4" w:space="0" w:color="9A9A9A"/>
            </w:tcBorders>
            <w:vAlign w:val="bottom"/>
          </w:tcPr>
          <w:p>
            <w:pPr>
              <w:spacing w:after="0" w:before="0" w:lineRule="exact" w:line="318"/>
            </w:pPr>
            <w:r/>
            <w:r>
              <w:rPr>
                <w:rFonts w:ascii="Yu Mincho" w:hAnsi="Yu Mincho" w:eastAsia="Yu Mincho"/>
                <w:b w:val="0"/>
                <w:color w:val="8A8478"/>
                <w:sz w:val="17"/>
              </w:rPr>
              <w:t>〔委任者（登記を申請する相続人）の住所〕</w:t>
            </w:r>
          </w:p>
        </w:tc>
        <w:tc>
          <w:tcPr>
            <w:tcW w:type="dxa" w:w="907"/>
          </w:tcPr>
          <w:p>
            <w:pPr>
              <w:spacing w:after="0" w:before="0" w:lineRule="exact" w:line="318"/>
            </w:pPr>
          </w:p>
        </w:tc>
      </w:tr>
      <w:tr>
        <w:trPr>
          <w:trHeight w:val="510" w:hRule="atLeast"/>
        </w:trPr>
        <w:tc>
          <w:tcPr>
            <w:tcW w:type="dxa" w:w="2835"/>
          </w:tcPr>
          <w:p>
            <w:pPr>
              <w:spacing w:after="0" w:before="0" w:lineRule="exact" w:line="318"/>
            </w:pPr>
          </w:p>
        </w:tc>
        <w:tc>
          <w:tcPr>
            <w:tcW w:type="dxa" w:w="5443"/>
            <w:tcBorders>
              <w:bottom w:val="dotted" w:sz="4" w:space="0" w:color="9A9A9A"/>
            </w:tcBorders>
            <w:vAlign w:val="bottom"/>
          </w:tcPr>
          <w:p>
            <w:pPr>
              <w:spacing w:after="0" w:before="0" w:lineRule="exact" w:line="318"/>
            </w:pPr>
            <w:r/>
            <w:r>
              <w:rPr>
                <w:rFonts w:ascii="Yu Mincho" w:hAnsi="Yu Mincho" w:eastAsia="Yu Mincho"/>
                <w:b w:val="0"/>
                <w:color w:val="8A8478"/>
                <w:sz w:val="17"/>
              </w:rPr>
              <w:t>〔委任者の氏名〕</w:t>
            </w:r>
          </w:p>
        </w:tc>
        <w:tc>
          <w:tcPr>
            <w:tcW w:type="dxa" w:w="907"/>
            <w:vAlign w:val="bottom"/>
          </w:tcPr>
          <w:p>
            <w:pPr>
              <w:spacing w:after="0" w:before="0" w:lineRule="exact" w:line="318"/>
              <w:jc w:val="center"/>
            </w:pPr>
            <w:r/>
            <w:r>
              <w:rPr>
                <w:rFonts w:ascii="Yu Mincho" w:hAnsi="Yu Mincho" w:eastAsia="Yu Mincho"/>
                <w:b w:val="0"/>
                <w:color w:val="222222"/>
                <w:sz w:val="22"/>
              </w:rPr>
              <w:t>印</w:t>
            </w:r>
          </w:p>
        </w:tc>
      </w:tr>
    </w:tbl>
    <w:p>
      <w:pPr>
        <w:spacing w:after="40" w:before="160" w:lineRule="exact" w:line="396"/>
        <w:jc w:val="center"/>
      </w:pPr>
      <w:r>
        <w:rPr>
          <w:rFonts w:ascii="Yu Mincho" w:hAnsi="Yu Mincho" w:eastAsia="Yu Mincho"/>
          <w:b w:val="0"/>
          <w:color w:val="222222"/>
          <w:sz w:val="22"/>
        </w:rPr>
        <w:t>記</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0"/>
        <w:gridCol w:w="1474"/>
        <w:gridCol w:w="7371"/>
      </w:tblGrid>
      <w:tr>
        <w:trPr>
          <w:trHeight w:val="487" w:hRule="atLeast"/>
        </w:trPr>
        <w:tc>
          <w:tcPr>
            <w:tcW w:type="dxa" w:w="0"/>
          </w:tcPr>
          <w:p>
            <w:pPr>
              <w:spacing w:after="0" w:before="0" w:lineRule="exact" w:line="318"/>
            </w:pPr>
          </w:p>
        </w:tc>
        <w:tc>
          <w:tcPr>
            <w:tcW w:type="dxa" w:w="1474"/>
            <w:vAlign w:val="bottom"/>
          </w:tcPr>
          <w:p>
            <w:pPr>
              <w:spacing w:after="0" w:before="0" w:lineRule="exact" w:line="318"/>
            </w:pPr>
            <w:r/>
            <w:r>
              <w:rPr>
                <w:rFonts w:ascii="Yu Mincho" w:hAnsi="Yu Mincho" w:eastAsia="Yu Mincho"/>
                <w:b w:val="0"/>
                <w:color w:val="222222"/>
                <w:sz w:val="22"/>
              </w:rPr>
              <w:t>登記の目的</w:t>
            </w:r>
          </w:p>
        </w:tc>
        <w:tc>
          <w:tcPr>
            <w:tcW w:type="dxa" w:w="7370"/>
            <w:tcBorders>
              <w:bottom w:val="dotted" w:sz="4" w:space="0" w:color="9A9A9A"/>
            </w:tcBorders>
            <w:vAlign w:val="bottom"/>
          </w:tcPr>
          <w:p>
            <w:pPr>
              <w:spacing w:after="0" w:before="0" w:lineRule="exact" w:line="318"/>
            </w:pPr>
            <w:r/>
            <w:r>
              <w:rPr>
                <w:rFonts w:ascii="Yu Mincho" w:hAnsi="Yu Mincho" w:eastAsia="Yu Mincho"/>
                <w:b w:val="0"/>
                <w:color w:val="8A8478"/>
                <w:sz w:val="17"/>
              </w:rPr>
              <w:t>〔登記申請書に合わせて書く〕</w:t>
            </w:r>
          </w:p>
        </w:tc>
      </w:tr>
      <w:tr>
        <w:trPr>
          <w:trHeight w:val="487" w:hRule="atLeast"/>
        </w:trPr>
        <w:tc>
          <w:tcPr>
            <w:tcW w:type="dxa" w:w="0"/>
          </w:tcPr>
          <w:p>
            <w:pPr>
              <w:spacing w:after="0" w:before="0" w:lineRule="exact" w:line="318"/>
            </w:pPr>
          </w:p>
        </w:tc>
        <w:tc>
          <w:tcPr>
            <w:tcW w:type="dxa" w:w="1474"/>
            <w:vAlign w:val="bottom"/>
          </w:tcPr>
          <w:p>
            <w:pPr>
              <w:spacing w:after="0" w:before="0" w:lineRule="exact" w:line="318"/>
            </w:pPr>
            <w:r/>
            <w:r>
              <w:rPr>
                <w:rFonts w:ascii="Yu Mincho" w:hAnsi="Yu Mincho" w:eastAsia="Yu Mincho"/>
                <w:b w:val="0"/>
                <w:color w:val="222222"/>
                <w:sz w:val="22"/>
              </w:rPr>
              <w:t>原　　因</w:t>
            </w:r>
          </w:p>
        </w:tc>
        <w:tc>
          <w:tcPr>
            <w:tcW w:type="dxa" w:w="7370"/>
            <w:tcBorders>
              <w:bottom w:val="dotted" w:sz="4" w:space="0" w:color="9A9A9A"/>
            </w:tcBorders>
            <w:vAlign w:val="bottom"/>
          </w:tcPr>
          <w:p>
            <w:pPr>
              <w:spacing w:after="0" w:before="0" w:lineRule="exact" w:line="318"/>
            </w:pPr>
            <w:r/>
            <w:r>
              <w:rPr>
                <w:rFonts w:ascii="Yu Mincho" w:hAnsi="Yu Mincho" w:eastAsia="Yu Mincho"/>
                <w:b w:val="0"/>
                <w:color w:val="222222"/>
                <w:sz w:val="22"/>
              </w:rPr>
              <w:t>令和</w:t>
            </w:r>
            <w:r>
              <w:rPr>
                <w:rFonts w:ascii="Yu Mincho" w:hAnsi="Yu Mincho" w:eastAsia="Yu Mincho"/>
                <w:b w:val="0"/>
                <w:color w:val="8A8478"/>
                <w:sz w:val="17"/>
              </w:rPr>
              <w:t>〔　〕</w:t>
            </w:r>
            <w:r>
              <w:rPr>
                <w:rFonts w:ascii="Yu Mincho" w:hAnsi="Yu Mincho" w:eastAsia="Yu Mincho"/>
                <w:b w:val="0"/>
                <w:color w:val="222222"/>
                <w:sz w:val="22"/>
              </w:rPr>
              <w:t>年</w:t>
            </w:r>
            <w:r>
              <w:rPr>
                <w:rFonts w:ascii="Yu Mincho" w:hAnsi="Yu Mincho" w:eastAsia="Yu Mincho"/>
                <w:b w:val="0"/>
                <w:color w:val="8A8478"/>
                <w:sz w:val="17"/>
              </w:rPr>
              <w:t>〔　〕</w:t>
            </w:r>
            <w:r>
              <w:rPr>
                <w:rFonts w:ascii="Yu Mincho" w:hAnsi="Yu Mincho" w:eastAsia="Yu Mincho"/>
                <w:b w:val="0"/>
                <w:color w:val="222222"/>
                <w:sz w:val="22"/>
              </w:rPr>
              <w:t>月</w:t>
            </w:r>
            <w:r>
              <w:rPr>
                <w:rFonts w:ascii="Yu Mincho" w:hAnsi="Yu Mincho" w:eastAsia="Yu Mincho"/>
                <w:b w:val="0"/>
                <w:color w:val="8A8478"/>
                <w:sz w:val="17"/>
              </w:rPr>
              <w:t>〔　〕</w:t>
            </w:r>
            <w:r>
              <w:rPr>
                <w:rFonts w:ascii="Yu Mincho" w:hAnsi="Yu Mincho" w:eastAsia="Yu Mincho"/>
                <w:b w:val="0"/>
                <w:color w:val="222222"/>
                <w:sz w:val="22"/>
              </w:rPr>
              <w:t>日相続</w:t>
            </w:r>
          </w:p>
        </w:tc>
      </w:tr>
      <w:tr>
        <w:trPr>
          <w:trHeight w:val="487" w:hRule="atLeast"/>
        </w:trPr>
        <w:tc>
          <w:tcPr>
            <w:tcW w:type="dxa" w:w="0"/>
          </w:tcPr>
          <w:p>
            <w:pPr>
              <w:spacing w:after="0" w:before="0" w:lineRule="exact" w:line="318"/>
            </w:pPr>
          </w:p>
        </w:tc>
        <w:tc>
          <w:tcPr>
            <w:tcW w:type="dxa" w:w="1474"/>
            <w:vAlign w:val="bottom"/>
          </w:tcPr>
          <w:p>
            <w:pPr>
              <w:spacing w:after="0" w:before="0" w:lineRule="exact" w:line="318"/>
            </w:pPr>
            <w:r/>
            <w:r>
              <w:rPr>
                <w:rFonts w:ascii="Yu Mincho" w:hAnsi="Yu Mincho" w:eastAsia="Yu Mincho"/>
                <w:b w:val="0"/>
                <w:color w:val="222222"/>
                <w:sz w:val="22"/>
              </w:rPr>
              <w:t>相 続 人</w:t>
            </w:r>
          </w:p>
        </w:tc>
        <w:tc>
          <w:tcPr>
            <w:tcW w:type="dxa" w:w="7370"/>
            <w:tcBorders>
              <w:bottom w:val="dotted" w:sz="4" w:space="0" w:color="9A9A9A"/>
            </w:tcBorders>
            <w:vAlign w:val="bottom"/>
          </w:tcPr>
          <w:p>
            <w:pPr>
              <w:spacing w:after="0" w:before="0" w:lineRule="exact" w:line="318"/>
            </w:pPr>
            <w:r/>
            <w:r>
              <w:rPr>
                <w:rFonts w:ascii="Yu Mincho" w:hAnsi="Yu Mincho" w:eastAsia="Yu Mincho"/>
                <w:b w:val="0"/>
                <w:color w:val="222222"/>
                <w:sz w:val="22"/>
              </w:rPr>
              <w:t xml:space="preserve">（被相続人　</w:t>
            </w:r>
            <w:r>
              <w:rPr>
                <w:rFonts w:ascii="Yu Mincho" w:hAnsi="Yu Mincho" w:eastAsia="Yu Mincho"/>
                <w:b w:val="0"/>
                <w:color w:val="8A8478"/>
                <w:sz w:val="17"/>
              </w:rPr>
              <w:t>〔亡くなった方の氏名〕</w:t>
            </w:r>
            <w:r>
              <w:rPr>
                <w:rFonts w:ascii="Yu Mincho" w:hAnsi="Yu Mincho" w:eastAsia="Yu Mincho"/>
                <w:b w:val="0"/>
                <w:color w:val="222222"/>
                <w:sz w:val="22"/>
              </w:rPr>
              <w:t>）</w:t>
            </w:r>
          </w:p>
        </w:tc>
      </w:tr>
      <w:tr>
        <w:trPr>
          <w:trHeight w:val="487" w:hRule="atLeast"/>
        </w:trPr>
        <w:tc>
          <w:tcPr>
            <w:tcW w:type="dxa" w:w="0"/>
          </w:tcPr>
          <w:p>
            <w:pPr>
              <w:spacing w:after="0" w:before="0" w:lineRule="exact" w:line="318"/>
            </w:pPr>
          </w:p>
        </w:tc>
        <w:tc>
          <w:tcPr>
            <w:tcW w:type="dxa" w:w="1474"/>
            <w:vAlign w:val="bottom"/>
          </w:tcPr>
          <w:p>
            <w:pPr>
              <w:spacing w:after="0" w:before="0" w:lineRule="exact" w:line="318"/>
            </w:pPr>
            <w:r/>
            <w:r>
              <w:rPr>
                <w:rFonts w:ascii="Yu Mincho" w:hAnsi="Yu Mincho" w:eastAsia="Yu Mincho"/>
                <w:b w:val="0"/>
                <w:color w:val="222222"/>
                <w:sz w:val="22"/>
              </w:rPr>
            </w:r>
          </w:p>
        </w:tc>
        <w:tc>
          <w:tcPr>
            <w:tcW w:type="dxa" w:w="7370"/>
            <w:tcBorders>
              <w:bottom w:val="dotted" w:sz="4" w:space="0" w:color="9A9A9A"/>
            </w:tcBorders>
            <w:vAlign w:val="bottom"/>
          </w:tcPr>
          <w:p>
            <w:pPr>
              <w:spacing w:after="0" w:before="0" w:lineRule="exact" w:line="318"/>
            </w:pPr>
            <w:r/>
            <w:r>
              <w:rPr>
                <w:rFonts w:ascii="Yu Mincho" w:hAnsi="Yu Mincho" w:eastAsia="Yu Mincho"/>
                <w:b w:val="0"/>
                <w:color w:val="8A8478"/>
                <w:sz w:val="17"/>
              </w:rPr>
              <w:t>〔相続人の住所〕</w:t>
            </w:r>
            <w:r>
              <w:rPr>
                <w:rFonts w:ascii="Yu Mincho" w:hAnsi="Yu Mincho" w:eastAsia="Yu Mincho"/>
                <w:b w:val="0"/>
                <w:color w:val="222222"/>
                <w:sz w:val="22"/>
              </w:rPr>
              <w:t xml:space="preserve">　</w:t>
            </w:r>
            <w:r>
              <w:rPr>
                <w:rFonts w:ascii="Yu Mincho" w:hAnsi="Yu Mincho" w:eastAsia="Yu Mincho"/>
                <w:b w:val="0"/>
                <w:color w:val="8A8478"/>
                <w:sz w:val="17"/>
              </w:rPr>
              <w:t>〔相続人の氏名〕</w:t>
            </w:r>
          </w:p>
        </w:tc>
      </w:tr>
    </w:tbl>
    <w:p>
      <w:pPr>
        <w:spacing w:after="0" w:before="120" w:lineRule="exact" w:line="396"/>
      </w:pPr>
      <w:r>
        <w:rPr>
          <w:rFonts w:ascii="Yu Mincho" w:hAnsi="Yu Mincho" w:eastAsia="Yu Mincho"/>
          <w:b w:val="0"/>
          <w:color w:val="222222"/>
          <w:sz w:val="22"/>
        </w:rPr>
        <w:t>不動産の表示</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340"/>
        <w:gridCol w:w="1360"/>
        <w:gridCol w:w="6690"/>
      </w:tblGrid>
      <w:tr>
        <w:trPr>
          <w:trHeight w:val="487" w:hRule="atLeast"/>
        </w:trPr>
        <w:tc>
          <w:tcPr>
            <w:tcW w:type="dxa" w:w="340"/>
          </w:tcPr>
          <w:p>
            <w:pPr>
              <w:spacing w:after="0" w:before="0" w:lineRule="exact" w:line="318"/>
            </w:pPr>
          </w:p>
        </w:tc>
        <w:tc>
          <w:tcPr>
            <w:tcW w:type="dxa" w:w="1361"/>
            <w:vAlign w:val="bottom"/>
          </w:tcPr>
          <w:p>
            <w:pPr>
              <w:spacing w:after="0" w:before="0" w:lineRule="exact" w:line="318"/>
            </w:pPr>
            <w:r/>
            <w:r>
              <w:rPr>
                <w:rFonts w:ascii="Yu Mincho" w:hAnsi="Yu Mincho" w:eastAsia="Yu Mincho"/>
                <w:b w:val="0"/>
                <w:color w:val="222222"/>
                <w:sz w:val="22"/>
              </w:rPr>
              <w:t>所　在</w:t>
            </w:r>
          </w:p>
        </w:tc>
        <w:tc>
          <w:tcPr>
            <w:tcW w:type="dxa" w:w="6690"/>
            <w:tcBorders>
              <w:bottom w:val="dotted" w:sz="4" w:space="0" w:color="9A9A9A"/>
            </w:tcBorders>
            <w:vAlign w:val="bottom"/>
          </w:tcPr>
          <w:p>
            <w:pPr>
              <w:spacing w:after="0" w:before="0" w:lineRule="exact" w:line="318"/>
            </w:pPr>
            <w:r/>
          </w:p>
        </w:tc>
      </w:tr>
      <w:tr>
        <w:trPr>
          <w:trHeight w:val="487" w:hRule="atLeast"/>
        </w:trPr>
        <w:tc>
          <w:tcPr>
            <w:tcW w:type="dxa" w:w="340"/>
          </w:tcPr>
          <w:p>
            <w:pPr>
              <w:spacing w:after="0" w:before="0" w:lineRule="exact" w:line="318"/>
            </w:pPr>
          </w:p>
        </w:tc>
        <w:tc>
          <w:tcPr>
            <w:tcW w:type="dxa" w:w="1361"/>
            <w:vAlign w:val="bottom"/>
          </w:tcPr>
          <w:p>
            <w:pPr>
              <w:spacing w:after="0" w:before="0" w:lineRule="exact" w:line="318"/>
            </w:pPr>
            <w:r/>
            <w:r>
              <w:rPr>
                <w:rFonts w:ascii="Yu Mincho" w:hAnsi="Yu Mincho" w:eastAsia="Yu Mincho"/>
                <w:b w:val="0"/>
                <w:color w:val="222222"/>
                <w:sz w:val="22"/>
              </w:rPr>
              <w:t>地　番</w:t>
            </w:r>
          </w:p>
        </w:tc>
        <w:tc>
          <w:tcPr>
            <w:tcW w:type="dxa" w:w="6690"/>
            <w:tcBorders>
              <w:bottom w:val="dotted" w:sz="4" w:space="0" w:color="9A9A9A"/>
            </w:tcBorders>
            <w:vAlign w:val="bottom"/>
          </w:tcPr>
          <w:p>
            <w:pPr>
              <w:spacing w:after="0" w:before="0" w:lineRule="exact" w:line="318"/>
            </w:pPr>
            <w:r/>
          </w:p>
        </w:tc>
      </w:tr>
      <w:tr>
        <w:trPr>
          <w:trHeight w:val="487" w:hRule="atLeast"/>
        </w:trPr>
        <w:tc>
          <w:tcPr>
            <w:tcW w:type="dxa" w:w="340"/>
          </w:tcPr>
          <w:p>
            <w:pPr>
              <w:spacing w:after="0" w:before="0" w:lineRule="exact" w:line="318"/>
            </w:pPr>
          </w:p>
        </w:tc>
        <w:tc>
          <w:tcPr>
            <w:tcW w:type="dxa" w:w="1361"/>
            <w:vAlign w:val="bottom"/>
          </w:tcPr>
          <w:p>
            <w:pPr>
              <w:spacing w:after="0" w:before="0" w:lineRule="exact" w:line="318"/>
            </w:pPr>
            <w:r/>
            <w:r>
              <w:rPr>
                <w:rFonts w:ascii="Yu Mincho" w:hAnsi="Yu Mincho" w:eastAsia="Yu Mincho"/>
                <w:b w:val="0"/>
                <w:color w:val="222222"/>
                <w:sz w:val="22"/>
              </w:rPr>
              <w:t>地　目</w:t>
            </w:r>
          </w:p>
        </w:tc>
        <w:tc>
          <w:tcPr>
            <w:tcW w:type="dxa" w:w="6690"/>
            <w:tcBorders>
              <w:bottom w:val="dotted" w:sz="4" w:space="0" w:color="9A9A9A"/>
            </w:tcBorders>
            <w:vAlign w:val="bottom"/>
          </w:tcPr>
          <w:p>
            <w:pPr>
              <w:spacing w:after="0" w:before="0" w:lineRule="exact" w:line="318"/>
            </w:pPr>
            <w:r/>
          </w:p>
        </w:tc>
      </w:tr>
      <w:tr>
        <w:trPr>
          <w:trHeight w:val="487" w:hRule="atLeast"/>
        </w:trPr>
        <w:tc>
          <w:tcPr>
            <w:tcW w:type="dxa" w:w="340"/>
          </w:tcPr>
          <w:p>
            <w:pPr>
              <w:spacing w:after="0" w:before="0" w:lineRule="exact" w:line="318"/>
            </w:pPr>
          </w:p>
        </w:tc>
        <w:tc>
          <w:tcPr>
            <w:tcW w:type="dxa" w:w="1361"/>
            <w:vAlign w:val="bottom"/>
          </w:tcPr>
          <w:p>
            <w:pPr>
              <w:spacing w:after="0" w:before="0" w:lineRule="exact" w:line="318"/>
            </w:pPr>
            <w:r/>
            <w:r>
              <w:rPr>
                <w:rFonts w:ascii="Yu Mincho" w:hAnsi="Yu Mincho" w:eastAsia="Yu Mincho"/>
                <w:b w:val="0"/>
                <w:color w:val="222222"/>
                <w:sz w:val="22"/>
              </w:rPr>
              <w:t>地　積</w:t>
            </w:r>
          </w:p>
        </w:tc>
        <w:tc>
          <w:tcPr>
            <w:tcW w:type="dxa" w:w="6690"/>
            <w:tcBorders>
              <w:bottom w:val="dotted" w:sz="4" w:space="0" w:color="9A9A9A"/>
            </w:tcBorders>
            <w:vAlign w:val="bottom"/>
          </w:tcPr>
          <w:p>
            <w:pPr>
              <w:spacing w:after="0" w:before="0" w:lineRule="exact" w:line="318"/>
            </w:pPr>
            <w:r/>
            <w:r>
              <w:rPr>
                <w:rFonts w:ascii="Yu Mincho" w:hAnsi="Yu Mincho" w:eastAsia="Yu Mincho"/>
                <w:b w:val="0"/>
                <w:color w:val="222222"/>
                <w:sz w:val="22"/>
              </w:rPr>
              <w:t xml:space="preserve">　　　　　　　　平方メートル</w:t>
            </w:r>
          </w:p>
        </w:tc>
      </w:tr>
    </w:tbl>
    <w:p>
      <w:pPr>
        <w:spacing w:after="40" w:before="0" w:lineRule="exact" w:line="120"/>
      </w:pP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340"/>
        <w:gridCol w:w="1360"/>
        <w:gridCol w:w="6690"/>
      </w:tblGrid>
      <w:tr>
        <w:trPr>
          <w:trHeight w:val="487" w:hRule="atLeast"/>
        </w:trPr>
        <w:tc>
          <w:tcPr>
            <w:tcW w:type="dxa" w:w="340"/>
          </w:tcPr>
          <w:p>
            <w:pPr>
              <w:spacing w:after="0" w:before="0" w:lineRule="exact" w:line="318"/>
            </w:pPr>
          </w:p>
        </w:tc>
        <w:tc>
          <w:tcPr>
            <w:tcW w:type="dxa" w:w="1361"/>
            <w:vAlign w:val="bottom"/>
          </w:tcPr>
          <w:p>
            <w:pPr>
              <w:spacing w:after="0" w:before="0" w:lineRule="exact" w:line="318"/>
            </w:pPr>
            <w:r/>
            <w:r>
              <w:rPr>
                <w:rFonts w:ascii="Yu Mincho" w:hAnsi="Yu Mincho" w:eastAsia="Yu Mincho"/>
                <w:b w:val="0"/>
                <w:color w:val="222222"/>
                <w:sz w:val="22"/>
              </w:rPr>
              <w:t>所　在</w:t>
            </w:r>
          </w:p>
        </w:tc>
        <w:tc>
          <w:tcPr>
            <w:tcW w:type="dxa" w:w="6690"/>
            <w:tcBorders>
              <w:bottom w:val="dotted" w:sz="4" w:space="0" w:color="9A9A9A"/>
            </w:tcBorders>
            <w:vAlign w:val="bottom"/>
          </w:tcPr>
          <w:p>
            <w:pPr>
              <w:spacing w:after="0" w:before="0" w:lineRule="exact" w:line="318"/>
            </w:pPr>
            <w:r/>
          </w:p>
        </w:tc>
      </w:tr>
      <w:tr>
        <w:trPr>
          <w:trHeight w:val="487" w:hRule="atLeast"/>
        </w:trPr>
        <w:tc>
          <w:tcPr>
            <w:tcW w:type="dxa" w:w="340"/>
          </w:tcPr>
          <w:p>
            <w:pPr>
              <w:spacing w:after="0" w:before="0" w:lineRule="exact" w:line="318"/>
            </w:pPr>
          </w:p>
        </w:tc>
        <w:tc>
          <w:tcPr>
            <w:tcW w:type="dxa" w:w="1361"/>
            <w:vAlign w:val="bottom"/>
          </w:tcPr>
          <w:p>
            <w:pPr>
              <w:spacing w:after="0" w:before="0" w:lineRule="exact" w:line="318"/>
            </w:pPr>
            <w:r/>
            <w:r>
              <w:rPr>
                <w:rFonts w:ascii="Yu Mincho" w:hAnsi="Yu Mincho" w:eastAsia="Yu Mincho"/>
                <w:b w:val="0"/>
                <w:color w:val="222222"/>
                <w:sz w:val="22"/>
              </w:rPr>
              <w:t>家屋番号</w:t>
            </w:r>
          </w:p>
        </w:tc>
        <w:tc>
          <w:tcPr>
            <w:tcW w:type="dxa" w:w="6690"/>
            <w:tcBorders>
              <w:bottom w:val="dotted" w:sz="4" w:space="0" w:color="9A9A9A"/>
            </w:tcBorders>
            <w:vAlign w:val="bottom"/>
          </w:tcPr>
          <w:p>
            <w:pPr>
              <w:spacing w:after="0" w:before="0" w:lineRule="exact" w:line="318"/>
            </w:pPr>
            <w:r/>
          </w:p>
        </w:tc>
      </w:tr>
      <w:tr>
        <w:trPr>
          <w:trHeight w:val="487" w:hRule="atLeast"/>
        </w:trPr>
        <w:tc>
          <w:tcPr>
            <w:tcW w:type="dxa" w:w="340"/>
          </w:tcPr>
          <w:p>
            <w:pPr>
              <w:spacing w:after="0" w:before="0" w:lineRule="exact" w:line="318"/>
            </w:pPr>
          </w:p>
        </w:tc>
        <w:tc>
          <w:tcPr>
            <w:tcW w:type="dxa" w:w="1361"/>
            <w:vAlign w:val="bottom"/>
          </w:tcPr>
          <w:p>
            <w:pPr>
              <w:spacing w:after="0" w:before="0" w:lineRule="exact" w:line="318"/>
            </w:pPr>
            <w:r/>
            <w:r>
              <w:rPr>
                <w:rFonts w:ascii="Yu Mincho" w:hAnsi="Yu Mincho" w:eastAsia="Yu Mincho"/>
                <w:b w:val="0"/>
                <w:color w:val="222222"/>
                <w:sz w:val="22"/>
              </w:rPr>
              <w:t>種　類</w:t>
            </w:r>
          </w:p>
        </w:tc>
        <w:tc>
          <w:tcPr>
            <w:tcW w:type="dxa" w:w="6690"/>
            <w:tcBorders>
              <w:bottom w:val="dotted" w:sz="4" w:space="0" w:color="9A9A9A"/>
            </w:tcBorders>
            <w:vAlign w:val="bottom"/>
          </w:tcPr>
          <w:p>
            <w:pPr>
              <w:spacing w:after="0" w:before="0" w:lineRule="exact" w:line="318"/>
            </w:pPr>
            <w:r/>
          </w:p>
        </w:tc>
      </w:tr>
      <w:tr>
        <w:trPr>
          <w:trHeight w:val="487" w:hRule="atLeast"/>
        </w:trPr>
        <w:tc>
          <w:tcPr>
            <w:tcW w:type="dxa" w:w="340"/>
          </w:tcPr>
          <w:p>
            <w:pPr>
              <w:spacing w:after="0" w:before="0" w:lineRule="exact" w:line="318"/>
            </w:pPr>
          </w:p>
        </w:tc>
        <w:tc>
          <w:tcPr>
            <w:tcW w:type="dxa" w:w="1361"/>
            <w:vAlign w:val="bottom"/>
          </w:tcPr>
          <w:p>
            <w:pPr>
              <w:spacing w:after="0" w:before="0" w:lineRule="exact" w:line="318"/>
            </w:pPr>
            <w:r/>
            <w:r>
              <w:rPr>
                <w:rFonts w:ascii="Yu Mincho" w:hAnsi="Yu Mincho" w:eastAsia="Yu Mincho"/>
                <w:b w:val="0"/>
                <w:color w:val="222222"/>
                <w:sz w:val="22"/>
              </w:rPr>
              <w:t>構　造</w:t>
            </w:r>
          </w:p>
        </w:tc>
        <w:tc>
          <w:tcPr>
            <w:tcW w:type="dxa" w:w="6690"/>
            <w:tcBorders>
              <w:bottom w:val="dotted" w:sz="4" w:space="0" w:color="9A9A9A"/>
            </w:tcBorders>
            <w:vAlign w:val="bottom"/>
          </w:tcPr>
          <w:p>
            <w:pPr>
              <w:spacing w:after="0" w:before="0" w:lineRule="exact" w:line="318"/>
            </w:pPr>
            <w:r/>
          </w:p>
        </w:tc>
      </w:tr>
      <w:tr>
        <w:trPr>
          <w:trHeight w:val="487" w:hRule="atLeast"/>
        </w:trPr>
        <w:tc>
          <w:tcPr>
            <w:tcW w:type="dxa" w:w="340"/>
          </w:tcPr>
          <w:p>
            <w:pPr>
              <w:spacing w:after="0" w:before="0" w:lineRule="exact" w:line="318"/>
            </w:pPr>
          </w:p>
        </w:tc>
        <w:tc>
          <w:tcPr>
            <w:tcW w:type="dxa" w:w="1361"/>
            <w:vAlign w:val="bottom"/>
          </w:tcPr>
          <w:p>
            <w:pPr>
              <w:spacing w:after="0" w:before="0" w:lineRule="exact" w:line="318"/>
            </w:pPr>
            <w:r/>
            <w:r>
              <w:rPr>
                <w:rFonts w:ascii="Yu Mincho" w:hAnsi="Yu Mincho" w:eastAsia="Yu Mincho"/>
                <w:b w:val="0"/>
                <w:color w:val="222222"/>
                <w:sz w:val="22"/>
              </w:rPr>
              <w:t>床 面 積</w:t>
            </w:r>
          </w:p>
        </w:tc>
        <w:tc>
          <w:tcPr>
            <w:tcW w:type="dxa" w:w="6690"/>
            <w:tcBorders>
              <w:bottom w:val="dotted" w:sz="4" w:space="0" w:color="9A9A9A"/>
            </w:tcBorders>
            <w:vAlign w:val="bottom"/>
          </w:tcPr>
          <w:p>
            <w:pPr>
              <w:spacing w:after="0" w:before="0" w:lineRule="exact" w:line="318"/>
            </w:pPr>
            <w:r/>
            <w:r>
              <w:rPr>
                <w:rFonts w:ascii="Yu Mincho" w:hAnsi="Yu Mincho" w:eastAsia="Yu Mincho"/>
                <w:b w:val="0"/>
                <w:color w:val="222222"/>
                <w:sz w:val="22"/>
              </w:rPr>
              <w:t xml:space="preserve">　　　　　　　　平方メートル</w:t>
            </w:r>
          </w:p>
        </w:tc>
      </w:tr>
    </w:tbl>
    <w:p>
      <w:pPr>
        <w:pageBreakBefore/>
        <w:spacing w:after="280" w:before="0" w:lineRule="exact" w:line="576"/>
        <w:jc w:val="center"/>
      </w:pPr>
      <w:r>
        <w:rPr>
          <w:rFonts w:ascii="Yu Mincho" w:hAnsi="Yu Mincho" w:eastAsia="Yu Mincho"/>
          <w:b w:val="0"/>
          <w:color w:val="222222"/>
          <w:sz w:val="32"/>
        </w:rPr>
        <w:t>委　　任　　状</w:t>
      </w:r>
    </w:p>
    <w:p>
      <w:pPr>
        <w:spacing w:after="0" w:before="0" w:lineRule="exact" w:line="396"/>
      </w:pPr>
      <w:r>
        <w:rPr>
          <w:rFonts w:ascii="Yu Mincho" w:hAnsi="Yu Mincho" w:eastAsia="Yu Mincho"/>
          <w:b w:val="0"/>
          <w:color w:val="222222"/>
          <w:sz w:val="22"/>
        </w:rPr>
        <w:t>代理人</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340"/>
        <w:gridCol w:w="1247"/>
        <w:gridCol w:w="7257"/>
      </w:tblGrid>
      <w:tr>
        <w:trPr>
          <w:trHeight w:val="623" w:hRule="atLeast"/>
        </w:trPr>
        <w:tc>
          <w:tcPr>
            <w:tcW w:type="dxa" w:w="340"/>
          </w:tcPr>
          <w:p>
            <w:pPr>
              <w:spacing w:after="0" w:before="0" w:lineRule="exact" w:line="318"/>
            </w:pPr>
          </w:p>
        </w:tc>
        <w:tc>
          <w:tcPr>
            <w:tcW w:type="dxa" w:w="1247"/>
            <w:vAlign w:val="bottom"/>
          </w:tcPr>
          <w:p>
            <w:pPr>
              <w:spacing w:after="0" w:before="0" w:lineRule="exact" w:line="318"/>
            </w:pPr>
            <w:r/>
            <w:r>
              <w:rPr>
                <w:rFonts w:ascii="Yu Mincho" w:hAnsi="Yu Mincho" w:eastAsia="Yu Mincho"/>
                <w:b w:val="0"/>
                <w:color w:val="222222"/>
                <w:sz w:val="22"/>
              </w:rPr>
              <w:t>住　所</w:t>
            </w:r>
          </w:p>
        </w:tc>
        <w:tc>
          <w:tcPr>
            <w:tcW w:type="dxa" w:w="7257"/>
            <w:tcBorders>
              <w:bottom w:val="dotted" w:sz="4" w:space="0" w:color="9A9A9A"/>
            </w:tcBorders>
            <w:vAlign w:val="bottom"/>
          </w:tcPr>
          <w:p>
            <w:pPr>
              <w:spacing w:after="0" w:before="0" w:lineRule="exact" w:line="318"/>
            </w:pPr>
            <w:r/>
          </w:p>
        </w:tc>
      </w:tr>
      <w:tr>
        <w:trPr>
          <w:trHeight w:val="623" w:hRule="atLeast"/>
        </w:trPr>
        <w:tc>
          <w:tcPr>
            <w:tcW w:type="dxa" w:w="340"/>
          </w:tcPr>
          <w:p>
            <w:pPr>
              <w:spacing w:after="0" w:before="0" w:lineRule="exact" w:line="318"/>
            </w:pPr>
          </w:p>
        </w:tc>
        <w:tc>
          <w:tcPr>
            <w:tcW w:type="dxa" w:w="1247"/>
            <w:vAlign w:val="bottom"/>
          </w:tcPr>
          <w:p>
            <w:pPr>
              <w:spacing w:after="0" w:before="0" w:lineRule="exact" w:line="318"/>
            </w:pPr>
            <w:r/>
            <w:r>
              <w:rPr>
                <w:rFonts w:ascii="Yu Mincho" w:hAnsi="Yu Mincho" w:eastAsia="Yu Mincho"/>
                <w:b w:val="0"/>
                <w:color w:val="222222"/>
                <w:sz w:val="22"/>
              </w:rPr>
              <w:t>氏　名</w:t>
            </w:r>
          </w:p>
        </w:tc>
        <w:tc>
          <w:tcPr>
            <w:tcW w:type="dxa" w:w="7257"/>
            <w:tcBorders>
              <w:bottom w:val="dotted" w:sz="4" w:space="0" w:color="9A9A9A"/>
            </w:tcBorders>
            <w:vAlign w:val="bottom"/>
          </w:tcPr>
          <w:p>
            <w:pPr>
              <w:spacing w:after="0" w:before="0" w:lineRule="exact" w:line="318"/>
            </w:pPr>
            <w:r/>
          </w:p>
        </w:tc>
      </w:tr>
    </w:tbl>
    <w:p>
      <w:pPr>
        <w:spacing w:after="120" w:before="240" w:lineRule="exact" w:line="396"/>
        <w:ind w:firstLine="220"/>
      </w:pPr>
      <w:r>
        <w:rPr>
          <w:rFonts w:ascii="Yu Mincho" w:hAnsi="Yu Mincho" w:eastAsia="Yu Mincho"/>
          <w:b w:val="0"/>
          <w:color w:val="222222"/>
          <w:sz w:val="22"/>
        </w:rPr>
        <w:t>私は、上記の者を代理人と定め、次の事項を委任します。</w:t>
      </w:r>
    </w:p>
    <w:p>
      <w:pPr>
        <w:spacing w:after="0" w:before="0" w:lineRule="exact" w:line="396"/>
      </w:pPr>
      <w:r>
        <w:rPr>
          <w:rFonts w:ascii="Yu Mincho" w:hAnsi="Yu Mincho" w:eastAsia="Yu Mincho"/>
          <w:b w:val="0"/>
          <w:color w:val="222222"/>
          <w:sz w:val="22"/>
        </w:rPr>
        <w:t>委任事項</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453"/>
        <w:gridCol w:w="8391"/>
      </w:tblGrid>
      <w:tr>
        <w:trPr>
          <w:trHeight w:val="680" w:hRule="atLeast"/>
        </w:trPr>
        <w:tc>
          <w:tcPr>
            <w:tcW w:type="dxa" w:w="454"/>
            <w:vAlign w:val="bottom"/>
          </w:tcPr>
          <w:p>
            <w:pPr>
              <w:spacing w:after="0" w:before="0" w:lineRule="exact" w:line="318"/>
            </w:pPr>
            <w:r/>
            <w:r>
              <w:rPr>
                <w:rFonts w:ascii="Yu Mincho" w:hAnsi="Yu Mincho" w:eastAsia="Yu Mincho"/>
                <w:b w:val="0"/>
                <w:color w:val="222222"/>
                <w:sz w:val="22"/>
              </w:rPr>
              <w:t>・</w:t>
            </w:r>
          </w:p>
        </w:tc>
        <w:tc>
          <w:tcPr>
            <w:tcW w:type="dxa" w:w="8391"/>
            <w:tcBorders>
              <w:bottom w:val="dotted" w:sz="4" w:space="0" w:color="9A9A9A"/>
            </w:tcBorders>
            <w:vAlign w:val="bottom"/>
          </w:tcPr>
          <w:p>
            <w:pPr>
              <w:spacing w:after="0" w:before="0" w:lineRule="exact" w:line="318"/>
            </w:pPr>
            <w:r/>
            <w:r>
              <w:rPr>
                <w:rFonts w:ascii="Yu Mincho" w:hAnsi="Yu Mincho" w:eastAsia="Yu Mincho"/>
                <w:b w:val="0"/>
                <w:color w:val="8A8478"/>
                <w:sz w:val="17"/>
              </w:rPr>
              <w:t>〔委任する内容。例：請求する証明書の種類と通数〕</w:t>
            </w:r>
          </w:p>
        </w:tc>
      </w:tr>
      <w:tr>
        <w:trPr>
          <w:trHeight w:val="680" w:hRule="atLeast"/>
        </w:trPr>
        <w:tc>
          <w:tcPr>
            <w:tcW w:type="dxa" w:w="454"/>
            <w:vAlign w:val="bottom"/>
          </w:tcPr>
          <w:p>
            <w:pPr>
              <w:spacing w:after="0" w:before="0" w:lineRule="exact" w:line="318"/>
            </w:pPr>
            <w:r/>
            <w:r>
              <w:rPr>
                <w:rFonts w:ascii="Yu Mincho" w:hAnsi="Yu Mincho" w:eastAsia="Yu Mincho"/>
                <w:b w:val="0"/>
                <w:color w:val="222222"/>
                <w:sz w:val="22"/>
              </w:rPr>
              <w:t>・</w:t>
            </w:r>
          </w:p>
        </w:tc>
        <w:tc>
          <w:tcPr>
            <w:tcW w:type="dxa" w:w="8391"/>
            <w:tcBorders>
              <w:bottom w:val="dotted" w:sz="4" w:space="0" w:color="9A9A9A"/>
            </w:tcBorders>
            <w:vAlign w:val="bottom"/>
          </w:tcPr>
          <w:p>
            <w:pPr>
              <w:spacing w:after="0" w:before="0" w:lineRule="exact" w:line="318"/>
            </w:pPr>
            <w:r/>
            <w:r>
              <w:rPr>
                <w:rFonts w:ascii="Yu Mincho" w:hAnsi="Yu Mincho" w:eastAsia="Yu Mincho"/>
                <w:b w:val="0"/>
                <w:color w:val="8A8478"/>
                <w:sz w:val="17"/>
              </w:rPr>
              <w:t>〔例：だれの戸籍か（本籍・筆頭者の氏名、氏名と委任者との続柄など）〕</w:t>
            </w:r>
          </w:p>
        </w:tc>
      </w:tr>
      <w:tr>
        <w:trPr>
          <w:trHeight w:val="680" w:hRule="atLeast"/>
        </w:trPr>
        <w:tc>
          <w:tcPr>
            <w:tcW w:type="dxa" w:w="454"/>
            <w:vAlign w:val="bottom"/>
          </w:tcPr>
          <w:p>
            <w:pPr>
              <w:spacing w:after="0" w:before="0" w:lineRule="exact" w:line="318"/>
            </w:pPr>
            <w:r/>
            <w:r>
              <w:rPr>
                <w:rFonts w:ascii="Yu Mincho" w:hAnsi="Yu Mincho" w:eastAsia="Yu Mincho"/>
                <w:b w:val="0"/>
                <w:color w:val="222222"/>
                <w:sz w:val="22"/>
              </w:rPr>
              <w:t>・</w:t>
            </w:r>
          </w:p>
        </w:tc>
        <w:tc>
          <w:tcPr>
            <w:tcW w:type="dxa" w:w="8391"/>
            <w:tcBorders>
              <w:bottom w:val="dotted" w:sz="4" w:space="0" w:color="9A9A9A"/>
            </w:tcBorders>
            <w:vAlign w:val="bottom"/>
          </w:tcPr>
          <w:p>
            <w:pPr>
              <w:spacing w:after="0" w:before="0" w:lineRule="exact" w:line="318"/>
            </w:pPr>
            <w:r/>
          </w:p>
        </w:tc>
      </w:tr>
    </w:tbl>
    <w:p>
      <w:pPr>
        <w:spacing w:after="160" w:before="320" w:lineRule="exact" w:line="396"/>
        <w:ind w:firstLine="220"/>
      </w:pPr>
      <w:r>
        <w:rPr>
          <w:rFonts w:ascii="Yu Mincho" w:hAnsi="Yu Mincho" w:eastAsia="Yu Mincho"/>
          <w:b w:val="0"/>
          <w:color w:val="222222"/>
          <w:sz w:val="22"/>
        </w:rPr>
        <w:t>令和</w:t>
      </w:r>
      <w:r>
        <w:rPr>
          <w:rFonts w:ascii="Yu Mincho" w:hAnsi="Yu Mincho" w:eastAsia="Yu Mincho"/>
          <w:b w:val="0"/>
          <w:color w:val="8A8478"/>
          <w:sz w:val="17"/>
        </w:rPr>
        <w:t>〔　〕</w:t>
      </w:r>
      <w:r>
        <w:rPr>
          <w:rFonts w:ascii="Yu Mincho" w:hAnsi="Yu Mincho" w:eastAsia="Yu Mincho"/>
          <w:b w:val="0"/>
          <w:color w:val="222222"/>
          <w:sz w:val="22"/>
        </w:rPr>
        <w:t>年</w:t>
      </w:r>
      <w:r>
        <w:rPr>
          <w:rFonts w:ascii="Yu Mincho" w:hAnsi="Yu Mincho" w:eastAsia="Yu Mincho"/>
          <w:b w:val="0"/>
          <w:color w:val="8A8478"/>
          <w:sz w:val="17"/>
        </w:rPr>
        <w:t>〔　〕</w:t>
      </w:r>
      <w:r>
        <w:rPr>
          <w:rFonts w:ascii="Yu Mincho" w:hAnsi="Yu Mincho" w:eastAsia="Yu Mincho"/>
          <w:b w:val="0"/>
          <w:color w:val="222222"/>
          <w:sz w:val="22"/>
        </w:rPr>
        <w:t>月</w:t>
      </w:r>
      <w:r>
        <w:rPr>
          <w:rFonts w:ascii="Yu Mincho" w:hAnsi="Yu Mincho" w:eastAsia="Yu Mincho"/>
          <w:b w:val="0"/>
          <w:color w:val="8A8478"/>
          <w:sz w:val="17"/>
        </w:rPr>
        <w:t>〔　〕</w:t>
      </w:r>
      <w:r>
        <w:rPr>
          <w:rFonts w:ascii="Yu Mincho" w:hAnsi="Yu Mincho" w:eastAsia="Yu Mincho"/>
          <w:b w:val="0"/>
          <w:color w:val="222222"/>
          <w:sz w:val="22"/>
        </w:rPr>
        <w:t>日</w:t>
      </w:r>
      <w:r>
        <w:rPr>
          <w:rFonts w:ascii="Yu Mincho" w:hAnsi="Yu Mincho" w:eastAsia="Yu Mincho"/>
          <w:b w:val="0"/>
          <w:color w:val="8A8478"/>
          <w:sz w:val="17"/>
        </w:rPr>
        <w:t xml:space="preserve">　〔作成した日〕</w:t>
      </w:r>
    </w:p>
    <w:p>
      <w:pPr>
        <w:spacing w:after="0" w:before="0" w:lineRule="exact" w:line="396"/>
      </w:pPr>
      <w:r>
        <w:rPr>
          <w:rFonts w:ascii="Yu Mincho" w:hAnsi="Yu Mincho" w:eastAsia="Yu Mincho"/>
          <w:b w:val="0"/>
          <w:color w:val="222222"/>
          <w:sz w:val="22"/>
        </w:rPr>
        <w:t>委任者（本人）</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340"/>
        <w:gridCol w:w="1247"/>
        <w:gridCol w:w="7257"/>
      </w:tblGrid>
      <w:tr>
        <w:trPr>
          <w:trHeight w:val="623" w:hRule="atLeast"/>
        </w:trPr>
        <w:tc>
          <w:tcPr>
            <w:tcW w:type="dxa" w:w="340"/>
          </w:tcPr>
          <w:p>
            <w:pPr>
              <w:spacing w:after="0" w:before="0" w:lineRule="exact" w:line="318"/>
            </w:pPr>
          </w:p>
        </w:tc>
        <w:tc>
          <w:tcPr>
            <w:tcW w:type="dxa" w:w="1247"/>
            <w:vAlign w:val="bottom"/>
          </w:tcPr>
          <w:p>
            <w:pPr>
              <w:spacing w:after="0" w:before="0" w:lineRule="exact" w:line="318"/>
            </w:pPr>
            <w:r/>
            <w:r>
              <w:rPr>
                <w:rFonts w:ascii="Yu Mincho" w:hAnsi="Yu Mincho" w:eastAsia="Yu Mincho"/>
                <w:b w:val="0"/>
                <w:color w:val="222222"/>
                <w:sz w:val="22"/>
              </w:rPr>
              <w:t>住　所</w:t>
            </w:r>
          </w:p>
        </w:tc>
        <w:tc>
          <w:tcPr>
            <w:tcW w:type="dxa" w:w="7257"/>
            <w:tcBorders>
              <w:bottom w:val="dotted" w:sz="4" w:space="0" w:color="9A9A9A"/>
            </w:tcBorders>
            <w:vAlign w:val="bottom"/>
          </w:tcPr>
          <w:p>
            <w:pPr>
              <w:spacing w:after="0" w:before="0" w:lineRule="exact" w:line="318"/>
            </w:pPr>
            <w:r/>
          </w:p>
        </w:tc>
      </w:tr>
      <w:tr>
        <w:trPr>
          <w:trHeight w:val="623" w:hRule="atLeast"/>
        </w:trPr>
        <w:tc>
          <w:tcPr>
            <w:tcW w:type="dxa" w:w="340"/>
          </w:tcPr>
          <w:p>
            <w:pPr>
              <w:spacing w:after="0" w:before="0" w:lineRule="exact" w:line="318"/>
            </w:pPr>
          </w:p>
        </w:tc>
        <w:tc>
          <w:tcPr>
            <w:tcW w:type="dxa" w:w="1247"/>
            <w:vAlign w:val="bottom"/>
          </w:tcPr>
          <w:p>
            <w:pPr>
              <w:spacing w:after="0" w:before="0" w:lineRule="exact" w:line="318"/>
            </w:pPr>
            <w:r/>
            <w:r>
              <w:rPr>
                <w:rFonts w:ascii="Yu Mincho" w:hAnsi="Yu Mincho" w:eastAsia="Yu Mincho"/>
                <w:b w:val="0"/>
                <w:color w:val="222222"/>
                <w:sz w:val="22"/>
              </w:rPr>
              <w:t>氏　名</w:t>
            </w:r>
          </w:p>
        </w:tc>
        <w:tc>
          <w:tcPr>
            <w:tcW w:type="dxa" w:w="7257"/>
            <w:tcBorders>
              <w:bottom w:val="dotted" w:sz="4" w:space="0" w:color="9A9A9A"/>
            </w:tcBorders>
            <w:vAlign w:val="bottom"/>
          </w:tcPr>
          <w:p>
            <w:pPr>
              <w:spacing w:after="0" w:before="0" w:lineRule="exact" w:line="318"/>
            </w:pPr>
            <w:r/>
            <w:r>
              <w:rPr>
                <w:rFonts w:ascii="Yu Mincho" w:hAnsi="Yu Mincho" w:eastAsia="Yu Mincho"/>
                <w:b w:val="0"/>
                <w:color w:val="8A8478"/>
                <w:sz w:val="17"/>
              </w:rPr>
              <w:t>（自署）</w:t>
            </w:r>
          </w:p>
        </w:tc>
      </w:tr>
    </w:tbl>
    <w:p>
      <w:pPr>
        <w:sectPr>
          <w:footerReference w:type="default" r:id="rId10"/>
          <w:pgSz w:w="11906" w:h="16838"/>
          <w:pgMar w:top="907" w:right="1361" w:bottom="680" w:left="1361" w:header="720" w:footer="720" w:gutter="0"/>
          <w:cols w:space="720"/>
          <w:docGrid w:linePitch="360"/>
        </w:sectPr>
      </w:pPr>
    </w:p>
    <w:p>
      <w:pPr>
        <w:spacing w:after="40" w:before="0" w:lineRule="exact" w:line="342"/>
      </w:pPr>
      <w:r>
        <w:rPr>
          <w:rFonts w:ascii="Yu Gothic" w:hAnsi="Yu Gothic" w:eastAsia="Yu Gothic"/>
          <w:b w:val="0"/>
          <w:color w:val="222222"/>
          <w:sz w:val="19"/>
        </w:rPr>
        <w:t>記入例（法務局の記載例「委任状の例」をそのまま転載）　※このページは印刷しないでください</w:t>
      </w:r>
    </w:p>
    <w:p>
      <w:pPr>
        <w:spacing w:after="160" w:before="0" w:lineRule="exact" w:line="378"/>
      </w:pPr>
      <w:r>
        <w:rPr>
          <w:rFonts w:ascii="Yu Gothic" w:hAnsi="Yu Gothic" w:eastAsia="Yu Gothic"/>
          <w:b w:val="0"/>
          <w:color w:val="8A8478"/>
          <w:sz w:val="16"/>
        </w:rPr>
        <w:t>出典：法務局「所有権移転登記申請書（相続・遺産分割）」記載例（R8.10.5以降に申請する場合・R8.9.11更新）5ページ目　https://houmukyoku.moj.go.jp/homu/content/001470094.pdf（2026年10月6日確認）。相続人である妻と子２人で遺産分割協議をし、相続財産中の不動産を子のうちの１人が相続した場合の例で、委任者は登記を申請する相続人（法務一郎）です。</w:t>
      </w:r>
    </w:p>
    <w:p>
      <w:pPr>
        <w:spacing w:after="120" w:before="0" w:lineRule="exact" w:line="504"/>
        <w:jc w:val="center"/>
      </w:pPr>
      <w:r>
        <w:rPr>
          <w:rFonts w:ascii="Yu Mincho" w:hAnsi="Yu Mincho" w:eastAsia="Yu Mincho"/>
          <w:b w:val="0"/>
          <w:color w:val="222222"/>
          <w:sz w:val="28"/>
        </w:rPr>
        <w:t>委　　任　　状</w:t>
      </w:r>
    </w:p>
    <w:p>
      <w:pPr>
        <w:spacing w:after="80" w:before="0" w:lineRule="exact" w:line="378"/>
        <w:ind w:firstLine="210"/>
      </w:pPr>
      <w:r>
        <w:rPr>
          <w:rFonts w:ascii="Yu Mincho" w:hAnsi="Yu Mincho" w:eastAsia="Yu Mincho"/>
          <w:b w:val="0"/>
          <w:color w:val="222222"/>
          <w:sz w:val="21"/>
        </w:rPr>
        <w:t>私は、○○市○○町○○番地　乙野二郎　に、次の権限を委任します。</w:t>
      </w:r>
    </w:p>
    <w:p>
      <w:pPr>
        <w:spacing w:after="0" w:before="0" w:lineRule="exact" w:line="310"/>
        <w:ind w:left="283" w:hanging="283"/>
      </w:pPr>
      <w:r>
        <w:rPr>
          <w:rFonts w:ascii="Yu Mincho" w:hAnsi="Yu Mincho" w:eastAsia="Yu Mincho"/>
          <w:b w:val="0"/>
          <w:color w:val="222222"/>
          <w:sz w:val="21"/>
        </w:rPr>
        <w:t>１　下記の登記に関し、登記申請書を作成すること及び当該登記の申請に必要な書面と共に登記申請書を管轄登記所に提出すること</w:t>
      </w:r>
    </w:p>
    <w:p>
      <w:pPr>
        <w:spacing w:after="0" w:before="0" w:lineRule="exact" w:line="310"/>
        <w:ind w:left="283" w:hanging="283"/>
      </w:pPr>
      <w:r>
        <w:rPr>
          <w:rFonts w:ascii="Yu Mincho" w:hAnsi="Yu Mincho" w:eastAsia="Yu Mincho"/>
          <w:b w:val="0"/>
          <w:color w:val="222222"/>
          <w:sz w:val="21"/>
        </w:rPr>
        <w:t>２　登記が完了した後に通知される登記識別情報通知書及び登記完了証を受領すること</w:t>
      </w:r>
    </w:p>
    <w:p>
      <w:pPr>
        <w:spacing w:after="0" w:before="0" w:lineRule="exact" w:line="310"/>
        <w:ind w:left="283" w:hanging="283"/>
      </w:pPr>
      <w:r>
        <w:rPr>
          <w:rFonts w:ascii="Yu Mincho" w:hAnsi="Yu Mincho" w:eastAsia="Yu Mincho"/>
          <w:b w:val="0"/>
          <w:color w:val="222222"/>
          <w:sz w:val="21"/>
        </w:rPr>
        <w:t>３　登記の申請に不備がある場合に、当該登記の申請を取下げ、又は補正すること</w:t>
      </w:r>
    </w:p>
    <w:p>
      <w:pPr>
        <w:spacing w:after="0" w:before="0" w:lineRule="exact" w:line="310"/>
        <w:ind w:left="283" w:hanging="283"/>
      </w:pPr>
      <w:r>
        <w:rPr>
          <w:rFonts w:ascii="Yu Mincho" w:hAnsi="Yu Mincho" w:eastAsia="Yu Mincho"/>
          <w:b w:val="0"/>
          <w:color w:val="222222"/>
          <w:sz w:val="21"/>
        </w:rPr>
        <w:t>４　登記に係る登録免許税の還付金を受領すること</w:t>
      </w:r>
    </w:p>
    <w:p>
      <w:pPr>
        <w:spacing w:after="0" w:before="0" w:lineRule="exact" w:line="310"/>
        <w:ind w:left="283" w:hanging="283"/>
      </w:pPr>
      <w:r>
        <w:rPr>
          <w:rFonts w:ascii="Yu Mincho" w:hAnsi="Yu Mincho" w:eastAsia="Yu Mincho"/>
          <w:b w:val="0"/>
          <w:color w:val="222222"/>
          <w:sz w:val="21"/>
        </w:rPr>
        <w:t>５　上記１から４までのほか、下記の登記の申請に関し必要な一切の権限</w:t>
      </w:r>
    </w:p>
    <w:p>
      <w:pPr>
        <w:spacing w:after="0" w:before="120" w:lineRule="exact" w:line="378"/>
        <w:ind w:firstLine="210"/>
      </w:pPr>
      <w:r>
        <w:rPr>
          <w:rFonts w:ascii="Yu Mincho" w:hAnsi="Yu Mincho" w:eastAsia="Yu Mincho"/>
          <w:b w:val="0"/>
          <w:color w:val="222222"/>
          <w:sz w:val="21"/>
        </w:rPr>
        <w:t>令和８年１０月５日</w:t>
      </w:r>
    </w:p>
    <w:p>
      <w:pPr>
        <w:spacing w:after="0" w:before="0" w:lineRule="exact" w:line="378"/>
        <w:ind w:left="2835"/>
      </w:pPr>
      <w:r>
        <w:rPr>
          <w:rFonts w:ascii="Yu Mincho" w:hAnsi="Yu Mincho" w:eastAsia="Yu Mincho"/>
          <w:b w:val="0"/>
          <w:color w:val="222222"/>
          <w:sz w:val="21"/>
        </w:rPr>
        <w:t>○○郡○○町○○３４番地</w:t>
      </w:r>
    </w:p>
    <w:p>
      <w:pPr>
        <w:spacing w:after="0" w:before="0" w:lineRule="exact" w:line="378"/>
        <w:ind w:left="2835"/>
      </w:pPr>
      <w:r>
        <w:rPr>
          <w:rFonts w:ascii="Yu Mincho" w:hAnsi="Yu Mincho" w:eastAsia="Yu Mincho"/>
          <w:b w:val="0"/>
          <w:color w:val="222222"/>
          <w:sz w:val="21"/>
        </w:rPr>
        <w:t>法　務　一　郎　　印</w:t>
      </w:r>
      <w:r>
        <w:rPr>
          <w:rFonts w:ascii="Yu Mincho" w:hAnsi="Yu Mincho" w:eastAsia="Yu Mincho"/>
          <w:b w:val="0"/>
          <w:color w:val="8A8478"/>
          <w:sz w:val="16"/>
        </w:rPr>
        <w:t>（注19）</w:t>
      </w:r>
    </w:p>
    <w:p>
      <w:pPr>
        <w:spacing w:after="40" w:before="80" w:lineRule="exact" w:line="378"/>
        <w:jc w:val="center"/>
      </w:pPr>
      <w:r>
        <w:rPr>
          <w:rFonts w:ascii="Yu Mincho" w:hAnsi="Yu Mincho" w:eastAsia="Yu Mincho"/>
          <w:b w:val="0"/>
          <w:color w:val="222222"/>
          <w:sz w:val="21"/>
        </w:rPr>
        <w:t>記</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0"/>
        <w:gridCol w:w="1474"/>
        <w:gridCol w:w="7030"/>
      </w:tblGrid>
      <w:tr>
        <w:trPr>
          <w:trHeight w:val="294" w:hRule="atLeast"/>
        </w:trPr>
        <w:tc>
          <w:tcPr>
            <w:tcW w:type="dxa" w:w="0"/>
          </w:tcPr>
          <w:p>
            <w:pPr>
              <w:spacing w:after="0" w:before="0" w:lineRule="exact" w:line="290"/>
            </w:pPr>
          </w:p>
        </w:tc>
        <w:tc>
          <w:tcPr>
            <w:tcW w:type="dxa" w:w="1474"/>
            <w:vAlign w:val="bottom"/>
          </w:tcPr>
          <w:p>
            <w:pPr>
              <w:spacing w:after="0" w:before="0" w:lineRule="exact" w:line="290"/>
            </w:pPr>
            <w:r/>
            <w:r>
              <w:rPr>
                <w:rFonts w:ascii="Yu Mincho" w:hAnsi="Yu Mincho" w:eastAsia="Yu Mincho"/>
                <w:b w:val="0"/>
                <w:color w:val="222222"/>
                <w:sz w:val="20"/>
              </w:rPr>
              <w:t>登記の目的</w:t>
            </w:r>
          </w:p>
        </w:tc>
        <w:tc>
          <w:tcPr>
            <w:tcW w:type="dxa" w:w="7030"/>
            <w:vAlign w:val="bottom"/>
          </w:tcPr>
          <w:p>
            <w:pPr>
              <w:spacing w:after="0" w:before="0" w:lineRule="exact" w:line="290"/>
            </w:pPr>
            <w:r/>
            <w:r>
              <w:rPr>
                <w:rFonts w:ascii="Yu Mincho" w:hAnsi="Yu Mincho" w:eastAsia="Yu Mincho"/>
                <w:b w:val="0"/>
                <w:color w:val="222222"/>
                <w:sz w:val="20"/>
              </w:rPr>
              <w:t>所有権移転</w:t>
            </w:r>
          </w:p>
        </w:tc>
      </w:tr>
      <w:tr>
        <w:trPr>
          <w:trHeight w:val="294" w:hRule="atLeast"/>
        </w:trPr>
        <w:tc>
          <w:tcPr>
            <w:tcW w:type="dxa" w:w="0"/>
          </w:tcPr>
          <w:p>
            <w:pPr>
              <w:spacing w:after="0" w:before="0" w:lineRule="exact" w:line="290"/>
            </w:pPr>
          </w:p>
        </w:tc>
        <w:tc>
          <w:tcPr>
            <w:tcW w:type="dxa" w:w="1474"/>
            <w:vAlign w:val="bottom"/>
          </w:tcPr>
          <w:p>
            <w:pPr>
              <w:spacing w:after="0" w:before="0" w:lineRule="exact" w:line="290"/>
            </w:pPr>
            <w:r/>
            <w:r>
              <w:rPr>
                <w:rFonts w:ascii="Yu Mincho" w:hAnsi="Yu Mincho" w:eastAsia="Yu Mincho"/>
                <w:b w:val="0"/>
                <w:color w:val="222222"/>
                <w:sz w:val="20"/>
              </w:rPr>
              <w:t>原　　因</w:t>
            </w:r>
          </w:p>
        </w:tc>
        <w:tc>
          <w:tcPr>
            <w:tcW w:type="dxa" w:w="7030"/>
            <w:vAlign w:val="bottom"/>
          </w:tcPr>
          <w:p>
            <w:pPr>
              <w:spacing w:after="0" w:before="0" w:lineRule="exact" w:line="290"/>
            </w:pPr>
            <w:r/>
            <w:r>
              <w:rPr>
                <w:rFonts w:ascii="Yu Mincho" w:hAnsi="Yu Mincho" w:eastAsia="Yu Mincho"/>
                <w:b w:val="0"/>
                <w:color w:val="222222"/>
                <w:sz w:val="20"/>
              </w:rPr>
              <w:t>令和７年６月２０日相続</w:t>
            </w:r>
          </w:p>
        </w:tc>
      </w:tr>
      <w:tr>
        <w:trPr>
          <w:trHeight w:val="294" w:hRule="atLeast"/>
        </w:trPr>
        <w:tc>
          <w:tcPr>
            <w:tcW w:type="dxa" w:w="0"/>
          </w:tcPr>
          <w:p>
            <w:pPr>
              <w:spacing w:after="0" w:before="0" w:lineRule="exact" w:line="290"/>
            </w:pPr>
          </w:p>
        </w:tc>
        <w:tc>
          <w:tcPr>
            <w:tcW w:type="dxa" w:w="1474"/>
            <w:vAlign w:val="bottom"/>
          </w:tcPr>
          <w:p>
            <w:pPr>
              <w:spacing w:after="0" w:before="0" w:lineRule="exact" w:line="290"/>
            </w:pPr>
            <w:r/>
            <w:r>
              <w:rPr>
                <w:rFonts w:ascii="Yu Mincho" w:hAnsi="Yu Mincho" w:eastAsia="Yu Mincho"/>
                <w:b w:val="0"/>
                <w:color w:val="222222"/>
                <w:sz w:val="20"/>
              </w:rPr>
              <w:t>相 続 人</w:t>
            </w:r>
          </w:p>
        </w:tc>
        <w:tc>
          <w:tcPr>
            <w:tcW w:type="dxa" w:w="7030"/>
            <w:vAlign w:val="bottom"/>
          </w:tcPr>
          <w:p>
            <w:pPr>
              <w:spacing w:after="0" w:before="0" w:lineRule="exact" w:line="290"/>
            </w:pPr>
            <w:r/>
            <w:r>
              <w:rPr>
                <w:rFonts w:ascii="Yu Mincho" w:hAnsi="Yu Mincho" w:eastAsia="Yu Mincho"/>
                <w:b w:val="0"/>
                <w:color w:val="222222"/>
                <w:sz w:val="20"/>
              </w:rPr>
              <w:t>（被相続人　法務太郎）</w:t>
            </w:r>
          </w:p>
        </w:tc>
      </w:tr>
      <w:tr>
        <w:trPr>
          <w:trHeight w:val="294" w:hRule="atLeast"/>
        </w:trPr>
        <w:tc>
          <w:tcPr>
            <w:tcW w:type="dxa" w:w="0"/>
          </w:tcPr>
          <w:p>
            <w:pPr>
              <w:spacing w:after="0" w:before="0" w:lineRule="exact" w:line="290"/>
            </w:pPr>
          </w:p>
        </w:tc>
        <w:tc>
          <w:tcPr>
            <w:tcW w:type="dxa" w:w="1474"/>
            <w:vAlign w:val="bottom"/>
          </w:tcPr>
          <w:p>
            <w:pPr>
              <w:spacing w:after="0" w:before="0" w:lineRule="exact" w:line="290"/>
            </w:pPr>
            <w:r/>
            <w:r>
              <w:rPr>
                <w:rFonts w:ascii="Yu Mincho" w:hAnsi="Yu Mincho" w:eastAsia="Yu Mincho"/>
                <w:b w:val="0"/>
                <w:color w:val="222222"/>
                <w:sz w:val="20"/>
              </w:rPr>
            </w:r>
          </w:p>
        </w:tc>
        <w:tc>
          <w:tcPr>
            <w:tcW w:type="dxa" w:w="7030"/>
            <w:vAlign w:val="bottom"/>
          </w:tcPr>
          <w:p>
            <w:pPr>
              <w:spacing w:after="0" w:before="0" w:lineRule="exact" w:line="290"/>
            </w:pPr>
            <w:r/>
            <w:r>
              <w:rPr>
                <w:rFonts w:ascii="Yu Mincho" w:hAnsi="Yu Mincho" w:eastAsia="Yu Mincho"/>
                <w:b w:val="0"/>
                <w:color w:val="222222"/>
                <w:sz w:val="20"/>
              </w:rPr>
              <w:t>○○郡○○町○○３４番地　法務一郎</w:t>
            </w:r>
          </w:p>
        </w:tc>
      </w:tr>
    </w:tbl>
    <w:p>
      <w:pPr>
        <w:spacing w:after="0" w:before="80" w:lineRule="exact" w:line="378"/>
      </w:pPr>
      <w:r>
        <w:rPr>
          <w:rFonts w:ascii="Yu Mincho" w:hAnsi="Yu Mincho" w:eastAsia="Yu Mincho"/>
          <w:b w:val="0"/>
          <w:color w:val="222222"/>
          <w:sz w:val="21"/>
        </w:rPr>
        <w:t>不動産の表示</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340"/>
        <w:gridCol w:w="1360"/>
        <w:gridCol w:w="6690"/>
      </w:tblGrid>
      <w:tr>
        <w:trPr>
          <w:trHeight w:val="294" w:hRule="atLeast"/>
        </w:trPr>
        <w:tc>
          <w:tcPr>
            <w:tcW w:type="dxa" w:w="340"/>
          </w:tcPr>
          <w:p>
            <w:pPr>
              <w:spacing w:after="0" w:before="0" w:lineRule="exact" w:line="290"/>
            </w:pPr>
          </w:p>
        </w:tc>
        <w:tc>
          <w:tcPr>
            <w:tcW w:type="dxa" w:w="1361"/>
            <w:vAlign w:val="bottom"/>
          </w:tcPr>
          <w:p>
            <w:pPr>
              <w:spacing w:after="0" w:before="0" w:lineRule="exact" w:line="290"/>
            </w:pPr>
            <w:r/>
            <w:r>
              <w:rPr>
                <w:rFonts w:ascii="Yu Mincho" w:hAnsi="Yu Mincho" w:eastAsia="Yu Mincho"/>
                <w:b w:val="0"/>
                <w:color w:val="222222"/>
                <w:sz w:val="20"/>
              </w:rPr>
              <w:t>所　在</w:t>
            </w:r>
          </w:p>
        </w:tc>
        <w:tc>
          <w:tcPr>
            <w:tcW w:type="dxa" w:w="6690"/>
            <w:vAlign w:val="bottom"/>
          </w:tcPr>
          <w:p>
            <w:pPr>
              <w:spacing w:after="0" w:before="0" w:lineRule="exact" w:line="290"/>
            </w:pPr>
            <w:r/>
            <w:r>
              <w:rPr>
                <w:rFonts w:ascii="Yu Mincho" w:hAnsi="Yu Mincho" w:eastAsia="Yu Mincho"/>
                <w:b w:val="0"/>
                <w:color w:val="222222"/>
                <w:sz w:val="20"/>
              </w:rPr>
              <w:t>○○市○○町一丁目</w:t>
            </w:r>
          </w:p>
        </w:tc>
      </w:tr>
      <w:tr>
        <w:trPr>
          <w:trHeight w:val="294" w:hRule="atLeast"/>
        </w:trPr>
        <w:tc>
          <w:tcPr>
            <w:tcW w:type="dxa" w:w="340"/>
          </w:tcPr>
          <w:p>
            <w:pPr>
              <w:spacing w:after="0" w:before="0" w:lineRule="exact" w:line="290"/>
            </w:pPr>
          </w:p>
        </w:tc>
        <w:tc>
          <w:tcPr>
            <w:tcW w:type="dxa" w:w="1361"/>
            <w:vAlign w:val="bottom"/>
          </w:tcPr>
          <w:p>
            <w:pPr>
              <w:spacing w:after="0" w:before="0" w:lineRule="exact" w:line="290"/>
            </w:pPr>
            <w:r/>
            <w:r>
              <w:rPr>
                <w:rFonts w:ascii="Yu Mincho" w:hAnsi="Yu Mincho" w:eastAsia="Yu Mincho"/>
                <w:b w:val="0"/>
                <w:color w:val="222222"/>
                <w:sz w:val="20"/>
              </w:rPr>
              <w:t>地　番</w:t>
            </w:r>
          </w:p>
        </w:tc>
        <w:tc>
          <w:tcPr>
            <w:tcW w:type="dxa" w:w="6690"/>
            <w:vAlign w:val="bottom"/>
          </w:tcPr>
          <w:p>
            <w:pPr>
              <w:spacing w:after="0" w:before="0" w:lineRule="exact" w:line="290"/>
            </w:pPr>
            <w:r/>
            <w:r>
              <w:rPr>
                <w:rFonts w:ascii="Yu Mincho" w:hAnsi="Yu Mincho" w:eastAsia="Yu Mincho"/>
                <w:b w:val="0"/>
                <w:color w:val="222222"/>
                <w:sz w:val="20"/>
              </w:rPr>
              <w:t>２３番</w:t>
            </w:r>
          </w:p>
        </w:tc>
      </w:tr>
      <w:tr>
        <w:trPr>
          <w:trHeight w:val="294" w:hRule="atLeast"/>
        </w:trPr>
        <w:tc>
          <w:tcPr>
            <w:tcW w:type="dxa" w:w="340"/>
          </w:tcPr>
          <w:p>
            <w:pPr>
              <w:spacing w:after="0" w:before="0" w:lineRule="exact" w:line="290"/>
            </w:pPr>
          </w:p>
        </w:tc>
        <w:tc>
          <w:tcPr>
            <w:tcW w:type="dxa" w:w="1361"/>
            <w:vAlign w:val="bottom"/>
          </w:tcPr>
          <w:p>
            <w:pPr>
              <w:spacing w:after="0" w:before="0" w:lineRule="exact" w:line="290"/>
            </w:pPr>
            <w:r/>
            <w:r>
              <w:rPr>
                <w:rFonts w:ascii="Yu Mincho" w:hAnsi="Yu Mincho" w:eastAsia="Yu Mincho"/>
                <w:b w:val="0"/>
                <w:color w:val="222222"/>
                <w:sz w:val="20"/>
              </w:rPr>
              <w:t>地　目</w:t>
            </w:r>
          </w:p>
        </w:tc>
        <w:tc>
          <w:tcPr>
            <w:tcW w:type="dxa" w:w="6690"/>
            <w:vAlign w:val="bottom"/>
          </w:tcPr>
          <w:p>
            <w:pPr>
              <w:spacing w:after="0" w:before="0" w:lineRule="exact" w:line="290"/>
            </w:pPr>
            <w:r/>
            <w:r>
              <w:rPr>
                <w:rFonts w:ascii="Yu Mincho" w:hAnsi="Yu Mincho" w:eastAsia="Yu Mincho"/>
                <w:b w:val="0"/>
                <w:color w:val="222222"/>
                <w:sz w:val="20"/>
              </w:rPr>
              <w:t>宅地</w:t>
            </w:r>
          </w:p>
        </w:tc>
      </w:tr>
      <w:tr>
        <w:trPr>
          <w:trHeight w:val="294" w:hRule="atLeast"/>
        </w:trPr>
        <w:tc>
          <w:tcPr>
            <w:tcW w:type="dxa" w:w="340"/>
          </w:tcPr>
          <w:p>
            <w:pPr>
              <w:spacing w:after="0" w:before="0" w:lineRule="exact" w:line="290"/>
            </w:pPr>
          </w:p>
        </w:tc>
        <w:tc>
          <w:tcPr>
            <w:tcW w:type="dxa" w:w="1361"/>
            <w:vAlign w:val="bottom"/>
          </w:tcPr>
          <w:p>
            <w:pPr>
              <w:spacing w:after="0" w:before="0" w:lineRule="exact" w:line="290"/>
            </w:pPr>
            <w:r/>
            <w:r>
              <w:rPr>
                <w:rFonts w:ascii="Yu Mincho" w:hAnsi="Yu Mincho" w:eastAsia="Yu Mincho"/>
                <w:b w:val="0"/>
                <w:color w:val="222222"/>
                <w:sz w:val="20"/>
              </w:rPr>
              <w:t>地　積</w:t>
            </w:r>
          </w:p>
        </w:tc>
        <w:tc>
          <w:tcPr>
            <w:tcW w:type="dxa" w:w="6690"/>
            <w:vAlign w:val="bottom"/>
          </w:tcPr>
          <w:p>
            <w:pPr>
              <w:spacing w:after="0" w:before="0" w:lineRule="exact" w:line="290"/>
            </w:pPr>
            <w:r/>
            <w:r>
              <w:rPr>
                <w:rFonts w:ascii="Yu Mincho" w:hAnsi="Yu Mincho" w:eastAsia="Yu Mincho"/>
                <w:b w:val="0"/>
                <w:color w:val="222222"/>
                <w:sz w:val="20"/>
              </w:rPr>
              <w:t>１２３・４５平方メートル</w:t>
            </w:r>
          </w:p>
        </w:tc>
      </w:tr>
    </w:tbl>
    <w:p>
      <w:pPr>
        <w:spacing w:after="40" w:before="0" w:lineRule="exact" w:line="120"/>
      </w:pP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340"/>
        <w:gridCol w:w="1360"/>
        <w:gridCol w:w="6690"/>
      </w:tblGrid>
      <w:tr>
        <w:trPr>
          <w:trHeight w:val="294" w:hRule="atLeast"/>
        </w:trPr>
        <w:tc>
          <w:tcPr>
            <w:tcW w:type="dxa" w:w="340"/>
          </w:tcPr>
          <w:p>
            <w:pPr>
              <w:spacing w:after="0" w:before="0" w:lineRule="exact" w:line="290"/>
            </w:pPr>
          </w:p>
        </w:tc>
        <w:tc>
          <w:tcPr>
            <w:tcW w:type="dxa" w:w="1361"/>
            <w:vAlign w:val="bottom"/>
          </w:tcPr>
          <w:p>
            <w:pPr>
              <w:spacing w:after="0" w:before="0" w:lineRule="exact" w:line="290"/>
            </w:pPr>
            <w:r/>
            <w:r>
              <w:rPr>
                <w:rFonts w:ascii="Yu Mincho" w:hAnsi="Yu Mincho" w:eastAsia="Yu Mincho"/>
                <w:b w:val="0"/>
                <w:color w:val="222222"/>
                <w:sz w:val="20"/>
              </w:rPr>
              <w:t>所　在</w:t>
            </w:r>
          </w:p>
        </w:tc>
        <w:tc>
          <w:tcPr>
            <w:tcW w:type="dxa" w:w="6690"/>
            <w:vAlign w:val="bottom"/>
          </w:tcPr>
          <w:p>
            <w:pPr>
              <w:spacing w:after="0" w:before="0" w:lineRule="exact" w:line="290"/>
            </w:pPr>
            <w:r/>
            <w:r>
              <w:rPr>
                <w:rFonts w:ascii="Yu Mincho" w:hAnsi="Yu Mincho" w:eastAsia="Yu Mincho"/>
                <w:b w:val="0"/>
                <w:color w:val="222222"/>
                <w:sz w:val="20"/>
              </w:rPr>
              <w:t>○○市○○町一丁目２３番地</w:t>
            </w:r>
          </w:p>
        </w:tc>
      </w:tr>
      <w:tr>
        <w:trPr>
          <w:trHeight w:val="294" w:hRule="atLeast"/>
        </w:trPr>
        <w:tc>
          <w:tcPr>
            <w:tcW w:type="dxa" w:w="340"/>
          </w:tcPr>
          <w:p>
            <w:pPr>
              <w:spacing w:after="0" w:before="0" w:lineRule="exact" w:line="290"/>
            </w:pPr>
          </w:p>
        </w:tc>
        <w:tc>
          <w:tcPr>
            <w:tcW w:type="dxa" w:w="1361"/>
            <w:vAlign w:val="bottom"/>
          </w:tcPr>
          <w:p>
            <w:pPr>
              <w:spacing w:after="0" w:before="0" w:lineRule="exact" w:line="290"/>
            </w:pPr>
            <w:r/>
            <w:r>
              <w:rPr>
                <w:rFonts w:ascii="Yu Mincho" w:hAnsi="Yu Mincho" w:eastAsia="Yu Mincho"/>
                <w:b w:val="0"/>
                <w:color w:val="222222"/>
                <w:sz w:val="20"/>
              </w:rPr>
              <w:t>家屋番号</w:t>
            </w:r>
          </w:p>
        </w:tc>
        <w:tc>
          <w:tcPr>
            <w:tcW w:type="dxa" w:w="6690"/>
            <w:vAlign w:val="bottom"/>
          </w:tcPr>
          <w:p>
            <w:pPr>
              <w:spacing w:after="0" w:before="0" w:lineRule="exact" w:line="290"/>
            </w:pPr>
            <w:r/>
            <w:r>
              <w:rPr>
                <w:rFonts w:ascii="Yu Mincho" w:hAnsi="Yu Mincho" w:eastAsia="Yu Mincho"/>
                <w:b w:val="0"/>
                <w:color w:val="222222"/>
                <w:sz w:val="20"/>
              </w:rPr>
              <w:t>２３番</w:t>
            </w:r>
          </w:p>
        </w:tc>
      </w:tr>
      <w:tr>
        <w:trPr>
          <w:trHeight w:val="294" w:hRule="atLeast"/>
        </w:trPr>
        <w:tc>
          <w:tcPr>
            <w:tcW w:type="dxa" w:w="340"/>
          </w:tcPr>
          <w:p>
            <w:pPr>
              <w:spacing w:after="0" w:before="0" w:lineRule="exact" w:line="290"/>
            </w:pPr>
          </w:p>
        </w:tc>
        <w:tc>
          <w:tcPr>
            <w:tcW w:type="dxa" w:w="1361"/>
            <w:vAlign w:val="bottom"/>
          </w:tcPr>
          <w:p>
            <w:pPr>
              <w:spacing w:after="0" w:before="0" w:lineRule="exact" w:line="290"/>
            </w:pPr>
            <w:r/>
            <w:r>
              <w:rPr>
                <w:rFonts w:ascii="Yu Mincho" w:hAnsi="Yu Mincho" w:eastAsia="Yu Mincho"/>
                <w:b w:val="0"/>
                <w:color w:val="222222"/>
                <w:sz w:val="20"/>
              </w:rPr>
              <w:t>種　類</w:t>
            </w:r>
          </w:p>
        </w:tc>
        <w:tc>
          <w:tcPr>
            <w:tcW w:type="dxa" w:w="6690"/>
            <w:vAlign w:val="bottom"/>
          </w:tcPr>
          <w:p>
            <w:pPr>
              <w:spacing w:after="0" w:before="0" w:lineRule="exact" w:line="290"/>
            </w:pPr>
            <w:r/>
            <w:r>
              <w:rPr>
                <w:rFonts w:ascii="Yu Mincho" w:hAnsi="Yu Mincho" w:eastAsia="Yu Mincho"/>
                <w:b w:val="0"/>
                <w:color w:val="222222"/>
                <w:sz w:val="20"/>
              </w:rPr>
              <w:t>居宅</w:t>
            </w:r>
          </w:p>
        </w:tc>
      </w:tr>
      <w:tr>
        <w:trPr>
          <w:trHeight w:val="294" w:hRule="atLeast"/>
        </w:trPr>
        <w:tc>
          <w:tcPr>
            <w:tcW w:type="dxa" w:w="340"/>
          </w:tcPr>
          <w:p>
            <w:pPr>
              <w:spacing w:after="0" w:before="0" w:lineRule="exact" w:line="290"/>
            </w:pPr>
          </w:p>
        </w:tc>
        <w:tc>
          <w:tcPr>
            <w:tcW w:type="dxa" w:w="1361"/>
            <w:vAlign w:val="bottom"/>
          </w:tcPr>
          <w:p>
            <w:pPr>
              <w:spacing w:after="0" w:before="0" w:lineRule="exact" w:line="290"/>
            </w:pPr>
            <w:r/>
            <w:r>
              <w:rPr>
                <w:rFonts w:ascii="Yu Mincho" w:hAnsi="Yu Mincho" w:eastAsia="Yu Mincho"/>
                <w:b w:val="0"/>
                <w:color w:val="222222"/>
                <w:sz w:val="20"/>
              </w:rPr>
              <w:t>構　造</w:t>
            </w:r>
          </w:p>
        </w:tc>
        <w:tc>
          <w:tcPr>
            <w:tcW w:type="dxa" w:w="6690"/>
            <w:vAlign w:val="bottom"/>
          </w:tcPr>
          <w:p>
            <w:pPr>
              <w:spacing w:after="0" w:before="0" w:lineRule="exact" w:line="290"/>
            </w:pPr>
            <w:r/>
            <w:r>
              <w:rPr>
                <w:rFonts w:ascii="Yu Mincho" w:hAnsi="Yu Mincho" w:eastAsia="Yu Mincho"/>
                <w:b w:val="0"/>
                <w:color w:val="222222"/>
                <w:sz w:val="20"/>
              </w:rPr>
              <w:t>木造かわらぶき２階建</w:t>
            </w:r>
          </w:p>
        </w:tc>
      </w:tr>
      <w:tr>
        <w:trPr>
          <w:trHeight w:val="294" w:hRule="atLeast"/>
        </w:trPr>
        <w:tc>
          <w:tcPr>
            <w:tcW w:type="dxa" w:w="340"/>
          </w:tcPr>
          <w:p>
            <w:pPr>
              <w:spacing w:after="0" w:before="0" w:lineRule="exact" w:line="290"/>
            </w:pPr>
          </w:p>
        </w:tc>
        <w:tc>
          <w:tcPr>
            <w:tcW w:type="dxa" w:w="1361"/>
            <w:vAlign w:val="bottom"/>
          </w:tcPr>
          <w:p>
            <w:pPr>
              <w:spacing w:after="0" w:before="0" w:lineRule="exact" w:line="290"/>
            </w:pPr>
            <w:r/>
            <w:r>
              <w:rPr>
                <w:rFonts w:ascii="Yu Mincho" w:hAnsi="Yu Mincho" w:eastAsia="Yu Mincho"/>
                <w:b w:val="0"/>
                <w:color w:val="222222"/>
                <w:sz w:val="20"/>
              </w:rPr>
              <w:t>床 面 積</w:t>
            </w:r>
          </w:p>
        </w:tc>
        <w:tc>
          <w:tcPr>
            <w:tcW w:type="dxa" w:w="6690"/>
            <w:vAlign w:val="bottom"/>
          </w:tcPr>
          <w:p>
            <w:pPr>
              <w:spacing w:after="0" w:before="0" w:lineRule="exact" w:line="290"/>
            </w:pPr>
            <w:r/>
            <w:r>
              <w:rPr>
                <w:rFonts w:ascii="Yu Mincho" w:hAnsi="Yu Mincho" w:eastAsia="Yu Mincho"/>
                <w:b w:val="0"/>
                <w:color w:val="222222"/>
                <w:sz w:val="20"/>
              </w:rPr>
              <w:t>１階　４３・００平方メートル</w:t>
            </w:r>
          </w:p>
        </w:tc>
      </w:tr>
      <w:tr>
        <w:trPr>
          <w:trHeight w:val="294" w:hRule="atLeast"/>
        </w:trPr>
        <w:tc>
          <w:tcPr>
            <w:tcW w:type="dxa" w:w="340"/>
          </w:tcPr>
          <w:p>
            <w:pPr>
              <w:spacing w:after="0" w:before="0" w:lineRule="exact" w:line="290"/>
            </w:pPr>
          </w:p>
        </w:tc>
        <w:tc>
          <w:tcPr>
            <w:tcW w:type="dxa" w:w="1361"/>
            <w:vAlign w:val="bottom"/>
          </w:tcPr>
          <w:p>
            <w:pPr>
              <w:spacing w:after="0" w:before="0" w:lineRule="exact" w:line="290"/>
            </w:pPr>
            <w:r/>
            <w:r>
              <w:rPr>
                <w:rFonts w:ascii="Yu Mincho" w:hAnsi="Yu Mincho" w:eastAsia="Yu Mincho"/>
                <w:b w:val="0"/>
                <w:color w:val="222222"/>
                <w:sz w:val="20"/>
              </w:rPr>
            </w:r>
          </w:p>
        </w:tc>
        <w:tc>
          <w:tcPr>
            <w:tcW w:type="dxa" w:w="6690"/>
            <w:vAlign w:val="bottom"/>
          </w:tcPr>
          <w:p>
            <w:pPr>
              <w:spacing w:after="0" w:before="0" w:lineRule="exact" w:line="290"/>
            </w:pPr>
            <w:r/>
            <w:r>
              <w:rPr>
                <w:rFonts w:ascii="Yu Mincho" w:hAnsi="Yu Mincho" w:eastAsia="Yu Mincho"/>
                <w:b w:val="0"/>
                <w:color w:val="222222"/>
                <w:sz w:val="20"/>
              </w:rPr>
              <w:t>２階　２１・３４平方メートル</w:t>
            </w:r>
          </w:p>
        </w:tc>
      </w:tr>
    </w:tbl>
    <w:p>
      <w:pPr>
        <w:spacing w:after="80" w:before="120" w:lineRule="exact" w:line="378"/>
      </w:pPr>
      <w:r>
        <w:rPr>
          <w:rFonts w:ascii="Yu Mincho" w:hAnsi="Yu Mincho" w:eastAsia="Yu Mincho"/>
          <w:b w:val="0"/>
          <w:color w:val="222222"/>
          <w:sz w:val="21"/>
        </w:rPr>
        <w:t>＊　これは、記載例です。この記載例を参考に、申請の内容に応じて作成してください。</w:t>
      </w:r>
    </w:p>
    <w:p>
      <w:pPr>
        <w:spacing w:after="0" w:before="0" w:lineRule="exact" w:line="378"/>
      </w:pPr>
      <w:r>
        <w:rPr>
          <w:rFonts w:ascii="Yu Gothic" w:hAnsi="Yu Gothic" w:eastAsia="Yu Gothic"/>
          <w:b w:val="0"/>
          <w:color w:val="8A8478"/>
          <w:sz w:val="16"/>
        </w:rPr>
        <w:t>記載例の注：（注18）代理人に登記の申請を委任する場合、記載例を参考に委任状を作成してください（この場合、申請書に代理人についての記載等が必要です。）。（注19）委任者の印は、認印で結構です。委任状の「記」の登記の目的・原因・相続人・不動産の表示は、記載例の１ページ目の登記申請書に合わせて書かれています（委任状の例には、申請書にある不動産番号や相続人の生年月日などは書かれていません）。</w:t>
      </w:r>
    </w:p>
    <w:p>
      <w:pPr>
        <w:pageBreakBefore/>
        <w:spacing w:after="40" w:before="0" w:lineRule="exact" w:line="504"/>
      </w:pPr>
      <w:r>
        <w:rPr>
          <w:rFonts w:ascii="Yu Gothic" w:hAnsi="Yu Gothic" w:eastAsia="Yu Gothic"/>
          <w:b/>
          <w:color w:val="2B4C3C"/>
          <w:sz w:val="28"/>
        </w:rPr>
        <w:t>使い方と注意点</w:t>
      </w:r>
    </w:p>
    <w:p>
      <w:pPr>
        <w:spacing w:after="80" w:before="0" w:lineRule="exact" w:line="378"/>
      </w:pPr>
      <w:r>
        <w:rPr>
          <w:rFonts w:ascii="Yu Gothic" w:hAnsi="Yu Gothic" w:eastAsia="Yu Gothic"/>
          <w:b w:val="0"/>
          <w:color w:val="8A8478"/>
          <w:sz w:val="16"/>
        </w:rPr>
        <w:t>委任状テンプレート（Word版）｜ふれあいの丘｜2026年10月6日確認</w:t>
      </w:r>
    </w:p>
    <w:p>
      <w:pPr>
        <w:spacing w:after="20" w:before="100" w:lineRule="exact" w:line="378"/>
      </w:pPr>
      <w:r>
        <w:rPr>
          <w:rFonts w:ascii="Yu Gothic" w:hAnsi="Yu Gothic" w:eastAsia="Yu Gothic"/>
          <w:b/>
          <w:color w:val="2B4C3C"/>
          <w:sz w:val="21"/>
        </w:rPr>
        <w:t>使い方</w:t>
      </w:r>
    </w:p>
    <w:p>
      <w:pPr>
        <w:spacing w:after="0" w:before="0" w:lineRule="exact" w:line="264"/>
        <w:ind w:left="170"/>
      </w:pPr>
      <w:r>
        <w:rPr>
          <w:rFonts w:ascii="Yu Gothic" w:hAnsi="Yu Gothic" w:eastAsia="Yu Gothic"/>
          <w:b w:val="0"/>
          <w:color w:val="222222"/>
          <w:sz w:val="17"/>
        </w:rPr>
        <w:t>1　1ページ目が相続登記の委任状、2ページ目が戸籍の証明書の請求の委任状です。印刷するときは使うページだけを指定してください（3・4ページ目は説明です）。</w:t>
      </w:r>
    </w:p>
    <w:p>
      <w:pPr>
        <w:spacing w:after="0" w:before="0" w:lineRule="exact" w:line="264"/>
        <w:ind w:left="170"/>
      </w:pPr>
      <w:r>
        <w:rPr>
          <w:rFonts w:ascii="Yu Gothic" w:hAnsi="Yu Gothic" w:eastAsia="Yu Gothic"/>
          <w:b w:val="0"/>
          <w:color w:val="222222"/>
          <w:sz w:val="17"/>
        </w:rPr>
        <w:t>2　灰色の〔　〕を書き換えます。〔　〕と灰色の説明書きは残さず消してください。</w:t>
      </w:r>
    </w:p>
    <w:p>
      <w:pPr>
        <w:spacing w:after="0" w:before="0" w:lineRule="exact" w:line="264"/>
        <w:ind w:left="170"/>
      </w:pPr>
      <w:r>
        <w:rPr>
          <w:rFonts w:ascii="Yu Gothic" w:hAnsi="Yu Gothic" w:eastAsia="Yu Gothic"/>
          <w:b w:val="0"/>
          <w:color w:val="222222"/>
          <w:sz w:val="17"/>
        </w:rPr>
        <w:t>3　相続登記の委任状の「記」の登記の目的・原因・相続人・不動産の表示は、登記申請書に合わせて書きます（法務局の記載例でも申請書に合わせて書かれています）。不動産の数に合わせて表示を増やすか削除してください。法定相続分で相続する記載例では、相続人ごとに持分も書かれています（例：持分２分の１）。</w:t>
      </w:r>
    </w:p>
    <w:p>
      <w:pPr>
        <w:spacing w:after="0" w:before="0" w:lineRule="exact" w:line="264"/>
        <w:ind w:left="170"/>
      </w:pPr>
      <w:r>
        <w:rPr>
          <w:rFonts w:ascii="Yu Gothic" w:hAnsi="Yu Gothic" w:eastAsia="Yu Gothic"/>
          <w:b w:val="0"/>
          <w:color w:val="222222"/>
          <w:sz w:val="17"/>
        </w:rPr>
        <w:t>4　戸籍の委任状は、委任する内容をできるだけ具体的に書きます。請求先の市区町村に様式があるときは、その様式を使ってください。</w:t>
      </w:r>
    </w:p>
    <w:p>
      <w:pPr>
        <w:spacing w:after="20" w:before="100" w:lineRule="exact" w:line="378"/>
      </w:pPr>
      <w:r>
        <w:rPr>
          <w:rFonts w:ascii="Yu Gothic" w:hAnsi="Yu Gothic" w:eastAsia="Yu Gothic"/>
          <w:b/>
          <w:color w:val="2B4C3C"/>
          <w:sz w:val="21"/>
        </w:rPr>
        <w:t>相続登記の委任状（法務局の記載例の範囲）</w:t>
      </w:r>
    </w:p>
    <w:p>
      <w:pPr>
        <w:spacing w:after="0" w:before="0" w:lineRule="exact" w:line="264"/>
        <w:ind w:left="170"/>
      </w:pPr>
      <w:r>
        <w:rPr>
          <w:rFonts w:ascii="Yu Gothic" w:hAnsi="Yu Gothic" w:eastAsia="Yu Gothic"/>
          <w:b w:val="0"/>
          <w:color w:val="222222"/>
          <w:sz w:val="17"/>
        </w:rPr>
        <w:t>・法務局の記載例「委任状の例」の文・順序・項目のまま、氏名・住所・日付・登記の内容を空欄にしたものです。権限の１〜５は記載例の文のままで、条項は足していません。</w:t>
      </w:r>
    </w:p>
    <w:p>
      <w:pPr>
        <w:spacing w:after="0" w:before="0" w:lineRule="exact" w:line="264"/>
        <w:ind w:left="170"/>
      </w:pPr>
      <w:r>
        <w:rPr>
          <w:rFonts w:ascii="Yu Gothic" w:hAnsi="Yu Gothic" w:eastAsia="Yu Gothic"/>
          <w:b w:val="0"/>
          <w:color w:val="222222"/>
          <w:sz w:val="17"/>
        </w:rPr>
        <w:t>・代理人に登記の申請を頼むときは、委任状を作るとともに、登記申請書にも代理人についての記載等が必要です（法務局の記載例の注18、法務省のご案内）。</w:t>
      </w:r>
    </w:p>
    <w:p>
      <w:pPr>
        <w:spacing w:after="0" w:before="0" w:lineRule="exact" w:line="264"/>
        <w:ind w:left="170"/>
      </w:pPr>
      <w:r>
        <w:rPr>
          <w:rFonts w:ascii="Yu Gothic" w:hAnsi="Yu Gothic" w:eastAsia="Yu Gothic"/>
          <w:b w:val="0"/>
          <w:color w:val="222222"/>
          <w:sz w:val="17"/>
        </w:rPr>
        <w:t>・委任者の印は、認印で結構です（記載例の注19）。</w:t>
      </w:r>
    </w:p>
    <w:p>
      <w:pPr>
        <w:spacing w:after="0" w:before="0" w:lineRule="exact" w:line="264"/>
        <w:ind w:left="170"/>
      </w:pPr>
      <w:r>
        <w:rPr>
          <w:rFonts w:ascii="Yu Gothic" w:hAnsi="Yu Gothic" w:eastAsia="Yu Gothic"/>
          <w:b w:val="0"/>
          <w:color w:val="222222"/>
          <w:sz w:val="17"/>
        </w:rPr>
        <w:t>・相続人の１人が保存行為として共同相続人全員のために相続の登記を申請する場合は、委任状は不要です（法定相続の記載例の注16）。</w:t>
      </w:r>
    </w:p>
    <w:p>
      <w:pPr>
        <w:spacing w:after="0" w:before="0" w:lineRule="exact" w:line="264"/>
        <w:ind w:left="170"/>
      </w:pPr>
      <w:r>
        <w:rPr>
          <w:rFonts w:ascii="Yu Gothic" w:hAnsi="Yu Gothic" w:eastAsia="Yu Gothic"/>
          <w:b w:val="0"/>
          <w:color w:val="222222"/>
          <w:sz w:val="17"/>
        </w:rPr>
        <w:t>・登記申請用に作った委任状は、原本を返してもらえません（法務局「不動産登記の申請書様式について」）。</w:t>
      </w:r>
    </w:p>
    <w:p>
      <w:pPr>
        <w:spacing w:after="0" w:before="0" w:lineRule="exact" w:line="264"/>
        <w:ind w:left="170"/>
      </w:pPr>
      <w:r>
        <w:rPr>
          <w:rFonts w:ascii="Yu Gothic" w:hAnsi="Yu Gothic" w:eastAsia="Yu Gothic"/>
          <w:b w:val="0"/>
          <w:color w:val="222222"/>
          <w:sz w:val="17"/>
        </w:rPr>
        <w:t>・申請書の「原因」の日付は亡くなった日で、不動産は登記事項証明書に記録されているとおりに書きます。相続登記の申請の相談は、司法書士・弁護士にできます（法務省のご案内）。</w:t>
      </w:r>
    </w:p>
    <w:p>
      <w:pPr>
        <w:spacing w:after="20" w:before="100" w:lineRule="exact" w:line="378"/>
      </w:pPr>
      <w:r>
        <w:rPr>
          <w:rFonts w:ascii="Yu Gothic" w:hAnsi="Yu Gothic" w:eastAsia="Yu Gothic"/>
          <w:b/>
          <w:color w:val="2B4C3C"/>
          <w:sz w:val="21"/>
        </w:rPr>
        <w:t>戸籍の証明書の請求の委任状（確認した4市に共通する項目）</w:t>
      </w:r>
    </w:p>
    <w:p>
      <w:pPr>
        <w:spacing w:after="0" w:before="0" w:lineRule="exact" w:line="264"/>
        <w:ind w:left="170"/>
      </w:pPr>
      <w:r>
        <w:rPr>
          <w:rFonts w:ascii="Yu Gothic" w:hAnsi="Yu Gothic" w:eastAsia="Yu Gothic"/>
          <w:b w:val="0"/>
          <w:color w:val="222222"/>
          <w:sz w:val="17"/>
        </w:rPr>
        <w:t>・札幌市・横浜市・大阪市・福岡市の委任状の案内・様式に共通する項目（代理人の住所・氏名、委任する内容、作成した日、委任者の住所・氏名）だけを欄にしています。代理人や委任者の生年月日、委任者の電話番号、提出先、請求事由などの欄がある様式もあるため、請求先の市区町村で確認してください。</w:t>
      </w:r>
    </w:p>
    <w:p>
      <w:pPr>
        <w:spacing w:after="0" w:before="0" w:lineRule="exact" w:line="264"/>
        <w:ind w:left="170"/>
      </w:pPr>
      <w:r>
        <w:rPr>
          <w:rFonts w:ascii="Yu Gothic" w:hAnsi="Yu Gothic" w:eastAsia="Yu Gothic"/>
          <w:b w:val="0"/>
          <w:color w:val="222222"/>
          <w:sz w:val="17"/>
        </w:rPr>
        <w:t>・委任状は、戸籍の証明書を請求する人（戸籍に記載されている本人・配偶者・直系尊属・直系卑属など）が作ります。法務省は、委任状への押印は必須ではないとしています。自署か記名押印かなど署名の扱いは、請求先で確認してください。</w:t>
      </w:r>
    </w:p>
    <w:p>
      <w:pPr>
        <w:spacing w:after="0" w:before="0" w:lineRule="exact" w:line="264"/>
        <w:ind w:left="170"/>
      </w:pPr>
      <w:r>
        <w:rPr>
          <w:rFonts w:ascii="Yu Gothic" w:hAnsi="Yu Gothic" w:eastAsia="Yu Gothic"/>
          <w:b w:val="0"/>
          <w:color w:val="222222"/>
          <w:sz w:val="17"/>
        </w:rPr>
        <w:t>・委任する内容の書き方の例として、確認した自治体の様式・見本には、証明書の種類と通数、本籍・筆頭者の氏名、相続などで他の人の証明書を頼むときの氏名と委任者との続柄を書く欄や例があります。</w:t>
      </w:r>
    </w:p>
    <w:p>
      <w:pPr>
        <w:spacing w:after="0" w:before="0" w:lineRule="exact" w:line="264"/>
        <w:ind w:left="170"/>
      </w:pPr>
      <w:r>
        <w:rPr>
          <w:rFonts w:ascii="Yu Gothic" w:hAnsi="Yu Gothic" w:eastAsia="Yu Gothic"/>
          <w:b w:val="0"/>
          <w:color w:val="222222"/>
          <w:sz w:val="17"/>
        </w:rPr>
        <w:t>・子が両親の戸籍謄本を請求するときは、委任状は要りません（本人確認の書類は必要です。法務省）。</w:t>
      </w:r>
    </w:p>
    <w:p>
      <w:pPr>
        <w:spacing w:after="0" w:before="0" w:lineRule="exact" w:line="264"/>
        <w:ind w:left="170"/>
      </w:pPr>
      <w:r>
        <w:rPr>
          <w:rFonts w:ascii="Yu Gothic" w:hAnsi="Yu Gothic" w:eastAsia="Yu Gothic"/>
          <w:b w:val="0"/>
          <w:color w:val="222222"/>
          <w:sz w:val="17"/>
        </w:rPr>
        <w:t>・亡くなった兄弟姉妹の相続人が兄弟姉妹の戸籍謄本を請求する場合などは、法務省の案内では「自己の権利の行使又は義務の履行のために必要な方」からの請求の例とされ、請求の理由の記載が求められます。代理人が請求するときは、その請求する人が作った委任状が必要です。</w:t>
      </w:r>
    </w:p>
    <w:p>
      <w:pPr>
        <w:spacing w:after="0" w:before="0" w:lineRule="exact" w:line="264"/>
        <w:ind w:left="170"/>
      </w:pPr>
      <w:r>
        <w:rPr>
          <w:rFonts w:ascii="Yu Gothic" w:hAnsi="Yu Gothic" w:eastAsia="Yu Gothic"/>
          <w:b w:val="0"/>
          <w:color w:val="222222"/>
          <w:sz w:val="17"/>
        </w:rPr>
        <w:t>・戸籍の証明書の請求のためだけに作った委任状は、返してもらえません（戸籍法施行規則第11条の5）。窓口に行く代理人の本人確認書類も必要です。</w:t>
      </w:r>
    </w:p>
    <w:p>
      <w:pPr>
        <w:spacing w:after="20" w:before="100" w:lineRule="exact" w:line="378"/>
      </w:pPr>
      <w:r>
        <w:rPr>
          <w:rFonts w:ascii="Yu Gothic" w:hAnsi="Yu Gothic" w:eastAsia="Yu Gothic"/>
          <w:b/>
          <w:color w:val="2B4C3C"/>
          <w:sz w:val="21"/>
        </w:rPr>
        <w:t>この委任状がそのままでは使えないことがある場面</w:t>
      </w:r>
    </w:p>
    <w:p>
      <w:pPr>
        <w:spacing w:after="0" w:before="0" w:lineRule="exact" w:line="264"/>
        <w:ind w:left="170"/>
      </w:pPr>
      <w:r>
        <w:rPr>
          <w:rFonts w:ascii="Yu Gothic" w:hAnsi="Yu Gothic" w:eastAsia="Yu Gothic"/>
          <w:b w:val="0"/>
          <w:color w:val="222222"/>
          <w:sz w:val="17"/>
        </w:rPr>
        <w:t>・戸籍の広域交付（2024年3月1日から、本籍地以外の市区町村の窓口でも戸籍証明書を請求できる仕組み）は、請求できる人が自分で窓口に行く必要があり、郵送や代理人による請求はできません（法務省）。代理人に頼むときは、本籍地の市区町村に請求します。</w:t>
      </w:r>
    </w:p>
    <w:p>
      <w:pPr>
        <w:spacing w:after="0" w:before="0" w:lineRule="exact" w:line="264"/>
        <w:ind w:left="170"/>
      </w:pPr>
      <w:r>
        <w:rPr>
          <w:rFonts w:ascii="Yu Gothic" w:hAnsi="Yu Gothic" w:eastAsia="Yu Gothic"/>
          <w:b w:val="0"/>
          <w:color w:val="222222"/>
          <w:sz w:val="17"/>
        </w:rPr>
        <w:t>・預金の相続の手続きは、取引金融機関所定の相続手続書類に記入し、相続人が署名捺印して出します（全国銀行協会）。代理人に頼めるか、どの書類が要るかは、取引金融機関に確認してください。</w:t>
      </w:r>
    </w:p>
    <w:p>
      <w:pPr>
        <w:spacing w:after="0" w:before="0" w:lineRule="exact" w:line="264"/>
        <w:ind w:left="170"/>
      </w:pPr>
      <w:r>
        <w:rPr>
          <w:rFonts w:ascii="Yu Gothic" w:hAnsi="Yu Gothic" w:eastAsia="Yu Gothic"/>
          <w:b w:val="0"/>
          <w:color w:val="222222"/>
          <w:sz w:val="17"/>
        </w:rPr>
        <w:t>・年金の相談や手続きを代理人に頼むときは、日本年金機構の委任状様式か、基礎年金番号など決まった事項を書いた用紙を使います（日本年金機構）。</w:t>
      </w:r>
    </w:p>
    <w:p>
      <w:pPr>
        <w:spacing w:after="0" w:before="0" w:lineRule="exact" w:line="264"/>
        <w:ind w:left="170"/>
      </w:pPr>
      <w:r>
        <w:rPr>
          <w:rFonts w:ascii="Yu Gothic" w:hAnsi="Yu Gothic" w:eastAsia="Yu Gothic"/>
          <w:b w:val="0"/>
          <w:color w:val="222222"/>
          <w:sz w:val="17"/>
        </w:rPr>
        <w:t>・そのほかの手続きも、提出先が独自の様式や記載事項を決めていることがあります。使う前に提出先に確認してください。</w:t>
      </w:r>
    </w:p>
    <w:p>
      <w:pPr>
        <w:spacing w:after="20" w:before="100" w:lineRule="exact" w:line="378"/>
      </w:pPr>
      <w:r>
        <w:rPr>
          <w:rFonts w:ascii="Yu Gothic" w:hAnsi="Yu Gothic" w:eastAsia="Yu Gothic"/>
          <w:b/>
          <w:color w:val="2B4C3C"/>
          <w:sz w:val="21"/>
        </w:rPr>
        <w:t>出典（2026年10月6日確認）</w:t>
      </w:r>
    </w:p>
    <w:p>
      <w:pPr>
        <w:spacing w:after="0" w:before="0" w:lineRule="exact" w:line="230"/>
        <w:ind w:left="170"/>
      </w:pPr>
      <w:r>
        <w:rPr>
          <w:rFonts w:ascii="Yu Gothic" w:hAnsi="Yu Gothic" w:eastAsia="Yu Gothic"/>
          <w:b w:val="0"/>
          <w:color w:val="8A8478"/>
          <w:sz w:val="14"/>
        </w:rPr>
        <w:t>法務局「所有権移転登記申請書（相続・遺産分割）」記載例（R8.10.5以降に申請する場合） https://houmukyoku.moj.go.jp/homu/content/001470094.pdf</w:t>
      </w:r>
    </w:p>
    <w:p>
      <w:pPr>
        <w:spacing w:after="0" w:before="0" w:lineRule="exact" w:line="230"/>
        <w:ind w:left="170"/>
      </w:pPr>
      <w:r>
        <w:rPr>
          <w:rFonts w:ascii="Yu Gothic" w:hAnsi="Yu Gothic" w:eastAsia="Yu Gothic"/>
          <w:b w:val="0"/>
          <w:color w:val="8A8478"/>
          <w:sz w:val="14"/>
        </w:rPr>
        <w:t>法務局「所有権移転登記申請書（相続・法定相続）」記載例（R8.10.5以降に申請する場合） https://houmukyoku.moj.go.jp/homu/content/001470090.pdf</w:t>
      </w:r>
    </w:p>
    <w:p>
      <w:pPr>
        <w:spacing w:after="0" w:before="0" w:lineRule="exact" w:line="230"/>
        <w:ind w:left="170"/>
      </w:pPr>
      <w:r>
        <w:rPr>
          <w:rFonts w:ascii="Yu Gothic" w:hAnsi="Yu Gothic" w:eastAsia="Yu Gothic"/>
          <w:b w:val="0"/>
          <w:color w:val="8A8478"/>
          <w:sz w:val="14"/>
        </w:rPr>
        <w:t>法務局「不動産登記の申請書様式について」 https://houmukyoku.moj.go.jp/homu/minji79.html</w:t>
      </w:r>
    </w:p>
    <w:p>
      <w:pPr>
        <w:spacing w:after="0" w:before="0" w:lineRule="exact" w:line="230"/>
        <w:ind w:left="170"/>
      </w:pPr>
      <w:r>
        <w:rPr>
          <w:rFonts w:ascii="Yu Gothic" w:hAnsi="Yu Gothic" w:eastAsia="Yu Gothic"/>
          <w:b w:val="0"/>
          <w:color w:val="8A8478"/>
          <w:sz w:val="14"/>
        </w:rPr>
        <w:t>法務局「登記名義人住所・氏名変更登記申請書（会社の商号又は本店を変更又は移転した場合）」共通の記載例 https://houmukyoku.moj.go.jp/homu/content/001365911.pdf</w:t>
      </w:r>
    </w:p>
    <w:p>
      <w:pPr>
        <w:spacing w:after="0" w:before="0" w:lineRule="exact" w:line="230"/>
        <w:ind w:left="170"/>
      </w:pPr>
      <w:r>
        <w:rPr>
          <w:rFonts w:ascii="Yu Gothic" w:hAnsi="Yu Gothic" w:eastAsia="Yu Gothic"/>
          <w:b w:val="0"/>
          <w:color w:val="8A8478"/>
          <w:sz w:val="14"/>
        </w:rPr>
        <w:t>法務省民事局「登記申請手続のご案内（相続登記①／遺産分割協議編）」 https://houmukyoku.moj.go.jp/homu/content/001437202.pdf</w:t>
      </w:r>
    </w:p>
    <w:p>
      <w:pPr>
        <w:spacing w:after="0" w:before="0" w:lineRule="exact" w:line="230"/>
        <w:ind w:left="170"/>
      </w:pPr>
      <w:r>
        <w:rPr>
          <w:rFonts w:ascii="Yu Gothic" w:hAnsi="Yu Gothic" w:eastAsia="Yu Gothic"/>
          <w:b w:val="0"/>
          <w:color w:val="8A8478"/>
          <w:sz w:val="14"/>
        </w:rPr>
        <w:t>法務省「戸籍ＡＢＣ（Ｑ６～）」 https://www.moj.go.jp/MINJI/minji04_00032.html</w:t>
      </w:r>
    </w:p>
    <w:p>
      <w:pPr>
        <w:spacing w:after="0" w:before="0" w:lineRule="exact" w:line="230"/>
        <w:ind w:left="170"/>
      </w:pPr>
      <w:r>
        <w:rPr>
          <w:rFonts w:ascii="Yu Gothic" w:hAnsi="Yu Gothic" w:eastAsia="Yu Gothic"/>
          <w:b w:val="0"/>
          <w:color w:val="8A8478"/>
          <w:sz w:val="14"/>
        </w:rPr>
        <w:t>法務省「戸籍の窓口での「本人確認」が法律上のルールになりました」 https://www.moj.go.jp/MINJI/minji150.html</w:t>
      </w:r>
    </w:p>
    <w:p>
      <w:pPr>
        <w:spacing w:after="0" w:before="0" w:lineRule="exact" w:line="230"/>
        <w:ind w:left="170"/>
      </w:pPr>
      <w:r>
        <w:rPr>
          <w:rFonts w:ascii="Yu Gothic" w:hAnsi="Yu Gothic" w:eastAsia="Yu Gothic"/>
          <w:b w:val="0"/>
          <w:color w:val="8A8478"/>
          <w:sz w:val="14"/>
        </w:rPr>
        <w:t>法務省「戸籍法の一部を改正する法律について（令和６年３月１日施行）」 https://www.moj.go.jp/MINJI/minji04_00082.html</w:t>
      </w:r>
    </w:p>
    <w:p>
      <w:pPr>
        <w:spacing w:after="0" w:before="0" w:lineRule="exact" w:line="230"/>
        <w:ind w:left="170"/>
      </w:pPr>
      <w:r>
        <w:rPr>
          <w:rFonts w:ascii="Yu Gothic" w:hAnsi="Yu Gothic" w:eastAsia="Yu Gothic"/>
          <w:b w:val="0"/>
          <w:color w:val="8A8478"/>
          <w:sz w:val="14"/>
        </w:rPr>
        <w:t>戸籍法 第10条・第10条の3・第120条の2（e-Gov法令検索） https://laws.e-gov.go.jp/law/322AC0000000224</w:t>
      </w:r>
    </w:p>
    <w:p>
      <w:pPr>
        <w:spacing w:after="0" w:before="0" w:lineRule="exact" w:line="230"/>
        <w:ind w:left="170"/>
      </w:pPr>
      <w:r>
        <w:rPr>
          <w:rFonts w:ascii="Yu Gothic" w:hAnsi="Yu Gothic" w:eastAsia="Yu Gothic"/>
          <w:b w:val="0"/>
          <w:color w:val="8A8478"/>
          <w:sz w:val="14"/>
        </w:rPr>
        <w:t>戸籍法施行規則 第11条の4・第11条の5（e-Gov法令検索） https://laws.e-gov.go.jp/law/322M40000010094</w:t>
      </w:r>
    </w:p>
    <w:p>
      <w:pPr>
        <w:spacing w:after="0" w:before="0" w:lineRule="exact" w:line="230"/>
        <w:ind w:left="170"/>
      </w:pPr>
      <w:r>
        <w:rPr>
          <w:rFonts w:ascii="Yu Gothic" w:hAnsi="Yu Gothic" w:eastAsia="Yu Gothic"/>
          <w:b w:val="0"/>
          <w:color w:val="8A8478"/>
          <w:sz w:val="14"/>
        </w:rPr>
        <w:t>札幌市「戸籍謄本、戸籍の附票など」・委任状（住民票・戸籍等証明請求用） https://www.city.sapporo.jp/shimin/koseki/shomei/koseki.html</w:t>
      </w:r>
    </w:p>
    <w:p>
      <w:pPr>
        <w:spacing w:after="0" w:before="0" w:lineRule="exact" w:line="230"/>
        <w:ind w:left="170"/>
      </w:pPr>
      <w:r>
        <w:rPr>
          <w:rFonts w:ascii="Yu Gothic" w:hAnsi="Yu Gothic" w:eastAsia="Yu Gothic"/>
          <w:b w:val="0"/>
          <w:color w:val="8A8478"/>
          <w:sz w:val="14"/>
        </w:rPr>
        <w:t>横浜市「戸籍謄本（戸籍全部事項証明書）などを窓口で請求する」・委任状の見本 https://www.city.yokohama.lg.jp/kurashi/koseki-zei-hoken/todokede/koseki-juminhyo/shoumei/kosekitouhon/mado.html</w:t>
      </w:r>
    </w:p>
    <w:p>
      <w:pPr>
        <w:spacing w:after="0" w:before="0" w:lineRule="exact" w:line="230"/>
        <w:ind w:left="170"/>
      </w:pPr>
      <w:r>
        <w:rPr>
          <w:rFonts w:ascii="Yu Gothic" w:hAnsi="Yu Gothic" w:eastAsia="Yu Gothic"/>
          <w:b w:val="0"/>
          <w:color w:val="8A8478"/>
          <w:sz w:val="14"/>
        </w:rPr>
        <w:t>大阪市「各種申請等を代理人へ委任する場合（委任状）」 https://www.city.osaka.lg.jp/shimin/page/0000369914.html</w:t>
      </w:r>
    </w:p>
    <w:p>
      <w:pPr>
        <w:spacing w:after="0" w:before="0" w:lineRule="exact" w:line="230"/>
        <w:ind w:left="170"/>
      </w:pPr>
      <w:r>
        <w:rPr>
          <w:rFonts w:ascii="Yu Gothic" w:hAnsi="Yu Gothic" w:eastAsia="Yu Gothic"/>
          <w:b w:val="0"/>
          <w:color w:val="8A8478"/>
          <w:sz w:val="14"/>
        </w:rPr>
        <w:t>福岡市「委任状」 https://www.city.fukuoka.lg.jp/shimin/kusei/life/A088.html</w:t>
      </w:r>
    </w:p>
    <w:p>
      <w:pPr>
        <w:spacing w:after="0" w:before="0" w:lineRule="exact" w:line="230"/>
        <w:ind w:left="170"/>
      </w:pPr>
      <w:r>
        <w:rPr>
          <w:rFonts w:ascii="Yu Gothic" w:hAnsi="Yu Gothic" w:eastAsia="Yu Gothic"/>
          <w:b w:val="0"/>
          <w:color w:val="8A8478"/>
          <w:sz w:val="14"/>
        </w:rPr>
        <w:t>全国銀行協会「預金相続の手続の流れ」 https://www.zenginkyo.or.jp/article/tag-f/7704/</w:t>
      </w:r>
    </w:p>
    <w:p>
      <w:pPr>
        <w:spacing w:after="0" w:before="0" w:lineRule="exact" w:line="230"/>
        <w:ind w:left="170"/>
      </w:pPr>
      <w:r>
        <w:rPr>
          <w:rFonts w:ascii="Yu Gothic" w:hAnsi="Yu Gothic" w:eastAsia="Yu Gothic"/>
          <w:b w:val="0"/>
          <w:color w:val="8A8478"/>
          <w:sz w:val="14"/>
        </w:rPr>
        <w:t>日本年金機構「年金相談や手続きを代理人に委任するとき」 https://www.nenkin.go.jp/service/jukyu/tetsuduki/kyotsu/sonota/20140306.html</w:t>
      </w:r>
    </w:p>
    <w:p>
      <w:pPr>
        <w:spacing w:after="0" w:before="120" w:lineRule="exact" w:line="240"/>
      </w:pPr>
      <w:r>
        <w:rPr>
          <w:rFonts w:ascii="Yu Gothic" w:hAnsi="Yu Gothic" w:eastAsia="Yu Gothic"/>
          <w:b w:val="0"/>
          <w:color w:val="222222"/>
          <w:sz w:val="16"/>
        </w:rPr>
        <w:t>発行：生前整理支援センター ふれあいの丘（株式会社Kogera）　www.fureaino-oka.com/souzoku/ininjou-template　一般的な情報提供です。この委任状がその手続きで使えるかの個別の判断や、委任状・登記申請書の作成の代行はしていません。相続登記は司法書士・弁護士や申請先の法務局に、戸籍の請求は請求先の市区町村に確認してください。個人利用の範囲で自由に印刷・複製・編集いただけます。</w:t>
      </w:r>
    </w:p>
    <w:sectPr w:rsidR="00FC693F" w:rsidRPr="0006063C" w:rsidSect="00034616">
      <w:footerReference w:type="default" r:id="rId9"/>
      <w:pgSz w:w="11906" w:h="16838"/>
      <w:pgMar w:top="907" w:right="1247" w:bottom="90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Yu Gothic" w:hAnsi="Yu Gothic" w:eastAsia="Yu Gothic"/>
        <w:b w:val="0"/>
        <w:color w:val="6B6B6B"/>
        <w:sz w:val="15"/>
      </w:rPr>
      <w:t>委任状テンプレート（相続登記用・戸籍請求用）｜生前整理支援センター ふれあいの丘｜www.fureaino-oka.com/souzoku/ininjou-template</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Mincho" w:hAnsi="Yu Mincho" w:eastAsia="Yu Mincho"/>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委任状（相続登記用・戸籍請求用のひな形）</dc:title>
  <dc:subject>法務局の記載例「委任状の例」と、4市に共通する戸籍の委任状の項目を空欄にしたひな形（2026年10月6日確認）</dc:subject>
  <dc:creator>生前整理支援センター ふれあいの丘</dc:creator>
  <cp:keywords/>
  <dc:description>generated by python-docx</dc:description>
  <cp:lastModifiedBy/>
  <cp:revision>1</cp:revision>
  <dcterms:created xsi:type="dcterms:W3CDTF">2013-12-23T23:15:00Z</dcterms:created>
  <dcterms:modified xsi:type="dcterms:W3CDTF">2013-12-23T23:15:00Z</dcterms:modified>
  <cp:category/>
</cp:coreProperties>
</file>