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Rule="exact" w:line="592"/>
        <w:jc w:val="center"/>
      </w:pPr>
      <w:r>
        <w:rPr>
          <w:rFonts w:ascii="Yu Mincho" w:hAnsi="Yu Mincho" w:eastAsia="Yu Mincho"/>
          <w:b w:val="0"/>
          <w:color w:val="222222"/>
          <w:sz w:val="32"/>
        </w:rPr>
        <w:t>遺 産 分 割 協 議 書</w:t>
      </w:r>
    </w:p>
    <w:p>
      <w:pPr>
        <w:spacing w:after="200" w:before="0" w:lineRule="exact" w:line="408"/>
        <w:ind w:firstLine="220"/>
      </w:pPr>
      <w:r>
        <w:rPr>
          <w:rFonts w:ascii="Yu Mincho" w:hAnsi="Yu Mincho" w:eastAsia="Yu Mincho"/>
          <w:b w:val="0"/>
          <w:color w:val="222222"/>
          <w:sz w:val="22"/>
        </w:rPr>
        <w:t>令和</w:t>
      </w:r>
      <w:r>
        <w:rPr>
          <w:rFonts w:ascii="Yu Mincho" w:hAnsi="Yu Mincho" w:eastAsia="Yu Mincho"/>
          <w:b w:val="0"/>
          <w:color w:val="8A8478"/>
          <w:sz w:val="17"/>
        </w:rPr>
        <w:t>〔　〕</w:t>
      </w:r>
      <w:r>
        <w:rPr>
          <w:rFonts w:ascii="Yu Mincho" w:hAnsi="Yu Mincho" w:eastAsia="Yu Mincho"/>
          <w:b w:val="0"/>
          <w:color w:val="222222"/>
          <w:sz w:val="22"/>
        </w:rPr>
        <w:t>年</w:t>
      </w:r>
      <w:r>
        <w:rPr>
          <w:rFonts w:ascii="Yu Mincho" w:hAnsi="Yu Mincho" w:eastAsia="Yu Mincho"/>
          <w:b w:val="0"/>
          <w:color w:val="8A8478"/>
          <w:sz w:val="17"/>
        </w:rPr>
        <w:t>〔　〕</w:t>
      </w:r>
      <w:r>
        <w:rPr>
          <w:rFonts w:ascii="Yu Mincho" w:hAnsi="Yu Mincho" w:eastAsia="Yu Mincho"/>
          <w:b w:val="0"/>
          <w:color w:val="222222"/>
          <w:sz w:val="22"/>
        </w:rPr>
        <w:t>月</w:t>
      </w:r>
      <w:r>
        <w:rPr>
          <w:rFonts w:ascii="Yu Mincho" w:hAnsi="Yu Mincho" w:eastAsia="Yu Mincho"/>
          <w:b w:val="0"/>
          <w:color w:val="8A8478"/>
          <w:sz w:val="17"/>
        </w:rPr>
        <w:t>〔　〕</w:t>
      </w:r>
      <w:r>
        <w:rPr>
          <w:rFonts w:ascii="Yu Mincho" w:hAnsi="Yu Mincho" w:eastAsia="Yu Mincho"/>
          <w:b w:val="0"/>
          <w:color w:val="222222"/>
          <w:sz w:val="22"/>
        </w:rPr>
        <w:t>日、</w:t>
      </w:r>
      <w:r>
        <w:rPr>
          <w:rFonts w:ascii="Yu Mincho" w:hAnsi="Yu Mincho" w:eastAsia="Yu Mincho"/>
          <w:b w:val="0"/>
          <w:color w:val="8A8478"/>
          <w:sz w:val="17"/>
        </w:rPr>
        <w:t>〔亡くなった方の住所〕</w:t>
      </w:r>
      <w:r>
        <w:rPr>
          <w:rFonts w:ascii="Yu Mincho" w:hAnsi="Yu Mincho" w:eastAsia="Yu Mincho"/>
          <w:b w:val="0"/>
          <w:color w:val="222222"/>
          <w:sz w:val="22"/>
        </w:rPr>
        <w:t xml:space="preserve">　</w:t>
      </w:r>
      <w:r>
        <w:rPr>
          <w:rFonts w:ascii="Yu Mincho" w:hAnsi="Yu Mincho" w:eastAsia="Yu Mincho"/>
          <w:b w:val="0"/>
          <w:color w:val="8A8478"/>
          <w:sz w:val="17"/>
        </w:rPr>
        <w:t>〔亡くなった方の氏名〕</w:t>
      </w:r>
      <w:r>
        <w:rPr>
          <w:rFonts w:ascii="Yu Mincho" w:hAnsi="Yu Mincho" w:eastAsia="Yu Mincho"/>
          <w:b w:val="0"/>
          <w:color w:val="222222"/>
          <w:sz w:val="22"/>
        </w:rPr>
        <w:t xml:space="preserve">　の死亡によって開始した相続の共同相続人である</w:t>
      </w:r>
      <w:r>
        <w:rPr>
          <w:rFonts w:ascii="Yu Mincho" w:hAnsi="Yu Mincho" w:eastAsia="Yu Mincho"/>
          <w:b w:val="0"/>
          <w:color w:val="8A8478"/>
          <w:sz w:val="17"/>
        </w:rPr>
        <w:t>〔相続人の氏名〕</w:t>
      </w:r>
      <w:r>
        <w:rPr>
          <w:rFonts w:ascii="Yu Mincho" w:hAnsi="Yu Mincho" w:eastAsia="Yu Mincho"/>
          <w:b w:val="0"/>
          <w:color w:val="222222"/>
          <w:sz w:val="22"/>
        </w:rPr>
        <w:t>、</w:t>
      </w:r>
      <w:r>
        <w:rPr>
          <w:rFonts w:ascii="Yu Mincho" w:hAnsi="Yu Mincho" w:eastAsia="Yu Mincho"/>
          <w:b w:val="0"/>
          <w:color w:val="8A8478"/>
          <w:sz w:val="17"/>
        </w:rPr>
        <w:t>〔相続人の氏名〕</w:t>
      </w:r>
      <w:r>
        <w:rPr>
          <w:rFonts w:ascii="Yu Mincho" w:hAnsi="Yu Mincho" w:eastAsia="Yu Mincho"/>
          <w:b w:val="0"/>
          <w:color w:val="222222"/>
          <w:sz w:val="22"/>
        </w:rPr>
        <w:t>及び</w:t>
      </w:r>
      <w:r>
        <w:rPr>
          <w:rFonts w:ascii="Yu Mincho" w:hAnsi="Yu Mincho" w:eastAsia="Yu Mincho"/>
          <w:b w:val="0"/>
          <w:color w:val="8A8478"/>
          <w:sz w:val="17"/>
        </w:rPr>
        <w:t>〔相続人の氏名〕</w:t>
      </w:r>
      <w:r>
        <w:rPr>
          <w:rFonts w:ascii="Yu Mincho" w:hAnsi="Yu Mincho" w:eastAsia="Yu Mincho"/>
          <w:b w:val="0"/>
          <w:color w:val="222222"/>
          <w:sz w:val="22"/>
        </w:rPr>
        <w:t>は、本日、その相続財産について、次のとおり遺産分割の協議を行った。</w:t>
      </w:r>
    </w:p>
    <w:p>
      <w:pPr>
        <w:spacing w:after="200" w:before="0" w:lineRule="exact" w:line="408"/>
        <w:ind w:firstLine="220"/>
      </w:pPr>
      <w:r>
        <w:rPr>
          <w:rFonts w:ascii="Yu Mincho" w:hAnsi="Yu Mincho" w:eastAsia="Yu Mincho"/>
          <w:b w:val="0"/>
          <w:color w:val="222222"/>
          <w:sz w:val="22"/>
        </w:rPr>
        <w:t>相続財産のうち、下記の不動産は、</w:t>
      </w:r>
      <w:r>
        <w:rPr>
          <w:rFonts w:ascii="Yu Mincho" w:hAnsi="Yu Mincho" w:eastAsia="Yu Mincho"/>
          <w:b w:val="0"/>
          <w:color w:val="8A8478"/>
          <w:sz w:val="17"/>
        </w:rPr>
        <w:t>〔不動産を相続する人の氏名〕</w:t>
      </w:r>
      <w:r>
        <w:rPr>
          <w:rFonts w:ascii="Yu Mincho" w:hAnsi="Yu Mincho" w:eastAsia="Yu Mincho"/>
          <w:b w:val="0"/>
          <w:color w:val="222222"/>
          <w:sz w:val="22"/>
        </w:rPr>
        <w:t>が単独で相続する。</w:t>
      </w:r>
    </w:p>
    <w:p>
      <w:pPr>
        <w:spacing w:after="240" w:before="0" w:lineRule="exact" w:line="408"/>
        <w:ind w:firstLine="220"/>
      </w:pPr>
      <w:r>
        <w:rPr>
          <w:rFonts w:ascii="Yu Mincho" w:hAnsi="Yu Mincho" w:eastAsia="Yu Mincho"/>
          <w:b w:val="0"/>
          <w:color w:val="222222"/>
          <w:sz w:val="22"/>
        </w:rPr>
        <w:t>この協議を証するため、本協議書を</w:t>
      </w:r>
      <w:r>
        <w:rPr>
          <w:rFonts w:ascii="Yu Mincho" w:hAnsi="Yu Mincho" w:eastAsia="Yu Mincho"/>
          <w:b w:val="0"/>
          <w:color w:val="8A8478"/>
          <w:sz w:val="17"/>
        </w:rPr>
        <w:t>〔　〕</w:t>
      </w:r>
      <w:r>
        <w:rPr>
          <w:rFonts w:ascii="Yu Mincho" w:hAnsi="Yu Mincho" w:eastAsia="Yu Mincho"/>
          <w:b w:val="0"/>
          <w:color w:val="222222"/>
          <w:sz w:val="22"/>
        </w:rPr>
        <w:t>通作成して、それぞれに署名、押印し、各自１通を保有するものとする。</w:t>
      </w:r>
    </w:p>
    <w:p>
      <w:pPr>
        <w:spacing w:after="80" w:before="0" w:lineRule="exact" w:line="408"/>
        <w:ind w:firstLine="220"/>
      </w:pPr>
      <w:r>
        <w:rPr>
          <w:rFonts w:ascii="Yu Mincho" w:hAnsi="Yu Mincho" w:eastAsia="Yu Mincho"/>
          <w:b w:val="0"/>
          <w:color w:val="222222"/>
          <w:sz w:val="22"/>
        </w:rPr>
        <w:t>令和</w:t>
      </w:r>
      <w:r>
        <w:rPr>
          <w:rFonts w:ascii="Yu Mincho" w:hAnsi="Yu Mincho" w:eastAsia="Yu Mincho"/>
          <w:b w:val="0"/>
          <w:color w:val="8A8478"/>
          <w:sz w:val="17"/>
        </w:rPr>
        <w:t>〔　〕</w:t>
      </w:r>
      <w:r>
        <w:rPr>
          <w:rFonts w:ascii="Yu Mincho" w:hAnsi="Yu Mincho" w:eastAsia="Yu Mincho"/>
          <w:b w:val="0"/>
          <w:color w:val="222222"/>
          <w:sz w:val="22"/>
        </w:rPr>
        <w:t>年</w:t>
      </w:r>
      <w:r>
        <w:rPr>
          <w:rFonts w:ascii="Yu Mincho" w:hAnsi="Yu Mincho" w:eastAsia="Yu Mincho"/>
          <w:b w:val="0"/>
          <w:color w:val="8A8478"/>
          <w:sz w:val="17"/>
        </w:rPr>
        <w:t>〔　〕</w:t>
      </w:r>
      <w:r>
        <w:rPr>
          <w:rFonts w:ascii="Yu Mincho" w:hAnsi="Yu Mincho" w:eastAsia="Yu Mincho"/>
          <w:b w:val="0"/>
          <w:color w:val="222222"/>
          <w:sz w:val="22"/>
        </w:rPr>
        <w:t>月</w:t>
      </w:r>
      <w:r>
        <w:rPr>
          <w:rFonts w:ascii="Yu Mincho" w:hAnsi="Yu Mincho" w:eastAsia="Yu Mincho"/>
          <w:b w:val="0"/>
          <w:color w:val="8A8478"/>
          <w:sz w:val="17"/>
        </w:rPr>
        <w:t>〔　〕</w:t>
      </w:r>
      <w:r>
        <w:rPr>
          <w:rFonts w:ascii="Yu Mincho" w:hAnsi="Yu Mincho" w:eastAsia="Yu Mincho"/>
          <w:b w:val="0"/>
          <w:color w:val="222222"/>
          <w:sz w:val="22"/>
        </w:rPr>
        <w:t>日</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793"/>
        <w:gridCol w:w="4309"/>
        <w:gridCol w:w="3175"/>
        <w:gridCol w:w="793"/>
      </w:tblGrid>
      <w:tr>
        <w:trPr>
          <w:trHeight w:val="737" w:hRule="atLeast"/>
        </w:trPr>
        <w:tc>
          <w:tcPr>
            <w:tcW w:type="dxa" w:w="794"/>
          </w:tcPr>
          <w:p/>
        </w:tc>
        <w:tc>
          <w:tcPr>
            <w:tcW w:type="dxa" w:w="4309"/>
            <w:vAlign w:val="bottom"/>
            <w:tcBorders>
              <w:bottom w:val="dotted" w:sz="4" w:space="0" w:color="9A9A9A"/>
            </w:tcBorders>
          </w:tcPr>
          <w:p>
            <w:pPr>
              <w:spacing w:after="0" w:before="0"/>
            </w:pPr>
            <w:r/>
            <w:r>
              <w:rPr>
                <w:rFonts w:ascii="Yu Mincho" w:hAnsi="Yu Mincho" w:eastAsia="Yu Mincho"/>
                <w:b w:val="0"/>
                <w:color w:val="8A8478"/>
                <w:sz w:val="17"/>
              </w:rPr>
              <w:t>〔住所〕</w:t>
            </w:r>
          </w:p>
        </w:tc>
        <w:tc>
          <w:tcPr>
            <w:tcW w:type="dxa" w:w="3175"/>
            <w:vAlign w:val="bottom"/>
            <w:tcBorders>
              <w:bottom w:val="dotted" w:sz="4" w:space="0" w:color="9A9A9A"/>
            </w:tcBorders>
          </w:tcPr>
          <w:p>
            <w:pPr>
              <w:spacing w:after="0" w:before="0"/>
            </w:pPr>
            <w:r/>
            <w:r>
              <w:rPr>
                <w:rFonts w:ascii="Yu Mincho" w:hAnsi="Yu Mincho" w:eastAsia="Yu Mincho"/>
                <w:b w:val="0"/>
                <w:color w:val="8A8478"/>
                <w:sz w:val="17"/>
              </w:rPr>
              <w:t>〔氏名（署名）〕</w:t>
            </w:r>
          </w:p>
        </w:tc>
        <w:tc>
          <w:tcPr>
            <w:tcW w:type="dxa" w:w="794"/>
            <w:vAlign w:val="bottom"/>
          </w:tcPr>
          <w:p>
            <w:pPr>
              <w:spacing w:after="0" w:before="0"/>
              <w:jc w:val="center"/>
            </w:pPr>
            <w:r/>
            <w:r>
              <w:rPr>
                <w:rFonts w:ascii="Yu Mincho" w:hAnsi="Yu Mincho" w:eastAsia="Yu Mincho"/>
                <w:b w:val="0"/>
                <w:color w:val="8A8478"/>
                <w:sz w:val="17"/>
              </w:rPr>
              <w:t>実印</w:t>
            </w:r>
          </w:p>
        </w:tc>
      </w:tr>
      <w:tr>
        <w:trPr>
          <w:trHeight w:val="737" w:hRule="atLeast"/>
        </w:trPr>
        <w:tc>
          <w:tcPr>
            <w:tcW w:type="dxa" w:w="794"/>
          </w:tcPr>
          <w:p/>
        </w:tc>
        <w:tc>
          <w:tcPr>
            <w:tcW w:type="dxa" w:w="4309"/>
            <w:vAlign w:val="bottom"/>
            <w:tcBorders>
              <w:bottom w:val="dotted" w:sz="4" w:space="0" w:color="9A9A9A"/>
            </w:tcBorders>
          </w:tcPr>
          <w:p>
            <w:pPr>
              <w:spacing w:after="0" w:before="0"/>
            </w:pPr>
            <w:r/>
            <w:r>
              <w:rPr>
                <w:rFonts w:ascii="Yu Mincho" w:hAnsi="Yu Mincho" w:eastAsia="Yu Mincho"/>
                <w:b w:val="0"/>
                <w:color w:val="8A8478"/>
                <w:sz w:val="17"/>
              </w:rPr>
              <w:t>〔住所〕</w:t>
            </w:r>
          </w:p>
        </w:tc>
        <w:tc>
          <w:tcPr>
            <w:tcW w:type="dxa" w:w="3175"/>
            <w:vAlign w:val="bottom"/>
            <w:tcBorders>
              <w:bottom w:val="dotted" w:sz="4" w:space="0" w:color="9A9A9A"/>
            </w:tcBorders>
          </w:tcPr>
          <w:p>
            <w:pPr>
              <w:spacing w:after="0" w:before="0"/>
            </w:pPr>
            <w:r/>
            <w:r>
              <w:rPr>
                <w:rFonts w:ascii="Yu Mincho" w:hAnsi="Yu Mincho" w:eastAsia="Yu Mincho"/>
                <w:b w:val="0"/>
                <w:color w:val="8A8478"/>
                <w:sz w:val="17"/>
              </w:rPr>
              <w:t>〔氏名（署名）〕</w:t>
            </w:r>
          </w:p>
        </w:tc>
        <w:tc>
          <w:tcPr>
            <w:tcW w:type="dxa" w:w="794"/>
            <w:vAlign w:val="bottom"/>
          </w:tcPr>
          <w:p>
            <w:pPr>
              <w:spacing w:after="0" w:before="0"/>
              <w:jc w:val="center"/>
            </w:pPr>
            <w:r/>
            <w:r>
              <w:rPr>
                <w:rFonts w:ascii="Yu Mincho" w:hAnsi="Yu Mincho" w:eastAsia="Yu Mincho"/>
                <w:b w:val="0"/>
                <w:color w:val="8A8478"/>
                <w:sz w:val="17"/>
              </w:rPr>
              <w:t>実印</w:t>
            </w:r>
          </w:p>
        </w:tc>
      </w:tr>
      <w:tr>
        <w:trPr>
          <w:trHeight w:val="737" w:hRule="atLeast"/>
        </w:trPr>
        <w:tc>
          <w:tcPr>
            <w:tcW w:type="dxa" w:w="794"/>
          </w:tcPr>
          <w:p/>
        </w:tc>
        <w:tc>
          <w:tcPr>
            <w:tcW w:type="dxa" w:w="4309"/>
            <w:vAlign w:val="bottom"/>
            <w:tcBorders>
              <w:bottom w:val="dotted" w:sz="4" w:space="0" w:color="9A9A9A"/>
            </w:tcBorders>
          </w:tcPr>
          <w:p>
            <w:pPr>
              <w:spacing w:after="0" w:before="0"/>
            </w:pPr>
            <w:r/>
            <w:r>
              <w:rPr>
                <w:rFonts w:ascii="Yu Mincho" w:hAnsi="Yu Mincho" w:eastAsia="Yu Mincho"/>
                <w:b w:val="0"/>
                <w:color w:val="8A8478"/>
                <w:sz w:val="17"/>
              </w:rPr>
              <w:t>〔住所〕</w:t>
            </w:r>
          </w:p>
        </w:tc>
        <w:tc>
          <w:tcPr>
            <w:tcW w:type="dxa" w:w="3175"/>
            <w:vAlign w:val="bottom"/>
            <w:tcBorders>
              <w:bottom w:val="dotted" w:sz="4" w:space="0" w:color="9A9A9A"/>
            </w:tcBorders>
          </w:tcPr>
          <w:p>
            <w:pPr>
              <w:spacing w:after="0" w:before="0"/>
            </w:pPr>
            <w:r/>
            <w:r>
              <w:rPr>
                <w:rFonts w:ascii="Yu Mincho" w:hAnsi="Yu Mincho" w:eastAsia="Yu Mincho"/>
                <w:b w:val="0"/>
                <w:color w:val="8A8478"/>
                <w:sz w:val="17"/>
              </w:rPr>
              <w:t>〔氏名（署名）〕</w:t>
            </w:r>
          </w:p>
        </w:tc>
        <w:tc>
          <w:tcPr>
            <w:tcW w:type="dxa" w:w="794"/>
            <w:vAlign w:val="bottom"/>
          </w:tcPr>
          <w:p>
            <w:pPr>
              <w:spacing w:after="0" w:before="0"/>
              <w:jc w:val="center"/>
            </w:pPr>
            <w:r/>
            <w:r>
              <w:rPr>
                <w:rFonts w:ascii="Yu Mincho" w:hAnsi="Yu Mincho" w:eastAsia="Yu Mincho"/>
                <w:b w:val="0"/>
                <w:color w:val="8A8478"/>
                <w:sz w:val="17"/>
              </w:rPr>
              <w:t>実印</w:t>
            </w:r>
          </w:p>
        </w:tc>
      </w:tr>
    </w:tbl>
    <w:p>
      <w:pPr>
        <w:spacing w:after="120" w:before="280" w:lineRule="exact" w:line="408"/>
        <w:jc w:val="center"/>
      </w:pPr>
      <w:r>
        <w:rPr>
          <w:rFonts w:ascii="Yu Mincho" w:hAnsi="Yu Mincho" w:eastAsia="Yu Mincho"/>
          <w:b w:val="0"/>
          <w:color w:val="222222"/>
          <w:sz w:val="22"/>
        </w:rPr>
        <w:t>記</w:t>
      </w:r>
    </w:p>
    <w:p>
      <w:pPr>
        <w:spacing w:after="0" w:before="0" w:lineRule="exact" w:line="408"/>
      </w:pPr>
      <w:r>
        <w:rPr>
          <w:rFonts w:ascii="Yu Mincho" w:hAnsi="Yu Mincho" w:eastAsia="Yu Mincho"/>
          <w:b w:val="0"/>
          <w:color w:val="222222"/>
          <w:sz w:val="22"/>
        </w:rPr>
        <w:t>不動産</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340"/>
        <w:gridCol w:w="1360"/>
        <w:gridCol w:w="6804"/>
      </w:tblGrid>
      <w:tr>
        <w:trPr>
          <w:trHeight w:val="481" w:hRule="atLeast"/>
        </w:trPr>
        <w:tc>
          <w:tcPr>
            <w:tcW w:type="dxa" w:w="340"/>
          </w:tcPr>
          <w:p/>
        </w:tc>
        <w:tc>
          <w:tcPr>
            <w:tcW w:type="dxa" w:w="1361"/>
            <w:vAlign w:val="bottom"/>
          </w:tcPr>
          <w:p>
            <w:pPr>
              <w:spacing w:after="0" w:before="0"/>
            </w:pPr>
            <w:r/>
            <w:r>
              <w:rPr>
                <w:rFonts w:ascii="Yu Mincho" w:hAnsi="Yu Mincho" w:eastAsia="Yu Mincho"/>
                <w:b w:val="0"/>
                <w:color w:val="222222"/>
                <w:sz w:val="22"/>
              </w:rPr>
              <w:t>所　在</w:t>
            </w:r>
          </w:p>
        </w:tc>
        <w:tc>
          <w:tcPr>
            <w:tcW w:type="dxa" w:w="6803"/>
            <w:vAlign w:val="bottom"/>
            <w:tcBorders>
              <w:bottom w:val="dotted" w:sz="4" w:space="0" w:color="9A9A9A"/>
            </w:tcBorders>
          </w:tcPr>
          <w:p>
            <w:pPr>
              <w:spacing w:after="0" w:before="0"/>
            </w:pPr>
            <w:r/>
          </w:p>
        </w:tc>
      </w:tr>
      <w:tr>
        <w:trPr>
          <w:trHeight w:val="481" w:hRule="atLeast"/>
        </w:trPr>
        <w:tc>
          <w:tcPr>
            <w:tcW w:type="dxa" w:w="340"/>
          </w:tcPr>
          <w:p/>
        </w:tc>
        <w:tc>
          <w:tcPr>
            <w:tcW w:type="dxa" w:w="1361"/>
            <w:vAlign w:val="bottom"/>
          </w:tcPr>
          <w:p>
            <w:pPr>
              <w:spacing w:after="0" w:before="0"/>
            </w:pPr>
            <w:r/>
            <w:r>
              <w:rPr>
                <w:rFonts w:ascii="Yu Mincho" w:hAnsi="Yu Mincho" w:eastAsia="Yu Mincho"/>
                <w:b w:val="0"/>
                <w:color w:val="222222"/>
                <w:sz w:val="22"/>
              </w:rPr>
              <w:t>地　番</w:t>
            </w:r>
          </w:p>
        </w:tc>
        <w:tc>
          <w:tcPr>
            <w:tcW w:type="dxa" w:w="6803"/>
            <w:vAlign w:val="bottom"/>
            <w:tcBorders>
              <w:bottom w:val="dotted" w:sz="4" w:space="0" w:color="9A9A9A"/>
            </w:tcBorders>
          </w:tcPr>
          <w:p>
            <w:pPr>
              <w:spacing w:after="0" w:before="0"/>
            </w:pPr>
            <w:r/>
          </w:p>
        </w:tc>
      </w:tr>
      <w:tr>
        <w:trPr>
          <w:trHeight w:val="481" w:hRule="atLeast"/>
        </w:trPr>
        <w:tc>
          <w:tcPr>
            <w:tcW w:type="dxa" w:w="340"/>
          </w:tcPr>
          <w:p/>
        </w:tc>
        <w:tc>
          <w:tcPr>
            <w:tcW w:type="dxa" w:w="1361"/>
            <w:vAlign w:val="bottom"/>
          </w:tcPr>
          <w:p>
            <w:pPr>
              <w:spacing w:after="0" w:before="0"/>
            </w:pPr>
            <w:r/>
            <w:r>
              <w:rPr>
                <w:rFonts w:ascii="Yu Mincho" w:hAnsi="Yu Mincho" w:eastAsia="Yu Mincho"/>
                <w:b w:val="0"/>
                <w:color w:val="222222"/>
                <w:sz w:val="22"/>
              </w:rPr>
              <w:t>地　目</w:t>
            </w:r>
          </w:p>
        </w:tc>
        <w:tc>
          <w:tcPr>
            <w:tcW w:type="dxa" w:w="6803"/>
            <w:vAlign w:val="bottom"/>
            <w:tcBorders>
              <w:bottom w:val="dotted" w:sz="4" w:space="0" w:color="9A9A9A"/>
            </w:tcBorders>
          </w:tcPr>
          <w:p>
            <w:pPr>
              <w:spacing w:after="0" w:before="0"/>
            </w:pPr>
            <w:r/>
          </w:p>
        </w:tc>
      </w:tr>
      <w:tr>
        <w:trPr>
          <w:trHeight w:val="481" w:hRule="atLeast"/>
        </w:trPr>
        <w:tc>
          <w:tcPr>
            <w:tcW w:type="dxa" w:w="340"/>
          </w:tcPr>
          <w:p/>
        </w:tc>
        <w:tc>
          <w:tcPr>
            <w:tcW w:type="dxa" w:w="1361"/>
            <w:vAlign w:val="bottom"/>
          </w:tcPr>
          <w:p>
            <w:pPr>
              <w:spacing w:after="0" w:before="0"/>
            </w:pPr>
            <w:r/>
            <w:r>
              <w:rPr>
                <w:rFonts w:ascii="Yu Mincho" w:hAnsi="Yu Mincho" w:eastAsia="Yu Mincho"/>
                <w:b w:val="0"/>
                <w:color w:val="222222"/>
                <w:sz w:val="22"/>
              </w:rPr>
              <w:t>地　積</w:t>
            </w:r>
          </w:p>
        </w:tc>
        <w:tc>
          <w:tcPr>
            <w:tcW w:type="dxa" w:w="6803"/>
            <w:vAlign w:val="bottom"/>
            <w:tcBorders>
              <w:bottom w:val="dotted" w:sz="4" w:space="0" w:color="9A9A9A"/>
            </w:tcBorders>
          </w:tcPr>
          <w:p>
            <w:pPr>
              <w:spacing w:after="0" w:before="0"/>
            </w:pPr>
            <w:r/>
            <w:r>
              <w:rPr>
                <w:rFonts w:ascii="Yu Mincho" w:hAnsi="Yu Mincho" w:eastAsia="Yu Mincho"/>
                <w:b w:val="0"/>
                <w:color w:val="222222"/>
                <w:sz w:val="22"/>
              </w:rPr>
              <w:t xml:space="preserve">　　　　　　　　　平方メートル</w:t>
            </w:r>
          </w:p>
        </w:tc>
      </w:tr>
    </w:tbl>
    <w:p>
      <w:pPr>
        <w:spacing w:after="120" w:before="0" w:lineRule="exact" w:line="160"/>
      </w:pP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340"/>
        <w:gridCol w:w="1360"/>
        <w:gridCol w:w="6804"/>
      </w:tblGrid>
      <w:tr>
        <w:trPr>
          <w:trHeight w:val="481" w:hRule="atLeast"/>
        </w:trPr>
        <w:tc>
          <w:tcPr>
            <w:tcW w:type="dxa" w:w="340"/>
          </w:tcPr>
          <w:p/>
        </w:tc>
        <w:tc>
          <w:tcPr>
            <w:tcW w:type="dxa" w:w="1361"/>
            <w:vAlign w:val="bottom"/>
          </w:tcPr>
          <w:p>
            <w:pPr>
              <w:spacing w:after="0" w:before="0"/>
            </w:pPr>
            <w:r/>
            <w:r>
              <w:rPr>
                <w:rFonts w:ascii="Yu Mincho" w:hAnsi="Yu Mincho" w:eastAsia="Yu Mincho"/>
                <w:b w:val="0"/>
                <w:color w:val="222222"/>
                <w:sz w:val="22"/>
              </w:rPr>
              <w:t>所　在</w:t>
            </w:r>
          </w:p>
        </w:tc>
        <w:tc>
          <w:tcPr>
            <w:tcW w:type="dxa" w:w="6803"/>
            <w:vAlign w:val="bottom"/>
            <w:tcBorders>
              <w:bottom w:val="dotted" w:sz="4" w:space="0" w:color="9A9A9A"/>
            </w:tcBorders>
          </w:tcPr>
          <w:p>
            <w:pPr>
              <w:spacing w:after="0" w:before="0"/>
            </w:pPr>
            <w:r/>
          </w:p>
        </w:tc>
      </w:tr>
      <w:tr>
        <w:trPr>
          <w:trHeight w:val="481" w:hRule="atLeast"/>
        </w:trPr>
        <w:tc>
          <w:tcPr>
            <w:tcW w:type="dxa" w:w="340"/>
          </w:tcPr>
          <w:p/>
        </w:tc>
        <w:tc>
          <w:tcPr>
            <w:tcW w:type="dxa" w:w="1361"/>
            <w:vAlign w:val="bottom"/>
          </w:tcPr>
          <w:p>
            <w:pPr>
              <w:spacing w:after="0" w:before="0"/>
            </w:pPr>
            <w:r/>
            <w:r>
              <w:rPr>
                <w:rFonts w:ascii="Yu Mincho" w:hAnsi="Yu Mincho" w:eastAsia="Yu Mincho"/>
                <w:b w:val="0"/>
                <w:color w:val="222222"/>
                <w:sz w:val="22"/>
              </w:rPr>
              <w:t>家屋番号</w:t>
            </w:r>
          </w:p>
        </w:tc>
        <w:tc>
          <w:tcPr>
            <w:tcW w:type="dxa" w:w="6803"/>
            <w:vAlign w:val="bottom"/>
            <w:tcBorders>
              <w:bottom w:val="dotted" w:sz="4" w:space="0" w:color="9A9A9A"/>
            </w:tcBorders>
          </w:tcPr>
          <w:p>
            <w:pPr>
              <w:spacing w:after="0" w:before="0"/>
            </w:pPr>
            <w:r/>
          </w:p>
        </w:tc>
      </w:tr>
      <w:tr>
        <w:trPr>
          <w:trHeight w:val="481" w:hRule="atLeast"/>
        </w:trPr>
        <w:tc>
          <w:tcPr>
            <w:tcW w:type="dxa" w:w="340"/>
          </w:tcPr>
          <w:p/>
        </w:tc>
        <w:tc>
          <w:tcPr>
            <w:tcW w:type="dxa" w:w="1361"/>
            <w:vAlign w:val="bottom"/>
          </w:tcPr>
          <w:p>
            <w:pPr>
              <w:spacing w:after="0" w:before="0"/>
            </w:pPr>
            <w:r/>
            <w:r>
              <w:rPr>
                <w:rFonts w:ascii="Yu Mincho" w:hAnsi="Yu Mincho" w:eastAsia="Yu Mincho"/>
                <w:b w:val="0"/>
                <w:color w:val="222222"/>
                <w:sz w:val="22"/>
              </w:rPr>
              <w:t>種　類</w:t>
            </w:r>
          </w:p>
        </w:tc>
        <w:tc>
          <w:tcPr>
            <w:tcW w:type="dxa" w:w="6803"/>
            <w:vAlign w:val="bottom"/>
            <w:tcBorders>
              <w:bottom w:val="dotted" w:sz="4" w:space="0" w:color="9A9A9A"/>
            </w:tcBorders>
          </w:tcPr>
          <w:p>
            <w:pPr>
              <w:spacing w:after="0" w:before="0"/>
            </w:pPr>
            <w:r/>
          </w:p>
        </w:tc>
      </w:tr>
      <w:tr>
        <w:trPr>
          <w:trHeight w:val="481" w:hRule="atLeast"/>
        </w:trPr>
        <w:tc>
          <w:tcPr>
            <w:tcW w:type="dxa" w:w="340"/>
          </w:tcPr>
          <w:p/>
        </w:tc>
        <w:tc>
          <w:tcPr>
            <w:tcW w:type="dxa" w:w="1361"/>
            <w:vAlign w:val="bottom"/>
          </w:tcPr>
          <w:p>
            <w:pPr>
              <w:spacing w:after="0" w:before="0"/>
            </w:pPr>
            <w:r/>
            <w:r>
              <w:rPr>
                <w:rFonts w:ascii="Yu Mincho" w:hAnsi="Yu Mincho" w:eastAsia="Yu Mincho"/>
                <w:b w:val="0"/>
                <w:color w:val="222222"/>
                <w:sz w:val="22"/>
              </w:rPr>
              <w:t>構　造</w:t>
            </w:r>
          </w:p>
        </w:tc>
        <w:tc>
          <w:tcPr>
            <w:tcW w:type="dxa" w:w="6803"/>
            <w:vAlign w:val="bottom"/>
            <w:tcBorders>
              <w:bottom w:val="dotted" w:sz="4" w:space="0" w:color="9A9A9A"/>
            </w:tcBorders>
          </w:tcPr>
          <w:p>
            <w:pPr>
              <w:spacing w:after="0" w:before="0"/>
            </w:pPr>
            <w:r/>
          </w:p>
        </w:tc>
      </w:tr>
      <w:tr>
        <w:trPr>
          <w:trHeight w:val="481" w:hRule="atLeast"/>
        </w:trPr>
        <w:tc>
          <w:tcPr>
            <w:tcW w:type="dxa" w:w="340"/>
          </w:tcPr>
          <w:p/>
        </w:tc>
        <w:tc>
          <w:tcPr>
            <w:tcW w:type="dxa" w:w="1361"/>
            <w:vAlign w:val="bottom"/>
          </w:tcPr>
          <w:p>
            <w:pPr>
              <w:spacing w:after="0" w:before="0"/>
            </w:pPr>
            <w:r/>
            <w:r>
              <w:rPr>
                <w:rFonts w:ascii="Yu Mincho" w:hAnsi="Yu Mincho" w:eastAsia="Yu Mincho"/>
                <w:b w:val="0"/>
                <w:color w:val="222222"/>
                <w:sz w:val="22"/>
              </w:rPr>
              <w:t>床 面 積</w:t>
            </w:r>
          </w:p>
        </w:tc>
        <w:tc>
          <w:tcPr>
            <w:tcW w:type="dxa" w:w="6803"/>
            <w:vAlign w:val="bottom"/>
            <w:tcBorders>
              <w:bottom w:val="dotted" w:sz="4" w:space="0" w:color="9A9A9A"/>
            </w:tcBorders>
          </w:tcPr>
          <w:p>
            <w:pPr>
              <w:spacing w:after="0" w:before="0"/>
            </w:pPr>
            <w:r/>
            <w:r>
              <w:rPr>
                <w:rFonts w:ascii="Yu Mincho" w:hAnsi="Yu Mincho" w:eastAsia="Yu Mincho"/>
                <w:b w:val="0"/>
                <w:color w:val="222222"/>
                <w:sz w:val="22"/>
              </w:rPr>
              <w:t xml:space="preserve">　　　　　　　　　平方メートル</w:t>
            </w:r>
          </w:p>
        </w:tc>
      </w:tr>
    </w:tbl>
    <w:p>
      <w:pPr>
        <w:sectPr>
          <w:footerReference w:type="default" r:id="rId10"/>
          <w:pgSz w:w="11906" w:h="16838"/>
          <w:pgMar w:top="1247" w:right="1417" w:bottom="1020" w:left="1417" w:header="720" w:footer="720" w:gutter="0"/>
          <w:cols w:space="720"/>
          <w:docGrid w:linePitch="360"/>
        </w:sectPr>
      </w:pPr>
    </w:p>
    <w:p>
      <w:pPr>
        <w:spacing w:after="40" w:before="0" w:lineRule="exact" w:line="352"/>
      </w:pPr>
      <w:r>
        <w:rPr>
          <w:rFonts w:ascii="Yu Gothic" w:hAnsi="Yu Gothic" w:eastAsia="Yu Gothic"/>
          <w:b w:val="0"/>
          <w:color w:val="222222"/>
          <w:sz w:val="19"/>
        </w:rPr>
        <w:t>記入例（法務局の記載例「遺産分割協議書の例」をそのまま転載）　※このページは印刷しないでください</w:t>
      </w:r>
    </w:p>
    <w:p>
      <w:pPr>
        <w:spacing w:after="200" w:before="0" w:lineRule="exact" w:line="388"/>
      </w:pPr>
      <w:r>
        <w:rPr>
          <w:rFonts w:ascii="Yu Gothic" w:hAnsi="Yu Gothic" w:eastAsia="Yu Gothic"/>
          <w:b w:val="0"/>
          <w:color w:val="8A8478"/>
          <w:sz w:val="16"/>
        </w:rPr>
        <w:t>出典：法務局「所有権移転登記申請書（相続・遺産分割）」記載例（R8.10.5以降に申請する場合・R8.9.11更新）3ページ目　https://houmukyoku.moj.go.jp/homu/content/001470094.pdf（2026年10月3日確認）。相続人である妻と子２人で遺産分割協議をし、相続財産中の不動産を子のうちの１人が相続した場合の例です。</w:t>
      </w:r>
    </w:p>
    <w:p>
      <w:pPr>
        <w:spacing w:after="160" w:before="0" w:lineRule="exact" w:line="518"/>
        <w:jc w:val="center"/>
      </w:pPr>
      <w:r>
        <w:rPr>
          <w:rFonts w:ascii="Yu Mincho" w:hAnsi="Yu Mincho" w:eastAsia="Yu Mincho"/>
          <w:b w:val="0"/>
          <w:color w:val="222222"/>
          <w:sz w:val="28"/>
        </w:rPr>
        <w:t>遺 産 分 割 協 議 書</w:t>
      </w:r>
    </w:p>
    <w:p>
      <w:pPr>
        <w:spacing w:after="120" w:before="0" w:lineRule="exact" w:line="388"/>
        <w:ind w:firstLine="210"/>
      </w:pPr>
      <w:r>
        <w:rPr>
          <w:rFonts w:ascii="Yu Mincho" w:hAnsi="Yu Mincho" w:eastAsia="Yu Mincho"/>
          <w:b w:val="0"/>
          <w:color w:val="222222"/>
          <w:sz w:val="21"/>
        </w:rPr>
        <w:t>令和７年６月２０日、○○市○○町○番地 法務太郎 の死亡によって開始した相続の共同相続人である法務花子、法務一郎及び法務温子は、本日、その相続財産について、次のとおり遺産分割の協議を行った。</w:t>
      </w:r>
    </w:p>
    <w:p>
      <w:pPr>
        <w:spacing w:after="120" w:before="0" w:lineRule="exact" w:line="388"/>
        <w:ind w:firstLine="210"/>
      </w:pPr>
      <w:r>
        <w:rPr>
          <w:rFonts w:ascii="Yu Mincho" w:hAnsi="Yu Mincho" w:eastAsia="Yu Mincho"/>
          <w:b w:val="0"/>
          <w:color w:val="222222"/>
          <w:sz w:val="21"/>
        </w:rPr>
        <w:t>相続財産のうち、下記の不動産は、法務一郎が単独で相続する。</w:t>
      </w:r>
    </w:p>
    <w:p>
      <w:pPr>
        <w:spacing w:after="160" w:before="0" w:lineRule="exact" w:line="388"/>
        <w:ind w:firstLine="210"/>
      </w:pPr>
      <w:r>
        <w:rPr>
          <w:rFonts w:ascii="Yu Mincho" w:hAnsi="Yu Mincho" w:eastAsia="Yu Mincho"/>
          <w:b w:val="0"/>
          <w:color w:val="222222"/>
          <w:sz w:val="21"/>
        </w:rPr>
        <w:t>この協議を証するため、本協議書を３通作成して、それぞれに署名、押印し、各自１通を保有するものとする。</w:t>
      </w:r>
    </w:p>
    <w:p>
      <w:pPr>
        <w:spacing w:after="40" w:before="0" w:lineRule="exact" w:line="388"/>
        <w:ind w:firstLine="210"/>
      </w:pPr>
      <w:r>
        <w:rPr>
          <w:rFonts w:ascii="Yu Mincho" w:hAnsi="Yu Mincho" w:eastAsia="Yu Mincho"/>
          <w:b w:val="0"/>
          <w:color w:val="222222"/>
          <w:sz w:val="21"/>
        </w:rPr>
        <w:t>令和８年１０月５日</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793"/>
        <w:gridCol w:w="3969"/>
        <w:gridCol w:w="2835"/>
        <w:gridCol w:w="1474"/>
      </w:tblGrid>
      <w:tr>
        <w:trPr>
          <w:trHeight w:val="396" w:hRule="atLeast"/>
        </w:trPr>
        <w:tc>
          <w:tcPr>
            <w:tcW w:type="dxa" w:w="794"/>
          </w:tcPr>
          <w:p/>
        </w:tc>
        <w:tc>
          <w:tcPr>
            <w:tcW w:type="dxa" w:w="3969"/>
            <w:vAlign w:val="bottom"/>
          </w:tcPr>
          <w:p>
            <w:pPr>
              <w:spacing w:after="0" w:before="0"/>
            </w:pPr>
            <w:r/>
            <w:r>
              <w:rPr>
                <w:rFonts w:ascii="Yu Mincho" w:hAnsi="Yu Mincho" w:eastAsia="Yu Mincho"/>
                <w:b w:val="0"/>
                <w:color w:val="222222"/>
                <w:sz w:val="21"/>
              </w:rPr>
              <w:t>○○市○○町二丁目１２番地</w:t>
            </w:r>
          </w:p>
        </w:tc>
        <w:tc>
          <w:tcPr>
            <w:tcW w:type="dxa" w:w="2835"/>
            <w:vAlign w:val="bottom"/>
          </w:tcPr>
          <w:p>
            <w:pPr>
              <w:spacing w:after="0" w:before="0"/>
            </w:pPr>
            <w:r/>
            <w:r>
              <w:rPr>
                <w:rFonts w:ascii="Yu Mincho" w:hAnsi="Yu Mincho" w:eastAsia="Yu Mincho"/>
                <w:b w:val="0"/>
                <w:color w:val="222222"/>
                <w:sz w:val="21"/>
              </w:rPr>
              <w:t>法 務 花 子</w:t>
            </w:r>
          </w:p>
        </w:tc>
        <w:tc>
          <w:tcPr>
            <w:tcW w:type="dxa" w:w="1474"/>
            <w:vAlign w:val="bottom"/>
          </w:tcPr>
          <w:p>
            <w:pPr>
              <w:spacing w:after="0" w:before="0"/>
            </w:pPr>
            <w:r/>
            <w:r>
              <w:rPr>
                <w:rFonts w:ascii="Yu Mincho" w:hAnsi="Yu Mincho" w:eastAsia="Yu Mincho"/>
                <w:b w:val="0"/>
                <w:color w:val="222222"/>
                <w:sz w:val="21"/>
              </w:rPr>
              <w:t>実印</w:t>
            </w:r>
            <w:r>
              <w:rPr>
                <w:rFonts w:ascii="Yu Mincho" w:hAnsi="Yu Mincho" w:eastAsia="Yu Mincho"/>
                <w:b w:val="0"/>
                <w:color w:val="8A8478"/>
                <w:sz w:val="16"/>
              </w:rPr>
              <w:t>（注15）</w:t>
            </w:r>
          </w:p>
        </w:tc>
      </w:tr>
      <w:tr>
        <w:trPr>
          <w:trHeight w:val="396" w:hRule="atLeast"/>
        </w:trPr>
        <w:tc>
          <w:tcPr>
            <w:tcW w:type="dxa" w:w="794"/>
          </w:tcPr>
          <w:p/>
        </w:tc>
        <w:tc>
          <w:tcPr>
            <w:tcW w:type="dxa" w:w="3969"/>
            <w:vAlign w:val="bottom"/>
          </w:tcPr>
          <w:p>
            <w:pPr>
              <w:spacing w:after="0" w:before="0"/>
            </w:pPr>
            <w:r/>
            <w:r>
              <w:rPr>
                <w:rFonts w:ascii="Yu Mincho" w:hAnsi="Yu Mincho" w:eastAsia="Yu Mincho"/>
                <w:b w:val="0"/>
                <w:color w:val="222222"/>
                <w:sz w:val="21"/>
              </w:rPr>
              <w:t>○○郡○○町○○３４番地</w:t>
            </w:r>
          </w:p>
        </w:tc>
        <w:tc>
          <w:tcPr>
            <w:tcW w:type="dxa" w:w="2835"/>
            <w:vAlign w:val="bottom"/>
          </w:tcPr>
          <w:p>
            <w:pPr>
              <w:spacing w:after="0" w:before="0"/>
            </w:pPr>
            <w:r/>
            <w:r>
              <w:rPr>
                <w:rFonts w:ascii="Yu Mincho" w:hAnsi="Yu Mincho" w:eastAsia="Yu Mincho"/>
                <w:b w:val="0"/>
                <w:color w:val="222222"/>
                <w:sz w:val="21"/>
              </w:rPr>
              <w:t>法 務 一 郎</w:t>
            </w:r>
          </w:p>
        </w:tc>
        <w:tc>
          <w:tcPr>
            <w:tcW w:type="dxa" w:w="1474"/>
            <w:vAlign w:val="bottom"/>
          </w:tcPr>
          <w:p>
            <w:pPr>
              <w:spacing w:after="0" w:before="0"/>
            </w:pPr>
            <w:r/>
            <w:r>
              <w:rPr>
                <w:rFonts w:ascii="Yu Mincho" w:hAnsi="Yu Mincho" w:eastAsia="Yu Mincho"/>
                <w:b w:val="0"/>
                <w:color w:val="222222"/>
                <w:sz w:val="21"/>
              </w:rPr>
              <w:t>実印</w:t>
            </w:r>
            <w:r>
              <w:rPr>
                <w:rFonts w:ascii="Yu Mincho" w:hAnsi="Yu Mincho" w:eastAsia="Yu Mincho"/>
                <w:b w:val="0"/>
                <w:color w:val="8A8478"/>
                <w:sz w:val="16"/>
              </w:rPr>
              <w:t>（注15）</w:t>
            </w:r>
          </w:p>
        </w:tc>
      </w:tr>
      <w:tr>
        <w:trPr>
          <w:trHeight w:val="396" w:hRule="atLeast"/>
        </w:trPr>
        <w:tc>
          <w:tcPr>
            <w:tcW w:type="dxa" w:w="794"/>
          </w:tcPr>
          <w:p/>
        </w:tc>
        <w:tc>
          <w:tcPr>
            <w:tcW w:type="dxa" w:w="3969"/>
            <w:vAlign w:val="bottom"/>
          </w:tcPr>
          <w:p>
            <w:pPr>
              <w:spacing w:after="0" w:before="0"/>
            </w:pPr>
            <w:r/>
            <w:r>
              <w:rPr>
                <w:rFonts w:ascii="Yu Mincho" w:hAnsi="Yu Mincho" w:eastAsia="Yu Mincho"/>
                <w:b w:val="0"/>
                <w:color w:val="222222"/>
                <w:sz w:val="21"/>
              </w:rPr>
              <w:t>○○市○○町三丁目４５番６号</w:t>
            </w:r>
          </w:p>
        </w:tc>
        <w:tc>
          <w:tcPr>
            <w:tcW w:type="dxa" w:w="2835"/>
            <w:vAlign w:val="bottom"/>
          </w:tcPr>
          <w:p>
            <w:pPr>
              <w:spacing w:after="0" w:before="0"/>
            </w:pPr>
            <w:r/>
            <w:r>
              <w:rPr>
                <w:rFonts w:ascii="Yu Mincho" w:hAnsi="Yu Mincho" w:eastAsia="Yu Mincho"/>
                <w:b w:val="0"/>
                <w:color w:val="222222"/>
                <w:sz w:val="21"/>
              </w:rPr>
              <w:t>法 務 温 子</w:t>
            </w:r>
          </w:p>
        </w:tc>
        <w:tc>
          <w:tcPr>
            <w:tcW w:type="dxa" w:w="1474"/>
            <w:vAlign w:val="bottom"/>
          </w:tcPr>
          <w:p>
            <w:pPr>
              <w:spacing w:after="0" w:before="0"/>
            </w:pPr>
            <w:r/>
            <w:r>
              <w:rPr>
                <w:rFonts w:ascii="Yu Mincho" w:hAnsi="Yu Mincho" w:eastAsia="Yu Mincho"/>
                <w:b w:val="0"/>
                <w:color w:val="222222"/>
                <w:sz w:val="21"/>
              </w:rPr>
              <w:t>実印</w:t>
            </w:r>
            <w:r>
              <w:rPr>
                <w:rFonts w:ascii="Yu Mincho" w:hAnsi="Yu Mincho" w:eastAsia="Yu Mincho"/>
                <w:b w:val="0"/>
                <w:color w:val="8A8478"/>
                <w:sz w:val="16"/>
              </w:rPr>
              <w:t>（注15）</w:t>
            </w:r>
          </w:p>
        </w:tc>
      </w:tr>
    </w:tbl>
    <w:p>
      <w:pPr>
        <w:spacing w:after="80" w:before="160" w:lineRule="exact" w:line="388"/>
        <w:jc w:val="center"/>
      </w:pPr>
      <w:r>
        <w:rPr>
          <w:rFonts w:ascii="Yu Mincho" w:hAnsi="Yu Mincho" w:eastAsia="Yu Mincho"/>
          <w:b w:val="0"/>
          <w:color w:val="222222"/>
          <w:sz w:val="21"/>
        </w:rPr>
        <w:t>記</w:t>
      </w:r>
    </w:p>
    <w:p>
      <w:pPr>
        <w:spacing w:after="0" w:before="0" w:lineRule="exact" w:line="388"/>
      </w:pPr>
      <w:r>
        <w:rPr>
          <w:rFonts w:ascii="Yu Mincho" w:hAnsi="Yu Mincho" w:eastAsia="Yu Mincho"/>
          <w:b w:val="0"/>
          <w:color w:val="222222"/>
          <w:sz w:val="21"/>
        </w:rPr>
        <w:t>不動産</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340"/>
        <w:gridCol w:w="1360"/>
        <w:gridCol w:w="6804"/>
      </w:tblGrid>
      <w:tr>
        <w:trPr>
          <w:trHeight w:val="351" w:hRule="atLeast"/>
        </w:trPr>
        <w:tc>
          <w:tcPr>
            <w:tcW w:type="dxa" w:w="340"/>
          </w:tcPr>
          <w:p/>
        </w:tc>
        <w:tc>
          <w:tcPr>
            <w:tcW w:type="dxa" w:w="1361"/>
            <w:vAlign w:val="bottom"/>
          </w:tcPr>
          <w:p>
            <w:pPr>
              <w:spacing w:after="0" w:before="0"/>
            </w:pPr>
            <w:r/>
            <w:r>
              <w:rPr>
                <w:rFonts w:ascii="Yu Mincho" w:hAnsi="Yu Mincho" w:eastAsia="Yu Mincho"/>
                <w:b w:val="0"/>
                <w:color w:val="222222"/>
                <w:sz w:val="22"/>
              </w:rPr>
              <w:t>所　在</w:t>
            </w:r>
          </w:p>
        </w:tc>
        <w:tc>
          <w:tcPr>
            <w:tcW w:type="dxa" w:w="6803"/>
            <w:vAlign w:val="bottom"/>
          </w:tcPr>
          <w:p>
            <w:pPr>
              <w:spacing w:after="0" w:before="0"/>
            </w:pPr>
            <w:r/>
            <w:r>
              <w:rPr>
                <w:rFonts w:ascii="Yu Mincho" w:hAnsi="Yu Mincho" w:eastAsia="Yu Mincho"/>
                <w:b w:val="0"/>
                <w:color w:val="222222"/>
                <w:sz w:val="22"/>
              </w:rPr>
              <w:t>○○市○○町一丁目</w:t>
            </w:r>
          </w:p>
        </w:tc>
      </w:tr>
      <w:tr>
        <w:trPr>
          <w:trHeight w:val="351" w:hRule="atLeast"/>
        </w:trPr>
        <w:tc>
          <w:tcPr>
            <w:tcW w:type="dxa" w:w="340"/>
          </w:tcPr>
          <w:p/>
        </w:tc>
        <w:tc>
          <w:tcPr>
            <w:tcW w:type="dxa" w:w="1361"/>
            <w:vAlign w:val="bottom"/>
          </w:tcPr>
          <w:p>
            <w:pPr>
              <w:spacing w:after="0" w:before="0"/>
            </w:pPr>
            <w:r/>
            <w:r>
              <w:rPr>
                <w:rFonts w:ascii="Yu Mincho" w:hAnsi="Yu Mincho" w:eastAsia="Yu Mincho"/>
                <w:b w:val="0"/>
                <w:color w:val="222222"/>
                <w:sz w:val="22"/>
              </w:rPr>
              <w:t>地　番</w:t>
            </w:r>
          </w:p>
        </w:tc>
        <w:tc>
          <w:tcPr>
            <w:tcW w:type="dxa" w:w="6803"/>
            <w:vAlign w:val="bottom"/>
          </w:tcPr>
          <w:p>
            <w:pPr>
              <w:spacing w:after="0" w:before="0"/>
            </w:pPr>
            <w:r/>
            <w:r>
              <w:rPr>
                <w:rFonts w:ascii="Yu Mincho" w:hAnsi="Yu Mincho" w:eastAsia="Yu Mincho"/>
                <w:b w:val="0"/>
                <w:color w:val="222222"/>
                <w:sz w:val="22"/>
              </w:rPr>
              <w:t>２３番</w:t>
            </w:r>
          </w:p>
        </w:tc>
      </w:tr>
      <w:tr>
        <w:trPr>
          <w:trHeight w:val="351" w:hRule="atLeast"/>
        </w:trPr>
        <w:tc>
          <w:tcPr>
            <w:tcW w:type="dxa" w:w="340"/>
          </w:tcPr>
          <w:p/>
        </w:tc>
        <w:tc>
          <w:tcPr>
            <w:tcW w:type="dxa" w:w="1361"/>
            <w:vAlign w:val="bottom"/>
          </w:tcPr>
          <w:p>
            <w:pPr>
              <w:spacing w:after="0" w:before="0"/>
            </w:pPr>
            <w:r/>
            <w:r>
              <w:rPr>
                <w:rFonts w:ascii="Yu Mincho" w:hAnsi="Yu Mincho" w:eastAsia="Yu Mincho"/>
                <w:b w:val="0"/>
                <w:color w:val="222222"/>
                <w:sz w:val="22"/>
              </w:rPr>
              <w:t>地　目</w:t>
            </w:r>
          </w:p>
        </w:tc>
        <w:tc>
          <w:tcPr>
            <w:tcW w:type="dxa" w:w="6803"/>
            <w:vAlign w:val="bottom"/>
          </w:tcPr>
          <w:p>
            <w:pPr>
              <w:spacing w:after="0" w:before="0"/>
            </w:pPr>
            <w:r/>
            <w:r>
              <w:rPr>
                <w:rFonts w:ascii="Yu Mincho" w:hAnsi="Yu Mincho" w:eastAsia="Yu Mincho"/>
                <w:b w:val="0"/>
                <w:color w:val="222222"/>
                <w:sz w:val="22"/>
              </w:rPr>
              <w:t>宅地</w:t>
            </w:r>
          </w:p>
        </w:tc>
      </w:tr>
      <w:tr>
        <w:trPr>
          <w:trHeight w:val="351" w:hRule="atLeast"/>
        </w:trPr>
        <w:tc>
          <w:tcPr>
            <w:tcW w:type="dxa" w:w="340"/>
          </w:tcPr>
          <w:p/>
        </w:tc>
        <w:tc>
          <w:tcPr>
            <w:tcW w:type="dxa" w:w="1361"/>
            <w:vAlign w:val="bottom"/>
          </w:tcPr>
          <w:p>
            <w:pPr>
              <w:spacing w:after="0" w:before="0"/>
            </w:pPr>
            <w:r/>
            <w:r>
              <w:rPr>
                <w:rFonts w:ascii="Yu Mincho" w:hAnsi="Yu Mincho" w:eastAsia="Yu Mincho"/>
                <w:b w:val="0"/>
                <w:color w:val="222222"/>
                <w:sz w:val="22"/>
              </w:rPr>
              <w:t>地　積</w:t>
            </w:r>
          </w:p>
        </w:tc>
        <w:tc>
          <w:tcPr>
            <w:tcW w:type="dxa" w:w="6803"/>
            <w:vAlign w:val="bottom"/>
          </w:tcPr>
          <w:p>
            <w:pPr>
              <w:spacing w:after="0" w:before="0"/>
            </w:pPr>
            <w:r/>
            <w:r>
              <w:rPr>
                <w:rFonts w:ascii="Yu Mincho" w:hAnsi="Yu Mincho" w:eastAsia="Yu Mincho"/>
                <w:b w:val="0"/>
                <w:color w:val="222222"/>
                <w:sz w:val="22"/>
              </w:rPr>
              <w:t>１２３・４５平方メートル</w:t>
            </w:r>
          </w:p>
        </w:tc>
      </w:tr>
    </w:tbl>
    <w:p>
      <w:pPr>
        <w:spacing w:after="40" w:before="0" w:lineRule="exact" w:line="120"/>
      </w:pP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340"/>
        <w:gridCol w:w="1360"/>
        <w:gridCol w:w="6804"/>
      </w:tblGrid>
      <w:tr>
        <w:trPr>
          <w:trHeight w:val="351" w:hRule="atLeast"/>
        </w:trPr>
        <w:tc>
          <w:tcPr>
            <w:tcW w:type="dxa" w:w="340"/>
          </w:tcPr>
          <w:p/>
        </w:tc>
        <w:tc>
          <w:tcPr>
            <w:tcW w:type="dxa" w:w="1361"/>
            <w:vAlign w:val="bottom"/>
          </w:tcPr>
          <w:p>
            <w:pPr>
              <w:spacing w:after="0" w:before="0"/>
            </w:pPr>
            <w:r/>
            <w:r>
              <w:rPr>
                <w:rFonts w:ascii="Yu Mincho" w:hAnsi="Yu Mincho" w:eastAsia="Yu Mincho"/>
                <w:b w:val="0"/>
                <w:color w:val="222222"/>
                <w:sz w:val="22"/>
              </w:rPr>
              <w:t>所　在</w:t>
            </w:r>
          </w:p>
        </w:tc>
        <w:tc>
          <w:tcPr>
            <w:tcW w:type="dxa" w:w="6803"/>
            <w:vAlign w:val="bottom"/>
          </w:tcPr>
          <w:p>
            <w:pPr>
              <w:spacing w:after="0" w:before="0"/>
            </w:pPr>
            <w:r/>
            <w:r>
              <w:rPr>
                <w:rFonts w:ascii="Yu Mincho" w:hAnsi="Yu Mincho" w:eastAsia="Yu Mincho"/>
                <w:b w:val="0"/>
                <w:color w:val="222222"/>
                <w:sz w:val="22"/>
              </w:rPr>
              <w:t>○○市○○町一丁目２３番地</w:t>
            </w:r>
          </w:p>
        </w:tc>
      </w:tr>
      <w:tr>
        <w:trPr>
          <w:trHeight w:val="351" w:hRule="atLeast"/>
        </w:trPr>
        <w:tc>
          <w:tcPr>
            <w:tcW w:type="dxa" w:w="340"/>
          </w:tcPr>
          <w:p/>
        </w:tc>
        <w:tc>
          <w:tcPr>
            <w:tcW w:type="dxa" w:w="1361"/>
            <w:vAlign w:val="bottom"/>
          </w:tcPr>
          <w:p>
            <w:pPr>
              <w:spacing w:after="0" w:before="0"/>
            </w:pPr>
            <w:r/>
            <w:r>
              <w:rPr>
                <w:rFonts w:ascii="Yu Mincho" w:hAnsi="Yu Mincho" w:eastAsia="Yu Mincho"/>
                <w:b w:val="0"/>
                <w:color w:val="222222"/>
                <w:sz w:val="22"/>
              </w:rPr>
              <w:t>家屋番号</w:t>
            </w:r>
          </w:p>
        </w:tc>
        <w:tc>
          <w:tcPr>
            <w:tcW w:type="dxa" w:w="6803"/>
            <w:vAlign w:val="bottom"/>
          </w:tcPr>
          <w:p>
            <w:pPr>
              <w:spacing w:after="0" w:before="0"/>
            </w:pPr>
            <w:r/>
            <w:r>
              <w:rPr>
                <w:rFonts w:ascii="Yu Mincho" w:hAnsi="Yu Mincho" w:eastAsia="Yu Mincho"/>
                <w:b w:val="0"/>
                <w:color w:val="222222"/>
                <w:sz w:val="22"/>
              </w:rPr>
              <w:t>２３番</w:t>
            </w:r>
          </w:p>
        </w:tc>
      </w:tr>
      <w:tr>
        <w:trPr>
          <w:trHeight w:val="351" w:hRule="atLeast"/>
        </w:trPr>
        <w:tc>
          <w:tcPr>
            <w:tcW w:type="dxa" w:w="340"/>
          </w:tcPr>
          <w:p/>
        </w:tc>
        <w:tc>
          <w:tcPr>
            <w:tcW w:type="dxa" w:w="1361"/>
            <w:vAlign w:val="bottom"/>
          </w:tcPr>
          <w:p>
            <w:pPr>
              <w:spacing w:after="0" w:before="0"/>
            </w:pPr>
            <w:r/>
            <w:r>
              <w:rPr>
                <w:rFonts w:ascii="Yu Mincho" w:hAnsi="Yu Mincho" w:eastAsia="Yu Mincho"/>
                <w:b w:val="0"/>
                <w:color w:val="222222"/>
                <w:sz w:val="22"/>
              </w:rPr>
              <w:t>種　類</w:t>
            </w:r>
          </w:p>
        </w:tc>
        <w:tc>
          <w:tcPr>
            <w:tcW w:type="dxa" w:w="6803"/>
            <w:vAlign w:val="bottom"/>
          </w:tcPr>
          <w:p>
            <w:pPr>
              <w:spacing w:after="0" w:before="0"/>
            </w:pPr>
            <w:r/>
            <w:r>
              <w:rPr>
                <w:rFonts w:ascii="Yu Mincho" w:hAnsi="Yu Mincho" w:eastAsia="Yu Mincho"/>
                <w:b w:val="0"/>
                <w:color w:val="222222"/>
                <w:sz w:val="22"/>
              </w:rPr>
              <w:t>居宅</w:t>
            </w:r>
          </w:p>
        </w:tc>
      </w:tr>
      <w:tr>
        <w:trPr>
          <w:trHeight w:val="351" w:hRule="atLeast"/>
        </w:trPr>
        <w:tc>
          <w:tcPr>
            <w:tcW w:type="dxa" w:w="340"/>
          </w:tcPr>
          <w:p/>
        </w:tc>
        <w:tc>
          <w:tcPr>
            <w:tcW w:type="dxa" w:w="1361"/>
            <w:vAlign w:val="bottom"/>
          </w:tcPr>
          <w:p>
            <w:pPr>
              <w:spacing w:after="0" w:before="0"/>
            </w:pPr>
            <w:r/>
            <w:r>
              <w:rPr>
                <w:rFonts w:ascii="Yu Mincho" w:hAnsi="Yu Mincho" w:eastAsia="Yu Mincho"/>
                <w:b w:val="0"/>
                <w:color w:val="222222"/>
                <w:sz w:val="22"/>
              </w:rPr>
              <w:t>構　造</w:t>
            </w:r>
          </w:p>
        </w:tc>
        <w:tc>
          <w:tcPr>
            <w:tcW w:type="dxa" w:w="6803"/>
            <w:vAlign w:val="bottom"/>
          </w:tcPr>
          <w:p>
            <w:pPr>
              <w:spacing w:after="0" w:before="0"/>
            </w:pPr>
            <w:r/>
            <w:r>
              <w:rPr>
                <w:rFonts w:ascii="Yu Mincho" w:hAnsi="Yu Mincho" w:eastAsia="Yu Mincho"/>
                <w:b w:val="0"/>
                <w:color w:val="222222"/>
                <w:sz w:val="22"/>
              </w:rPr>
              <w:t>木造かわらぶき２階建</w:t>
            </w:r>
          </w:p>
        </w:tc>
      </w:tr>
      <w:tr>
        <w:trPr>
          <w:trHeight w:val="351" w:hRule="atLeast"/>
        </w:trPr>
        <w:tc>
          <w:tcPr>
            <w:tcW w:type="dxa" w:w="340"/>
          </w:tcPr>
          <w:p/>
        </w:tc>
        <w:tc>
          <w:tcPr>
            <w:tcW w:type="dxa" w:w="1361"/>
            <w:vAlign w:val="bottom"/>
          </w:tcPr>
          <w:p>
            <w:pPr>
              <w:spacing w:after="0" w:before="0"/>
            </w:pPr>
            <w:r/>
            <w:r>
              <w:rPr>
                <w:rFonts w:ascii="Yu Mincho" w:hAnsi="Yu Mincho" w:eastAsia="Yu Mincho"/>
                <w:b w:val="0"/>
                <w:color w:val="222222"/>
                <w:sz w:val="22"/>
              </w:rPr>
              <w:t>床 面 積</w:t>
            </w:r>
          </w:p>
        </w:tc>
        <w:tc>
          <w:tcPr>
            <w:tcW w:type="dxa" w:w="6803"/>
            <w:vAlign w:val="bottom"/>
          </w:tcPr>
          <w:p>
            <w:pPr>
              <w:spacing w:after="0" w:before="0"/>
            </w:pPr>
            <w:r/>
            <w:r>
              <w:rPr>
                <w:rFonts w:ascii="Yu Mincho" w:hAnsi="Yu Mincho" w:eastAsia="Yu Mincho"/>
                <w:b w:val="0"/>
                <w:color w:val="222222"/>
                <w:sz w:val="22"/>
              </w:rPr>
              <w:t>１階　４３・００平方メートル</w:t>
            </w:r>
          </w:p>
        </w:tc>
      </w:tr>
      <w:tr>
        <w:trPr>
          <w:trHeight w:val="351" w:hRule="atLeast"/>
        </w:trPr>
        <w:tc>
          <w:tcPr>
            <w:tcW w:type="dxa" w:w="340"/>
          </w:tcPr>
          <w:p/>
        </w:tc>
        <w:tc>
          <w:tcPr>
            <w:tcW w:type="dxa" w:w="1361"/>
            <w:vAlign w:val="bottom"/>
          </w:tcPr>
          <w:p>
            <w:pPr>
              <w:spacing w:after="0" w:before="0"/>
            </w:pPr>
            <w:r/>
            <w:r>
              <w:rPr>
                <w:rFonts w:ascii="Yu Mincho" w:hAnsi="Yu Mincho" w:eastAsia="Yu Mincho"/>
                <w:b w:val="0"/>
                <w:color w:val="222222"/>
                <w:sz w:val="22"/>
              </w:rPr>
            </w:r>
          </w:p>
        </w:tc>
        <w:tc>
          <w:tcPr>
            <w:tcW w:type="dxa" w:w="6803"/>
            <w:vAlign w:val="bottom"/>
          </w:tcPr>
          <w:p>
            <w:pPr>
              <w:spacing w:after="0" w:before="0"/>
            </w:pPr>
            <w:r/>
            <w:r>
              <w:rPr>
                <w:rFonts w:ascii="Yu Mincho" w:hAnsi="Yu Mincho" w:eastAsia="Yu Mincho"/>
                <w:b w:val="0"/>
                <w:color w:val="222222"/>
                <w:sz w:val="22"/>
              </w:rPr>
              <w:t>２階　２１・３４平方メートル</w:t>
            </w:r>
          </w:p>
        </w:tc>
      </w:tr>
    </w:tbl>
    <w:p>
      <w:pPr>
        <w:spacing w:after="120" w:before="160" w:lineRule="exact" w:line="388"/>
      </w:pPr>
      <w:r>
        <w:rPr>
          <w:rFonts w:ascii="Yu Mincho" w:hAnsi="Yu Mincho" w:eastAsia="Yu Mincho"/>
          <w:b w:val="0"/>
          <w:color w:val="222222"/>
          <w:sz w:val="21"/>
        </w:rPr>
        <w:t>＊　これは、記載例です。この記載例を参考に、協議の結果に応じて作成してください。</w:t>
      </w:r>
    </w:p>
    <w:p>
      <w:pPr>
        <w:spacing w:after="0" w:before="0" w:lineRule="exact" w:line="388"/>
      </w:pPr>
      <w:r>
        <w:rPr>
          <w:rFonts w:ascii="Yu Gothic" w:hAnsi="Yu Gothic" w:eastAsia="Yu Gothic"/>
          <w:b w:val="0"/>
          <w:color w:val="8A8478"/>
          <w:sz w:val="16"/>
        </w:rPr>
        <w:t>（注15）は記載例の注記で「遺産分割協議書には、印鑑証明書と同じ印（実印）を押し、印鑑証明書を各１通添付します（３か月以内に作成されたものでなくても結構です。）。」とあります。記載例の１ページ目（登記申請書）の「原因」の日付も、協議が成立した日ではなく亡くなった日です（注１）。</w:t>
      </w:r>
    </w:p>
    <w:p>
      <w:pPr>
        <w:pageBreakBefore/>
        <w:spacing w:after="40" w:before="0" w:lineRule="exact" w:line="518"/>
      </w:pPr>
      <w:r>
        <w:rPr>
          <w:rFonts w:ascii="Yu Gothic" w:hAnsi="Yu Gothic" w:eastAsia="Yu Gothic"/>
          <w:b/>
          <w:color w:val="2B4C3C"/>
          <w:sz w:val="28"/>
        </w:rPr>
        <w:t>使い方と書き方メモ</w:t>
      </w:r>
    </w:p>
    <w:p>
      <w:pPr>
        <w:spacing w:after="120" w:before="0" w:lineRule="exact" w:line="388"/>
      </w:pPr>
      <w:r>
        <w:rPr>
          <w:rFonts w:ascii="Yu Gothic" w:hAnsi="Yu Gothic" w:eastAsia="Yu Gothic"/>
          <w:b w:val="0"/>
          <w:color w:val="8A8478"/>
          <w:sz w:val="16"/>
        </w:rPr>
        <w:t>遺産分割協議書のひな形（Word版）｜ふれあいの丘｜2026年10月3日確認</w:t>
      </w:r>
    </w:p>
    <w:p>
      <w:pPr>
        <w:spacing w:after="40" w:before="120" w:lineRule="exact" w:line="408"/>
      </w:pPr>
      <w:r>
        <w:rPr>
          <w:rFonts w:ascii="Yu Gothic" w:hAnsi="Yu Gothic" w:eastAsia="Yu Gothic"/>
          <w:b/>
          <w:color w:val="2B4C3C"/>
          <w:sz w:val="22"/>
        </w:rPr>
        <w:t>使い方</w:t>
      </w:r>
    </w:p>
    <w:p>
      <w:pPr>
        <w:spacing w:after="20" w:before="0" w:lineRule="exact" w:line="290"/>
        <w:ind w:left="170"/>
      </w:pPr>
      <w:r>
        <w:rPr>
          <w:rFonts w:ascii="Yu Gothic" w:hAnsi="Yu Gothic" w:eastAsia="Yu Gothic"/>
          <w:b w:val="0"/>
          <w:color w:val="222222"/>
          <w:sz w:val="18"/>
        </w:rPr>
        <w:t>1　1ページ目がひな形です。印刷するときは1ページ目だけを指定してください（2・3ページ目は説明です）。</w:t>
      </w:r>
    </w:p>
    <w:p>
      <w:pPr>
        <w:spacing w:after="20" w:before="0" w:lineRule="exact" w:line="290"/>
        <w:ind w:left="170"/>
      </w:pPr>
      <w:r>
        <w:rPr>
          <w:rFonts w:ascii="Yu Gothic" w:hAnsi="Yu Gothic" w:eastAsia="Yu Gothic"/>
          <w:b w:val="0"/>
          <w:color w:val="222222"/>
          <w:sz w:val="18"/>
        </w:rPr>
        <w:t>2　灰色の〔　〕を、亡くなった方・相続人・不動産の内容に書き換えます。〔　〕と灰色の説明書きは残さず消してください。</w:t>
      </w:r>
    </w:p>
    <w:p>
      <w:pPr>
        <w:spacing w:after="20" w:before="0" w:lineRule="exact" w:line="290"/>
        <w:ind w:left="170"/>
      </w:pPr>
      <w:r>
        <w:rPr>
          <w:rFonts w:ascii="Yu Gothic" w:hAnsi="Yu Gothic" w:eastAsia="Yu Gothic"/>
          <w:b w:val="0"/>
          <w:color w:val="222222"/>
          <w:sz w:val="18"/>
        </w:rPr>
        <w:t>3　相続人の欄は、法務局の記載例と同じ3人分です。相続人の人数に合わせて、前文の氏名と、日付の下の住所・氏名の行を増やすか減らしてください。</w:t>
      </w:r>
    </w:p>
    <w:p>
      <w:pPr>
        <w:spacing w:after="20" w:before="0" w:lineRule="exact" w:line="290"/>
        <w:ind w:left="170"/>
      </w:pPr>
      <w:r>
        <w:rPr>
          <w:rFonts w:ascii="Yu Gothic" w:hAnsi="Yu Gothic" w:eastAsia="Yu Gothic"/>
          <w:b w:val="0"/>
          <w:color w:val="222222"/>
          <w:sz w:val="18"/>
        </w:rPr>
        <w:t>4　不動産の欄は、記載例と同じ土地1つ・建物1つです。不動産の数に合わせてブロックを増やすか削除してください。</w:t>
      </w:r>
    </w:p>
    <w:p>
      <w:pPr>
        <w:spacing w:after="20" w:before="0" w:lineRule="exact" w:line="290"/>
        <w:ind w:left="170"/>
      </w:pPr>
      <w:r>
        <w:rPr>
          <w:rFonts w:ascii="Yu Gothic" w:hAnsi="Yu Gothic" w:eastAsia="Yu Gothic"/>
          <w:b w:val="0"/>
          <w:color w:val="222222"/>
          <w:sz w:val="18"/>
        </w:rPr>
        <w:t>5　法務局の記載例は、相続人3人が協議書を3通作り、それぞれに署名・押印して、各自1通を持つ形です。</w:t>
      </w:r>
    </w:p>
    <w:p>
      <w:pPr>
        <w:spacing w:after="40" w:before="120" w:lineRule="exact" w:line="408"/>
      </w:pPr>
      <w:r>
        <w:rPr>
          <w:rFonts w:ascii="Yu Gothic" w:hAnsi="Yu Gothic" w:eastAsia="Yu Gothic"/>
          <w:b/>
          <w:color w:val="2B4C3C"/>
          <w:sz w:val="22"/>
        </w:rPr>
        <w:t>このひな形の範囲（法務局の記載例と同じ）</w:t>
      </w:r>
    </w:p>
    <w:p>
      <w:pPr>
        <w:spacing w:after="20" w:before="0" w:lineRule="exact" w:line="290"/>
        <w:ind w:left="170"/>
      </w:pPr>
      <w:r>
        <w:rPr>
          <w:rFonts w:ascii="Yu Gothic" w:hAnsi="Yu Gothic" w:eastAsia="Yu Gothic"/>
          <w:b w:val="0"/>
          <w:color w:val="222222"/>
          <w:sz w:val="18"/>
        </w:rPr>
        <w:t>・相続人である妻と子２人で遺産分割協議をし、相続財産中の不動産を子のうちの１人が単独で相続した場合の記載例を、空欄にしたものです。文の順序と項目は記載例のとおりで、条項は足していません。</w:t>
      </w:r>
    </w:p>
    <w:p>
      <w:pPr>
        <w:spacing w:after="20" w:before="0" w:lineRule="exact" w:line="290"/>
        <w:ind w:left="170"/>
      </w:pPr>
      <w:r>
        <w:rPr>
          <w:rFonts w:ascii="Yu Gothic" w:hAnsi="Yu Gothic" w:eastAsia="Yu Gothic"/>
          <w:b w:val="0"/>
          <w:color w:val="222222"/>
          <w:sz w:val="18"/>
        </w:rPr>
        <w:t>・代償分割・換価分割の条項、複数の相続人が共有で相続する形、後日見つかった財産の扱い、預貯金・株式・自動車など不動産以外の財産の書き方は、法務局の記載例にありません。入れたい場合は、自分で書き足さずに司法書士・弁護士に相談してください。</w:t>
      </w:r>
    </w:p>
    <w:p>
      <w:pPr>
        <w:spacing w:after="20" w:before="0" w:lineRule="exact" w:line="290"/>
        <w:ind w:left="170"/>
      </w:pPr>
      <w:r>
        <w:rPr>
          <w:rFonts w:ascii="Yu Gothic" w:hAnsi="Yu Gothic" w:eastAsia="Yu Gothic"/>
          <w:b w:val="0"/>
          <w:color w:val="222222"/>
          <w:sz w:val="18"/>
        </w:rPr>
        <w:t>・亡くなった方の相続人がさらに亡くなっている（数次相続）場合は、法務局に別の記載例「所有権移転登記申請書（相続・遺産分割）（数次相続）」があります。</w:t>
      </w:r>
    </w:p>
    <w:p>
      <w:pPr>
        <w:spacing w:after="20" w:before="0" w:lineRule="exact" w:line="290"/>
        <w:ind w:left="170"/>
      </w:pPr>
      <w:r>
        <w:rPr>
          <w:rFonts w:ascii="Yu Gothic" w:hAnsi="Yu Gothic" w:eastAsia="Yu Gothic"/>
          <w:b w:val="0"/>
          <w:color w:val="222222"/>
          <w:sz w:val="18"/>
        </w:rPr>
        <w:t>・法務局（登記所）は、遺産の分割の方法や遺産分割協議書の作成についての相談には応じていません（法務省「登記申請手続のご案内（遺産分割協議編）」）。</w:t>
      </w:r>
    </w:p>
    <w:p>
      <w:pPr>
        <w:spacing w:after="40" w:before="120" w:lineRule="exact" w:line="408"/>
      </w:pPr>
      <w:r>
        <w:rPr>
          <w:rFonts w:ascii="Yu Gothic" w:hAnsi="Yu Gothic" w:eastAsia="Yu Gothic"/>
          <w:b/>
          <w:color w:val="2B4C3C"/>
          <w:sz w:val="22"/>
        </w:rPr>
        <w:t>書き方メモ（法務局・法務省の資料より）</w:t>
      </w:r>
    </w:p>
    <w:p>
      <w:pPr>
        <w:spacing w:after="20" w:before="0" w:lineRule="exact" w:line="290"/>
        <w:ind w:left="170"/>
      </w:pPr>
      <w:r>
        <w:rPr>
          <w:rFonts w:ascii="Yu Gothic" w:hAnsi="Yu Gothic" w:eastAsia="Yu Gothic"/>
          <w:b w:val="0"/>
          <w:color w:val="222222"/>
          <w:sz w:val="18"/>
        </w:rPr>
        <w:t>・不動産：記載例では、協議書の不動産は、登記申請書の「不動産の表示」と同じ項目・同じ内容で書かれています（土地＝所在・地番・地目・地積、建物＝所在・家屋番号・種類・構造・床面積）。申請書の不動産の表示は、登記事項証明書等に記載されているとおりに正確に書くよう案内されています。</w:t>
      </w:r>
    </w:p>
    <w:p>
      <w:pPr>
        <w:spacing w:after="20" w:before="0" w:lineRule="exact" w:line="290"/>
        <w:ind w:left="170"/>
      </w:pPr>
      <w:r>
        <w:rPr>
          <w:rFonts w:ascii="Yu Gothic" w:hAnsi="Yu Gothic" w:eastAsia="Yu Gothic"/>
          <w:b w:val="0"/>
          <w:color w:val="222222"/>
          <w:sz w:val="18"/>
        </w:rPr>
        <w:t>・署名と実印：協議書には、相続人全員が印鑑証明書と同じ印（実印）を押します。相続登記に付ける印鑑証明書は、作成後3か月以内のものでなくても差し支えありません。</w:t>
      </w:r>
    </w:p>
    <w:p>
      <w:pPr>
        <w:spacing w:after="20" w:before="0" w:lineRule="exact" w:line="290"/>
        <w:ind w:left="170"/>
      </w:pPr>
      <w:r>
        <w:rPr>
          <w:rFonts w:ascii="Yu Gothic" w:hAnsi="Yu Gothic" w:eastAsia="Yu Gothic"/>
          <w:b w:val="0"/>
          <w:color w:val="222222"/>
          <w:sz w:val="18"/>
        </w:rPr>
        <w:t>・誰の印鑑証明書が要るか：記載例の注記は「遺産分割協議を行った相続人全員の印鑑証明書」、法務省のご案内は「登記申請人である相続人を除く」各1通と書いています。申請先の法務局で確認してください。</w:t>
      </w:r>
    </w:p>
    <w:p>
      <w:pPr>
        <w:spacing w:after="20" w:before="0" w:lineRule="exact" w:line="290"/>
        <w:ind w:left="170"/>
      </w:pPr>
      <w:r>
        <w:rPr>
          <w:rFonts w:ascii="Yu Gothic" w:hAnsi="Yu Gothic" w:eastAsia="Yu Gothic"/>
          <w:b w:val="0"/>
          <w:color w:val="222222"/>
          <w:sz w:val="18"/>
        </w:rPr>
        <w:t>・相続登記では、協議の当事者である相続人全員の戸籍の証明書も添付します。相続関係説明図を出すと戸籍の原本は返してもらえますが、遺産分割協議書は別にその謄本を出す必要があります。</w:t>
      </w:r>
    </w:p>
    <w:p>
      <w:pPr>
        <w:spacing w:after="20" w:before="0" w:lineRule="exact" w:line="290"/>
        <w:ind w:left="170"/>
      </w:pPr>
      <w:r>
        <w:rPr>
          <w:rFonts w:ascii="Yu Gothic" w:hAnsi="Yu Gothic" w:eastAsia="Yu Gothic"/>
          <w:b w:val="0"/>
          <w:color w:val="222222"/>
          <w:sz w:val="18"/>
        </w:rPr>
        <w:t>・協議書の原本を返してほしいときは、コピーに「原本に相違ありません」と書き、登記申請書に押印した申請人が署名（記名）押印して、原本と一緒に出します（返してもらえない書面もあります）。</w:t>
      </w:r>
    </w:p>
    <w:p>
      <w:pPr>
        <w:spacing w:after="20" w:before="0" w:lineRule="exact" w:line="290"/>
        <w:ind w:left="170"/>
      </w:pPr>
      <w:r>
        <w:rPr>
          <w:rFonts w:ascii="Yu Gothic" w:hAnsi="Yu Gothic" w:eastAsia="Yu Gothic"/>
          <w:b w:val="0"/>
          <w:color w:val="222222"/>
          <w:sz w:val="18"/>
        </w:rPr>
        <w:t>・登記申請書の「原因」の日付は、遺産分割協議が成立した日ではなく、亡くなった日です。</w:t>
      </w:r>
    </w:p>
    <w:p>
      <w:pPr>
        <w:spacing w:after="20" w:before="0" w:lineRule="exact" w:line="290"/>
        <w:ind w:left="170"/>
      </w:pPr>
      <w:r>
        <w:rPr>
          <w:rFonts w:ascii="Yu Gothic" w:hAnsi="Yu Gothic" w:eastAsia="Yu Gothic"/>
          <w:b w:val="0"/>
          <w:color w:val="222222"/>
          <w:sz w:val="18"/>
        </w:rPr>
        <w:t>・遺産分割が成立したら、成立した日から3年以内に、その内容を踏まえた所有権の移転の登記を申請する義務があります（不動産登記法第76条の2第2項ほか。法務省）。</w:t>
      </w:r>
    </w:p>
    <w:p>
      <w:pPr>
        <w:spacing w:after="40" w:before="120" w:lineRule="exact" w:line="408"/>
      </w:pPr>
      <w:r>
        <w:rPr>
          <w:rFonts w:ascii="Yu Gothic" w:hAnsi="Yu Gothic" w:eastAsia="Yu Gothic"/>
          <w:b/>
          <w:color w:val="2B4C3C"/>
          <w:sz w:val="22"/>
        </w:rPr>
        <w:t>不動産以外の手続き・話し合いがまとまらないとき</w:t>
      </w:r>
    </w:p>
    <w:p>
      <w:pPr>
        <w:spacing w:after="20" w:before="0" w:lineRule="exact" w:line="290"/>
        <w:ind w:left="170"/>
      </w:pPr>
      <w:r>
        <w:rPr>
          <w:rFonts w:ascii="Yu Gothic" w:hAnsi="Yu Gothic" w:eastAsia="Yu Gothic"/>
          <w:b w:val="0"/>
          <w:color w:val="222222"/>
          <w:sz w:val="18"/>
        </w:rPr>
        <w:t>・預金の相続の手続きで求められる書類は、相続の方法や内容、金融機関により異なる場合があります（全国銀行協会）。書式・必要書類は各金融機関に確認してください。</w:t>
      </w:r>
    </w:p>
    <w:p>
      <w:pPr>
        <w:spacing w:after="20" w:before="0" w:lineRule="exact" w:line="290"/>
        <w:ind w:left="170"/>
      </w:pPr>
      <w:r>
        <w:rPr>
          <w:rFonts w:ascii="Yu Gothic" w:hAnsi="Yu Gothic" w:eastAsia="Yu Gothic"/>
          <w:b w:val="0"/>
          <w:color w:val="222222"/>
          <w:sz w:val="18"/>
        </w:rPr>
        <w:t>・自動車（登録自動車）の相続の手続きでは、関東運輸局の案内で、遺産分割協議書は相続人全員が実印を押したもの、相続する人の印鑑証明書は発行後3か月以内のもの、自動車の価格が100万円以下であることを査定証などで確認できる場合に限り「遺産分割協議成立申立書」も使える、とされています。手続き先ごとに書式・必要書類が違います。</w:t>
      </w:r>
    </w:p>
    <w:p>
      <w:pPr>
        <w:spacing w:after="20" w:before="0" w:lineRule="exact" w:line="290"/>
        <w:ind w:left="170"/>
      </w:pPr>
      <w:r>
        <w:rPr>
          <w:rFonts w:ascii="Yu Gothic" w:hAnsi="Yu Gothic" w:eastAsia="Yu Gothic"/>
          <w:b w:val="0"/>
          <w:color w:val="222222"/>
          <w:sz w:val="18"/>
        </w:rPr>
        <w:t>・相続税の配偶者の税額軽減を受けるときは、申告書に遺産分割協議書の写しと、協議書に押した相続人全員の印鑑証明書を添えます（国税庁 No.4158）。申告については税務署か税理士に確認してください。</w:t>
      </w:r>
    </w:p>
    <w:p>
      <w:pPr>
        <w:spacing w:after="20" w:before="0" w:lineRule="exact" w:line="290"/>
        <w:ind w:left="170"/>
      </w:pPr>
      <w:r>
        <w:rPr>
          <w:rFonts w:ascii="Yu Gothic" w:hAnsi="Yu Gothic" w:eastAsia="Yu Gothic"/>
          <w:b w:val="0"/>
          <w:color w:val="222222"/>
          <w:sz w:val="18"/>
        </w:rPr>
        <w:t>・遺産の分け方は相続人の全員で話し合います。話し合いがまとまらないときは、家庭裁判所の遺産分割調停・審判の手続きを利用できます（裁判所）。弁護士への相談も検討してください。</w:t>
      </w:r>
    </w:p>
    <w:p>
      <w:pPr>
        <w:spacing w:after="40" w:before="120" w:lineRule="exact" w:line="408"/>
      </w:pPr>
      <w:r>
        <w:rPr>
          <w:rFonts w:ascii="Yu Gothic" w:hAnsi="Yu Gothic" w:eastAsia="Yu Gothic"/>
          <w:b/>
          <w:color w:val="2B4C3C"/>
          <w:sz w:val="22"/>
        </w:rPr>
        <w:t>出典（2026年10月3日確認）</w:t>
      </w:r>
    </w:p>
    <w:p>
      <w:pPr>
        <w:spacing w:after="0" w:before="0" w:lineRule="exact" w:line="240"/>
        <w:ind w:left="170"/>
      </w:pPr>
      <w:r>
        <w:rPr>
          <w:rFonts w:ascii="Yu Gothic" w:hAnsi="Yu Gothic" w:eastAsia="Yu Gothic"/>
          <w:b w:val="0"/>
          <w:color w:val="8A8478"/>
          <w:sz w:val="15"/>
        </w:rPr>
        <w:t>法務局「所有権移転登記申請書（相続・遺産分割）」記載例（R8.10.5以降に申請する場合） https://houmukyoku.moj.go.jp/homu/content/001470094.pdf</w:t>
      </w:r>
    </w:p>
    <w:p>
      <w:pPr>
        <w:spacing w:after="0" w:before="0" w:lineRule="exact" w:line="240"/>
        <w:ind w:left="170"/>
      </w:pPr>
      <w:r>
        <w:rPr>
          <w:rFonts w:ascii="Yu Gothic" w:hAnsi="Yu Gothic" w:eastAsia="Yu Gothic"/>
          <w:b w:val="0"/>
          <w:color w:val="8A8478"/>
          <w:sz w:val="15"/>
        </w:rPr>
        <w:t>法務局「不動産登記の申請書様式について」 https://houmukyoku.moj.go.jp/homu/minji79.html</w:t>
      </w:r>
    </w:p>
    <w:p>
      <w:pPr>
        <w:spacing w:after="0" w:before="0" w:lineRule="exact" w:line="240"/>
        <w:ind w:left="170"/>
      </w:pPr>
      <w:r>
        <w:rPr>
          <w:rFonts w:ascii="Yu Gothic" w:hAnsi="Yu Gothic" w:eastAsia="Yu Gothic"/>
          <w:b w:val="0"/>
          <w:color w:val="8A8478"/>
          <w:sz w:val="15"/>
        </w:rPr>
        <w:t>法務省民事局「登記申請手続のご案内（相続登記①／遺産分割協議編）」 https://houmukyoku.moj.go.jp/homu/content/001437202.pdf</w:t>
      </w:r>
    </w:p>
    <w:p>
      <w:pPr>
        <w:spacing w:after="0" w:before="0" w:lineRule="exact" w:line="240"/>
        <w:ind w:left="170"/>
      </w:pPr>
      <w:r>
        <w:rPr>
          <w:rFonts w:ascii="Yu Gothic" w:hAnsi="Yu Gothic" w:eastAsia="Yu Gothic"/>
          <w:b w:val="0"/>
          <w:color w:val="8A8478"/>
          <w:sz w:val="15"/>
        </w:rPr>
        <w:t>法務省「相続登記の申請義務化について」 https://www.moj.go.jp/MINJI/minji05_00599.html</w:t>
      </w:r>
    </w:p>
    <w:p>
      <w:pPr>
        <w:spacing w:after="0" w:before="0" w:lineRule="exact" w:line="240"/>
        <w:ind w:left="170"/>
      </w:pPr>
      <w:r>
        <w:rPr>
          <w:rFonts w:ascii="Yu Gothic" w:hAnsi="Yu Gothic" w:eastAsia="Yu Gothic"/>
          <w:b w:val="0"/>
          <w:color w:val="8A8478"/>
          <w:sz w:val="15"/>
        </w:rPr>
        <w:t>裁判所「遺産分割調停」 https://www.courts.go.jp/saiban/syurui/syurui_kazi/kazi_07_12/index.html</w:t>
      </w:r>
    </w:p>
    <w:p>
      <w:pPr>
        <w:spacing w:after="0" w:before="0" w:lineRule="exact" w:line="240"/>
        <w:ind w:left="170"/>
      </w:pPr>
      <w:r>
        <w:rPr>
          <w:rFonts w:ascii="Yu Gothic" w:hAnsi="Yu Gothic" w:eastAsia="Yu Gothic"/>
          <w:b w:val="0"/>
          <w:color w:val="8A8478"/>
          <w:sz w:val="15"/>
        </w:rPr>
        <w:t>国税庁 No.4158 配偶者の税額の軽減 https://www.nta.go.jp/taxes/shiraberu/taxanswer/sozoku/4158.htm</w:t>
      </w:r>
    </w:p>
    <w:p>
      <w:pPr>
        <w:spacing w:after="0" w:before="0" w:lineRule="exact" w:line="240"/>
        <w:ind w:left="170"/>
      </w:pPr>
      <w:r>
        <w:rPr>
          <w:rFonts w:ascii="Yu Gothic" w:hAnsi="Yu Gothic" w:eastAsia="Yu Gothic"/>
          <w:b w:val="0"/>
          <w:color w:val="8A8478"/>
          <w:sz w:val="15"/>
        </w:rPr>
        <w:t>全国銀行協会「預金相続の手続に必要な書類」 https://www.zenginkyo.or.jp/article/tag-f/7705/</w:t>
      </w:r>
    </w:p>
    <w:p>
      <w:pPr>
        <w:spacing w:after="0" w:before="0" w:lineRule="exact" w:line="240"/>
        <w:ind w:left="170"/>
      </w:pPr>
      <w:r>
        <w:rPr>
          <w:rFonts w:ascii="Yu Gothic" w:hAnsi="Yu Gothic" w:eastAsia="Yu Gothic"/>
          <w:b w:val="0"/>
          <w:color w:val="8A8478"/>
          <w:sz w:val="15"/>
        </w:rPr>
        <w:t>関東運輸局「単独相続（相続人のうち一人が相続する場合）」 https://wwwtb.mlit.go.jp/kanto/jidou_gian/touroku/souzoku_tandoku.html</w:t>
      </w:r>
    </w:p>
    <w:p>
      <w:pPr>
        <w:spacing w:after="0" w:before="160" w:lineRule="exact" w:line="260"/>
      </w:pPr>
      <w:r>
        <w:rPr>
          <w:rFonts w:ascii="Yu Gothic" w:hAnsi="Yu Gothic" w:eastAsia="Yu Gothic"/>
          <w:b w:val="0"/>
          <w:color w:val="222222"/>
          <w:sz w:val="17"/>
        </w:rPr>
        <w:t>発行：生前整理支援センター ふれあいの丘（株式会社Kogera）　www.fureaino-oka.com/souzoku/isan-bunkatsu-hinagata　一般的な情報提供です。遺産の分け方や協議書の内容についての個別の判断はしていません。協議書の作成や相続登記は、司法書士・弁護士、申請先の法務局に確認してください。個人利用の範囲で自由に印刷・複製・編集いただけます。</w:t>
      </w:r>
    </w:p>
    <w:sectPr w:rsidR="00FC693F" w:rsidRPr="0006063C" w:rsidSect="00034616">
      <w:footerReference w:type="default" r:id="rId9"/>
      <w:pgSz w:w="11906" w:h="16838"/>
      <w:pgMar w:top="907" w:right="1247"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Yu Gothic"/>
        <w:b w:val="0"/>
        <w:color w:val="6B6B6B"/>
        <w:sz w:val="15"/>
      </w:rPr>
      <w:t>遺産分割協議書のひな形（法務局の記載例どおり）｜生前整理支援センター ふれあいの丘｜www.fureaino-oka.com/souzoku/isan-bunkatsu-hinagata</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Mincho" w:hAnsi="Yu Mincho" w:eastAsia="Yu Mincho"/>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遺産分割協議書（ひな形・法務局の記載例どおり）</dc:title>
  <dc:subject>法務局の記載例「遺産分割協議書の例」を空欄にしたひな形（2026年10月3日確認）</dc:subject>
  <dc:creator>生前整理支援センター ふれあいの丘</dc:creator>
  <cp:keywords/>
  <dc:description>generated by python-docx</dc:description>
  <cp:lastModifiedBy/>
  <cp:revision>1</cp:revision>
  <dcterms:created xsi:type="dcterms:W3CDTF">2013-12-23T23:15:00Z</dcterms:created>
  <dcterms:modified xsi:type="dcterms:W3CDTF">2013-12-23T23:15:00Z</dcterms:modified>
  <cp:category/>
</cp:coreProperties>
</file>