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exact" w:line="300"/>
      </w:pPr>
      <w:r>
        <w:rPr>
          <w:rFonts w:ascii="Yu Gothic" w:hAnsi="Yu Gothic" w:eastAsia="Yu Gothic"/>
          <w:b/>
          <w:color w:val="2B4C3C"/>
          <w:sz w:val="36"/>
        </w:rPr>
        <w:t>喪中はがきの文例（Word版）</w:t>
      </w:r>
    </w:p>
    <w:p>
      <w:pPr>
        <w:spacing w:after="160" w:before="0" w:lineRule="exact" w:line="270"/>
      </w:pPr>
      <w:r>
        <w:rPr>
          <w:rFonts w:ascii="Yu Gothic" w:hAnsi="Yu Gothic" w:eastAsia="Yu Gothic"/>
          <w:b w:val="0"/>
          <w:color w:val="6B6B6B"/>
          <w:sz w:val="18"/>
        </w:rPr>
        <w:t>はがきサイズ・縦書き・1ページ1文例｜ふれあいの丘｜2026年10月版</w:t>
      </w:r>
    </w:p>
    <w:p>
      <w:pPr>
        <w:spacing w:after="40" w:before="0" w:lineRule="exact" w:line="360"/>
      </w:pPr>
      <w:r>
        <w:rPr>
          <w:rFonts w:ascii="Yu Gothic" w:hAnsi="Yu Gothic" w:eastAsia="Yu Gothic"/>
          <w:b/>
          <w:color w:val="2B4C3C"/>
          <w:sz w:val="24"/>
        </w:rPr>
        <w:t>使い方</w:t>
      </w:r>
    </w:p>
    <w:p>
      <w:pPr>
        <w:spacing w:after="4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1　2〜12ページが文例です。1ページに1文例、はがきサイズ（100×148mm）・縦書きです。この1ページ目（A4）は説明なので、はがきには印刷しないでください。</w:t>
      </w:r>
    </w:p>
    <w:p>
      <w:pPr>
        <w:spacing w:after="4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2　使う文例のページを開き、○○を名前・月日・年齢に置き換えます。左端の「○○県○○市…」と「○○　○○」は差出人の住所・氏名です。</w:t>
      </w:r>
    </w:p>
    <w:p>
      <w:pPr>
        <w:spacing w:after="4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3　薄い灰色の「（〜場合）」は説明書きです。M7の「（辞退する場合）」は、香典などを辞退しない場合は行ごと削除し、辞退する場合は説明書きだけを消します。R1は冒頭の2行のうち、出す時期に合うどちらか一方だけを残します。</w:t>
      </w:r>
    </w:p>
    <w:p>
      <w:pPr>
        <w:spacing w:after="4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4　印刷するときは、プリンターの用紙サイズを「はがき」にし、印刷するページ（例：2）を指定してください。</w:t>
      </w:r>
    </w:p>
    <w:p>
      <w:pPr>
        <w:spacing w:after="40" w:before="120" w:lineRule="exact" w:line="360"/>
      </w:pPr>
      <w:r>
        <w:rPr>
          <w:rFonts w:ascii="Yu Gothic" w:hAnsi="Yu Gothic" w:eastAsia="Yu Gothic"/>
          <w:b/>
          <w:color w:val="2B4C3C"/>
          <w:sz w:val="24"/>
        </w:rPr>
        <w:t>文例とページ</w:t>
      </w:r>
    </w:p>
    <w:p>
      <w:pPr>
        <w:spacing w:after="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2ページ　M1　父を亡くした場合（基本形）</w:t>
      </w:r>
    </w:p>
    <w:p>
      <w:pPr>
        <w:spacing w:after="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3ページ　M2　母を亡くした場合（基本形）</w:t>
      </w:r>
    </w:p>
    <w:p>
      <w:pPr>
        <w:spacing w:after="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4ページ　M3　祖父を亡くした場合（基本形）</w:t>
      </w:r>
    </w:p>
    <w:p>
      <w:pPr>
        <w:spacing w:after="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5ページ　M4　祖母を亡くした場合（基本形）</w:t>
      </w:r>
    </w:p>
    <w:p>
      <w:pPr>
        <w:spacing w:after="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6ページ　M5　夫を亡くした場合（基本形）</w:t>
      </w:r>
    </w:p>
    <w:p>
      <w:pPr>
        <w:spacing w:after="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7ページ　M6　妻を亡くした場合（基本形）</w:t>
      </w:r>
    </w:p>
    <w:p>
      <w:pPr>
        <w:spacing w:after="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8ページ　M7　近親者のみで葬儀を済ませた場合（家族葬）</w:t>
      </w:r>
    </w:p>
    <w:p>
      <w:pPr>
        <w:spacing w:after="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9ページ　M8　故人の名前や続柄を書かない簡潔な形</w:t>
      </w:r>
    </w:p>
    <w:p>
      <w:pPr>
        <w:spacing w:after="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10ページ　K1　喪中はがきを出していなかった相手から年賀状が届いた場合</w:t>
      </w:r>
    </w:p>
    <w:p>
      <w:pPr>
        <w:spacing w:after="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11ページ　K2　年末の不幸や家族葬で知らせが間に合わず、年賀状をいただいた場合</w:t>
      </w:r>
    </w:p>
    <w:p>
      <w:pPr>
        <w:spacing w:after="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12ページ　R1　喪中見舞い（年内）／寒中見舞い（松の内明け〜立春ごろ）兼用</w:t>
      </w:r>
    </w:p>
    <w:p>
      <w:pPr>
        <w:spacing w:after="40" w:before="160" w:lineRule="exact" w:line="360"/>
      </w:pPr>
      <w:r>
        <w:rPr>
          <w:rFonts w:ascii="Yu Gothic" w:hAnsi="Yu Gothic" w:eastAsia="Yu Gothic"/>
          <w:b/>
          <w:color w:val="2B4C3C"/>
          <w:sz w:val="24"/>
        </w:rPr>
        <w:t>書き方メモ（日本郵便のサイトの説明より・2026年10月2日確認）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・喪中はがき（年賀欠礼状）は、喪中のため新年の挨拶を控えることを伝える挨拶状で、訃報を知らせること自体が目的ではない、と説明されています。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・出す時期は、11月中旬〜12月初旬ごろまでに届くようにするのが一般的とされます。2027年用の年賀状の引受開始は2026年12月20日（日）です（昨年までは12月15日）。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・12月に亡くなった場合や発送が遅れる場合は「寒中見舞い」の形で知らせます。寒中見舞いは松の内（一般的には1月7日まで、関西など一部地域は1月15日まで）が明けてから立春ごろまでに出し、節分までに届くのがよいともされています。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・「年賀」は使わず「年始・年頭・新年」に。お祝いの言葉は使いません。寒中見舞いでは「年賀状」を「年始状」と言い換えます。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・句読点と行頭の一字下げは入れない書き方が一般的とされますが、日本郵便の文例集のように句読点を使った文例もあります。この文例は句読点を入れず、区切りを全角スペースにしています。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・日付は年号と月のみ（令和○年○月）。年齢は満年齢・数え年のどちらも使われているので、家の慣習に合わせてください。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・墨の濃さ（濃墨か薄墨か）は日本郵便のサイト内でも説明が分かれます。あて名は機械で読み取るため黒で書くよう案内されています。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・郵便局の通常はがき（85円・2026年10月2日確認）は切手不要、私製はがきは切手が必要です。弔事用85円普通切手（菊）を使うと華美な印象を避けられる、と説明されています。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・喪中はがきは宗教上の決まりではなく慣習とされ、他の宗教の文言を使わないよう注意が促されています。この文例では「冥福」などの語を使っていません。</w:t>
      </w:r>
    </w:p>
    <w:p>
      <w:pPr>
        <w:spacing w:after="60" w:before="120" w:lineRule="exact" w:line="240"/>
      </w:pPr>
      <w:r>
        <w:rPr>
          <w:rFonts w:ascii="Yu Gothic" w:hAnsi="Yu Gothic" w:eastAsia="Yu Gothic"/>
          <w:b w:val="0"/>
          <w:color w:val="6B6B6B"/>
          <w:sz w:val="16"/>
        </w:rPr>
        <w:t>出典：日本郵便 お手紙文例集「年賀欠礼」「喪中に年賀状が届いた場合の返信」、日本郵便 報道発表「2027（令和9）年用年賀はがき等の発行概要」（2026年8月31日）、日本郵便「通常はがき」、郵便局のプリントサービス（日本郵便株式会社運営）のよくあるご質問・コラム、郵便局のネットショップのコラム。URLは配布ページ www.fureaino-oka.com/sogi/mochu-hagaki に掲載しています。決まった形式があるわけではなく、ここに挙げたのは一般的とされる書き方です。</w:t>
      </w:r>
    </w:p>
    <w:p>
      <w:pPr>
        <w:spacing w:after="60" w:before="80" w:lineRule="exact" w:line="240"/>
      </w:pPr>
      <w:r>
        <w:rPr>
          <w:rFonts w:ascii="Yu Gothic" w:hAnsi="Yu Gothic" w:eastAsia="Yu Gothic"/>
          <w:b w:val="0"/>
          <w:color w:val="6B6B6B"/>
          <w:sz w:val="16"/>
        </w:rPr>
        <w:t>発行：生前整理支援センター ふれあいの丘（株式会社Kogera）。文例は当サイトのオリジナルです。個人利用の範囲で自由に印刷・複製・編集いただけます。</w:t>
      </w:r>
    </w:p>
    <w:p>
      <w:pPr>
        <w:sectPr>
          <w:pgSz w:w="11906" w:h="16838"/>
          <w:pgMar w:top="737" w:right="1134" w:bottom="737" w:left="1134" w:header="720" w:footer="720" w:gutter="0"/>
          <w:cols w:space="720"/>
          <w:docGrid w:linePitch="360"/>
        </w:sectPr>
      </w:pP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喪中のため　年頭のご挨拶を控えさせていただきます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本年○月に　父　○○○○が　○○歳で永眠いたしました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生前に父が皆様からいただいた温かいお心遣いに　深く感謝申し上げます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寒さに向かう折　皆様どうぞお健やかにお過ごしください</w:t>
      </w:r>
    </w:p>
    <w:p>
      <w:pPr>
        <w:spacing w:after="0" w:before="200" w:lineRule="exact" w:line="340"/>
        <w:ind w:left="400"/>
      </w:pPr>
      <w:r>
        <w:rPr>
          <w:rFonts w:ascii="Yu Mincho" w:hAnsi="Yu Mincho" w:eastAsia="Yu Mincho"/>
          <w:b w:val="0"/>
          <w:color w:val="222222"/>
          <w:sz w:val="20"/>
        </w:rPr>
        <w:t>令和○年○月</w:t>
      </w:r>
    </w:p>
    <w:p>
      <w:pPr>
        <w:spacing w:after="0" w:before="360" w:lineRule="exact" w:line="340"/>
        <w:jc w:val="right"/>
      </w:pPr>
      <w:r>
        <w:rPr>
          <w:rFonts w:ascii="Yu Mincho" w:hAnsi="Yu Mincho" w:eastAsia="Yu Mincho"/>
          <w:b w:val="0"/>
          <w:color w:val="222222"/>
          <w:sz w:val="18"/>
        </w:rPr>
        <w:t>○○県○○市○○町○丁目○番○号</w:t>
      </w:r>
    </w:p>
    <w:p>
      <w:pPr>
        <w:spacing w:after="0" w:before="0" w:lineRule="exact" w:line="340"/>
        <w:jc w:val="right"/>
      </w:pPr>
      <w:r>
        <w:rPr>
          <w:rFonts w:ascii="Yu Mincho" w:hAnsi="Yu Mincho" w:eastAsia="Yu Mincho"/>
          <w:b w:val="0"/>
          <w:color w:val="222222"/>
          <w:sz w:val="20"/>
        </w:rPr>
        <w:t>○○　○○</w:t>
      </w:r>
    </w:p>
    <w:p>
      <w:pPr>
        <w:pageBreakBefore/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喪中につき　新年のご挨拶をご遠慮申し上げます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本年○月○日　母　○○が　○○歳にて永眠いたしました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母が生前お世話になりましたことを　心よりお礼申し上げます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今後とも変わらぬお付き合いを　どうぞよろしくお願いいたします</w:t>
      </w:r>
    </w:p>
    <w:p>
      <w:pPr>
        <w:spacing w:after="0" w:before="200" w:lineRule="exact" w:line="340"/>
        <w:ind w:left="400"/>
      </w:pPr>
      <w:r>
        <w:rPr>
          <w:rFonts w:ascii="Yu Mincho" w:hAnsi="Yu Mincho" w:eastAsia="Yu Mincho"/>
          <w:b w:val="0"/>
          <w:color w:val="222222"/>
          <w:sz w:val="20"/>
        </w:rPr>
        <w:t>令和○年○月</w:t>
      </w:r>
    </w:p>
    <w:p>
      <w:pPr>
        <w:spacing w:after="0" w:before="360" w:lineRule="exact" w:line="340"/>
        <w:jc w:val="right"/>
      </w:pPr>
      <w:r>
        <w:rPr>
          <w:rFonts w:ascii="Yu Mincho" w:hAnsi="Yu Mincho" w:eastAsia="Yu Mincho"/>
          <w:b w:val="0"/>
          <w:color w:val="222222"/>
          <w:sz w:val="18"/>
        </w:rPr>
        <w:t>○○県○○市○○町○丁目○番○号</w:t>
      </w:r>
    </w:p>
    <w:p>
      <w:pPr>
        <w:spacing w:after="0" w:before="0" w:lineRule="exact" w:line="340"/>
        <w:jc w:val="right"/>
      </w:pPr>
      <w:r>
        <w:rPr>
          <w:rFonts w:ascii="Yu Mincho" w:hAnsi="Yu Mincho" w:eastAsia="Yu Mincho"/>
          <w:b w:val="0"/>
          <w:color w:val="222222"/>
          <w:sz w:val="20"/>
        </w:rPr>
        <w:t>○○　○○</w:t>
      </w:r>
    </w:p>
    <w:p>
      <w:pPr>
        <w:pageBreakBefore/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喪中のため　年始のご挨拶を失礼させていただきます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本年○月に　祖父　○○○○が　○○歳で永眠いたしました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長年にわたり祖父に寄せていただいたご厚情に　家族一同感謝しております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皆様のご健康を心よりお祈り申し上げます</w:t>
      </w:r>
    </w:p>
    <w:p>
      <w:pPr>
        <w:spacing w:after="0" w:before="200" w:lineRule="exact" w:line="340"/>
        <w:ind w:left="400"/>
      </w:pPr>
      <w:r>
        <w:rPr>
          <w:rFonts w:ascii="Yu Mincho" w:hAnsi="Yu Mincho" w:eastAsia="Yu Mincho"/>
          <w:b w:val="0"/>
          <w:color w:val="222222"/>
          <w:sz w:val="20"/>
        </w:rPr>
        <w:t>令和○年○月</w:t>
      </w:r>
    </w:p>
    <w:p>
      <w:pPr>
        <w:spacing w:after="0" w:before="360" w:lineRule="exact" w:line="340"/>
        <w:jc w:val="right"/>
      </w:pPr>
      <w:r>
        <w:rPr>
          <w:rFonts w:ascii="Yu Mincho" w:hAnsi="Yu Mincho" w:eastAsia="Yu Mincho"/>
          <w:b w:val="0"/>
          <w:color w:val="222222"/>
          <w:sz w:val="18"/>
        </w:rPr>
        <w:t>○○県○○市○○町○丁目○番○号</w:t>
      </w:r>
    </w:p>
    <w:p>
      <w:pPr>
        <w:spacing w:after="0" w:before="0" w:lineRule="exact" w:line="340"/>
        <w:jc w:val="right"/>
      </w:pPr>
      <w:r>
        <w:rPr>
          <w:rFonts w:ascii="Yu Mincho" w:hAnsi="Yu Mincho" w:eastAsia="Yu Mincho"/>
          <w:b w:val="0"/>
          <w:color w:val="222222"/>
          <w:sz w:val="20"/>
        </w:rPr>
        <w:t>○○　○○</w:t>
      </w:r>
    </w:p>
    <w:p>
      <w:pPr>
        <w:pageBreakBefore/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本年○月　祖母　○○が　○○歳で永眠いたしました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このため　新年のご挨拶は控えさせていただきます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祖母が長年お世話になりましたことに　深くお礼申し上げます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時節柄　どうぞご自愛ください</w:t>
      </w:r>
    </w:p>
    <w:p>
      <w:pPr>
        <w:spacing w:after="0" w:before="200" w:lineRule="exact" w:line="340"/>
        <w:ind w:left="400"/>
      </w:pPr>
      <w:r>
        <w:rPr>
          <w:rFonts w:ascii="Yu Mincho" w:hAnsi="Yu Mincho" w:eastAsia="Yu Mincho"/>
          <w:b w:val="0"/>
          <w:color w:val="222222"/>
          <w:sz w:val="20"/>
        </w:rPr>
        <w:t>令和○年○月</w:t>
      </w:r>
    </w:p>
    <w:p>
      <w:pPr>
        <w:spacing w:after="0" w:before="360" w:lineRule="exact" w:line="340"/>
        <w:jc w:val="right"/>
      </w:pPr>
      <w:r>
        <w:rPr>
          <w:rFonts w:ascii="Yu Mincho" w:hAnsi="Yu Mincho" w:eastAsia="Yu Mincho"/>
          <w:b w:val="0"/>
          <w:color w:val="222222"/>
          <w:sz w:val="18"/>
        </w:rPr>
        <w:t>○○県○○市○○町○丁目○番○号</w:t>
      </w:r>
    </w:p>
    <w:p>
      <w:pPr>
        <w:spacing w:after="0" w:before="0" w:lineRule="exact" w:line="340"/>
        <w:jc w:val="right"/>
      </w:pPr>
      <w:r>
        <w:rPr>
          <w:rFonts w:ascii="Yu Mincho" w:hAnsi="Yu Mincho" w:eastAsia="Yu Mincho"/>
          <w:b w:val="0"/>
          <w:color w:val="222222"/>
          <w:sz w:val="20"/>
        </w:rPr>
        <w:t>○○　○○</w:t>
      </w:r>
    </w:p>
    <w:p>
      <w:pPr>
        <w:pageBreakBefore/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喪中のため　年頭のご挨拶を控えさせていただきます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本年○月に　夫　○○○○が　○○歳で永眠いたしました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生前　夫を支えてくださった皆様に　心より感謝申し上げます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これからも変わらぬお付き合いをいただけましたら幸いです</w:t>
      </w:r>
    </w:p>
    <w:p>
      <w:pPr>
        <w:spacing w:after="0" w:before="200" w:lineRule="exact" w:line="340"/>
        <w:ind w:left="400"/>
      </w:pPr>
      <w:r>
        <w:rPr>
          <w:rFonts w:ascii="Yu Mincho" w:hAnsi="Yu Mincho" w:eastAsia="Yu Mincho"/>
          <w:b w:val="0"/>
          <w:color w:val="222222"/>
          <w:sz w:val="20"/>
        </w:rPr>
        <w:t>令和○年○月</w:t>
      </w:r>
    </w:p>
    <w:p>
      <w:pPr>
        <w:spacing w:after="0" w:before="360" w:lineRule="exact" w:line="340"/>
        <w:jc w:val="right"/>
      </w:pPr>
      <w:r>
        <w:rPr>
          <w:rFonts w:ascii="Yu Mincho" w:hAnsi="Yu Mincho" w:eastAsia="Yu Mincho"/>
          <w:b w:val="0"/>
          <w:color w:val="222222"/>
          <w:sz w:val="18"/>
        </w:rPr>
        <w:t>○○県○○市○○町○丁目○番○号</w:t>
      </w:r>
    </w:p>
    <w:p>
      <w:pPr>
        <w:spacing w:after="0" w:before="0" w:lineRule="exact" w:line="340"/>
        <w:jc w:val="right"/>
      </w:pPr>
      <w:r>
        <w:rPr>
          <w:rFonts w:ascii="Yu Mincho" w:hAnsi="Yu Mincho" w:eastAsia="Yu Mincho"/>
          <w:b w:val="0"/>
          <w:color w:val="222222"/>
          <w:sz w:val="20"/>
        </w:rPr>
        <w:t>○○　○○</w:t>
      </w:r>
    </w:p>
    <w:p>
      <w:pPr>
        <w:pageBreakBefore/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喪中につき　年始のご挨拶をご遠慮申し上げます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本年○月　妻　○○が　○○歳にて永眠いたしました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妻が生前にいただいた数々のお心遣いに　深く感謝しております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寒さ厳しき折から　皆様どうぞお体を大切になさってください</w:t>
      </w:r>
    </w:p>
    <w:p>
      <w:pPr>
        <w:spacing w:after="0" w:before="200" w:lineRule="exact" w:line="340"/>
        <w:ind w:left="400"/>
      </w:pPr>
      <w:r>
        <w:rPr>
          <w:rFonts w:ascii="Yu Mincho" w:hAnsi="Yu Mincho" w:eastAsia="Yu Mincho"/>
          <w:b w:val="0"/>
          <w:color w:val="222222"/>
          <w:sz w:val="20"/>
        </w:rPr>
        <w:t>令和○年○月</w:t>
      </w:r>
    </w:p>
    <w:p>
      <w:pPr>
        <w:spacing w:after="0" w:before="360" w:lineRule="exact" w:line="340"/>
        <w:jc w:val="right"/>
      </w:pPr>
      <w:r>
        <w:rPr>
          <w:rFonts w:ascii="Yu Mincho" w:hAnsi="Yu Mincho" w:eastAsia="Yu Mincho"/>
          <w:b w:val="0"/>
          <w:color w:val="222222"/>
          <w:sz w:val="18"/>
        </w:rPr>
        <w:t>○○県○○市○○町○丁目○番○号</w:t>
      </w:r>
    </w:p>
    <w:p>
      <w:pPr>
        <w:spacing w:after="0" w:before="0" w:lineRule="exact" w:line="340"/>
        <w:jc w:val="right"/>
      </w:pPr>
      <w:r>
        <w:rPr>
          <w:rFonts w:ascii="Yu Mincho" w:hAnsi="Yu Mincho" w:eastAsia="Yu Mincho"/>
          <w:b w:val="0"/>
          <w:color w:val="222222"/>
          <w:sz w:val="20"/>
        </w:rPr>
        <w:t>○○　○○</w:t>
      </w:r>
    </w:p>
    <w:p>
      <w:pPr>
        <w:pageBreakBefore/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喪中のため　新年のご挨拶を控えさせていただきます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本年○月に　父　○○○○が　○○歳で永眠いたしました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葬儀は　故人の希望により　近親者のみで執り行いました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ご報告が今になりましたことを　深くお詫び申し上げます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8A8478"/>
          <w:sz w:val="16"/>
        </w:rPr>
        <w:t>（辞退する場合）</w:t>
      </w:r>
      <w:r>
        <w:rPr>
          <w:rFonts w:ascii="Yu Mincho" w:hAnsi="Yu Mincho" w:eastAsia="Yu Mincho"/>
          <w:b w:val="0"/>
          <w:color w:val="222222"/>
          <w:sz w:val="20"/>
        </w:rPr>
        <w:t>なお　お香典やお供え物などのお心遣いは　謹んでご辞退申し上げます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故人が生前にいただいたご厚情に　家族一同　心から感謝しております</w:t>
      </w:r>
    </w:p>
    <w:p>
      <w:pPr>
        <w:spacing w:after="0" w:before="200" w:lineRule="exact" w:line="340"/>
        <w:ind w:left="400"/>
      </w:pPr>
      <w:r>
        <w:rPr>
          <w:rFonts w:ascii="Yu Mincho" w:hAnsi="Yu Mincho" w:eastAsia="Yu Mincho"/>
          <w:b w:val="0"/>
          <w:color w:val="222222"/>
          <w:sz w:val="20"/>
        </w:rPr>
        <w:t>令和○年○月</w:t>
      </w:r>
    </w:p>
    <w:p>
      <w:pPr>
        <w:spacing w:after="0" w:before="360" w:lineRule="exact" w:line="340"/>
        <w:jc w:val="right"/>
      </w:pPr>
      <w:r>
        <w:rPr>
          <w:rFonts w:ascii="Yu Mincho" w:hAnsi="Yu Mincho" w:eastAsia="Yu Mincho"/>
          <w:b w:val="0"/>
          <w:color w:val="222222"/>
          <w:sz w:val="18"/>
        </w:rPr>
        <w:t>○○県○○市○○町○丁目○番○号</w:t>
      </w:r>
    </w:p>
    <w:p>
      <w:pPr>
        <w:spacing w:after="0" w:before="0" w:lineRule="exact" w:line="340"/>
        <w:jc w:val="right"/>
      </w:pPr>
      <w:r>
        <w:rPr>
          <w:rFonts w:ascii="Yu Mincho" w:hAnsi="Yu Mincho" w:eastAsia="Yu Mincho"/>
          <w:b w:val="0"/>
          <w:color w:val="222222"/>
          <w:sz w:val="20"/>
        </w:rPr>
        <w:t>○○　○○</w:t>
      </w:r>
    </w:p>
    <w:p>
      <w:pPr>
        <w:pageBreakBefore/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喪中のため　年始のご挨拶を控えさせていただきます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この一年にいただいたお心遣いに　深く感謝しております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皆様にとって穏やかな一年となりますよう　願っております</w:t>
      </w:r>
    </w:p>
    <w:p>
      <w:pPr>
        <w:spacing w:after="0" w:before="200" w:lineRule="exact" w:line="340"/>
        <w:ind w:left="400"/>
      </w:pPr>
      <w:r>
        <w:rPr>
          <w:rFonts w:ascii="Yu Mincho" w:hAnsi="Yu Mincho" w:eastAsia="Yu Mincho"/>
          <w:b w:val="0"/>
          <w:color w:val="222222"/>
          <w:sz w:val="20"/>
        </w:rPr>
        <w:t>令和○年○月</w:t>
      </w:r>
    </w:p>
    <w:p>
      <w:pPr>
        <w:spacing w:after="0" w:before="360" w:lineRule="exact" w:line="340"/>
        <w:jc w:val="right"/>
      </w:pPr>
      <w:r>
        <w:rPr>
          <w:rFonts w:ascii="Yu Mincho" w:hAnsi="Yu Mincho" w:eastAsia="Yu Mincho"/>
          <w:b w:val="0"/>
          <w:color w:val="222222"/>
          <w:sz w:val="18"/>
        </w:rPr>
        <w:t>○○県○○市○○町○丁目○番○号</w:t>
      </w:r>
    </w:p>
    <w:p>
      <w:pPr>
        <w:spacing w:after="0" w:before="0" w:lineRule="exact" w:line="340"/>
        <w:jc w:val="right"/>
      </w:pPr>
      <w:r>
        <w:rPr>
          <w:rFonts w:ascii="Yu Mincho" w:hAnsi="Yu Mincho" w:eastAsia="Yu Mincho"/>
          <w:b w:val="0"/>
          <w:color w:val="222222"/>
          <w:sz w:val="20"/>
        </w:rPr>
        <w:t>○○　○○</w:t>
      </w:r>
    </w:p>
    <w:p>
      <w:pPr>
        <w:pageBreakBefore/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寒中お見舞い申し上げます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ご丁寧なお年始状をいただき　ありがとうございました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昨年○月に　父　○○が　○○歳で永眠いたしました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そのため　新年のご挨拶は失礼いたしました　前もってお知らせできず　申し訳ございませんでした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寒さはこれからが本番です　皆様どうぞ温かくしてお過ごしください</w:t>
      </w:r>
    </w:p>
    <w:p>
      <w:pPr>
        <w:spacing w:after="0" w:before="200" w:lineRule="exact" w:line="340"/>
        <w:ind w:left="400"/>
      </w:pPr>
      <w:r>
        <w:rPr>
          <w:rFonts w:ascii="Yu Mincho" w:hAnsi="Yu Mincho" w:eastAsia="Yu Mincho"/>
          <w:b w:val="0"/>
          <w:color w:val="222222"/>
          <w:sz w:val="20"/>
        </w:rPr>
        <w:t>令和○年○月</w:t>
      </w:r>
    </w:p>
    <w:p>
      <w:pPr>
        <w:spacing w:after="0" w:before="360" w:lineRule="exact" w:line="340"/>
        <w:jc w:val="right"/>
      </w:pPr>
      <w:r>
        <w:rPr>
          <w:rFonts w:ascii="Yu Mincho" w:hAnsi="Yu Mincho" w:eastAsia="Yu Mincho"/>
          <w:b w:val="0"/>
          <w:color w:val="222222"/>
          <w:sz w:val="18"/>
        </w:rPr>
        <w:t>○○県○○市○○町○丁目○番○号</w:t>
      </w:r>
    </w:p>
    <w:p>
      <w:pPr>
        <w:spacing w:after="0" w:before="0" w:lineRule="exact" w:line="340"/>
        <w:jc w:val="right"/>
      </w:pPr>
      <w:r>
        <w:rPr>
          <w:rFonts w:ascii="Yu Mincho" w:hAnsi="Yu Mincho" w:eastAsia="Yu Mincho"/>
          <w:b w:val="0"/>
          <w:color w:val="222222"/>
          <w:sz w:val="20"/>
        </w:rPr>
        <w:t>○○　○○</w:t>
      </w:r>
    </w:p>
    <w:p>
      <w:pPr>
        <w:pageBreakBefore/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寒中お見舞い申し上げます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新年のお便りをいただき　ありがとうございました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昨年○月に　母　○○が　○○歳で永眠いたしました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葬儀を近親者のみで行いましたので　皆様へのお知らせが年明けになってしまいました　申し訳ございません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母が生前お世話になりましたことに　改めてお礼申し上げます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立春まではまだ寒い日が続きます　皆様どうぞご自愛ください</w:t>
      </w:r>
    </w:p>
    <w:p>
      <w:pPr>
        <w:spacing w:after="0" w:before="200" w:lineRule="exact" w:line="340"/>
        <w:ind w:left="400"/>
      </w:pPr>
      <w:r>
        <w:rPr>
          <w:rFonts w:ascii="Yu Mincho" w:hAnsi="Yu Mincho" w:eastAsia="Yu Mincho"/>
          <w:b w:val="0"/>
          <w:color w:val="222222"/>
          <w:sz w:val="20"/>
        </w:rPr>
        <w:t>令和○年○月</w:t>
      </w:r>
    </w:p>
    <w:p>
      <w:pPr>
        <w:spacing w:after="0" w:before="360" w:lineRule="exact" w:line="340"/>
        <w:jc w:val="right"/>
      </w:pPr>
      <w:r>
        <w:rPr>
          <w:rFonts w:ascii="Yu Mincho" w:hAnsi="Yu Mincho" w:eastAsia="Yu Mincho"/>
          <w:b w:val="0"/>
          <w:color w:val="222222"/>
          <w:sz w:val="18"/>
        </w:rPr>
        <w:t>○○県○○市○○町○丁目○番○号</w:t>
      </w:r>
    </w:p>
    <w:p>
      <w:pPr>
        <w:spacing w:after="0" w:before="0" w:lineRule="exact" w:line="340"/>
        <w:jc w:val="right"/>
      </w:pPr>
      <w:r>
        <w:rPr>
          <w:rFonts w:ascii="Yu Mincho" w:hAnsi="Yu Mincho" w:eastAsia="Yu Mincho"/>
          <w:b w:val="0"/>
          <w:color w:val="222222"/>
          <w:sz w:val="20"/>
        </w:rPr>
        <w:t>○○　○○</w:t>
      </w:r>
    </w:p>
    <w:p>
      <w:pPr>
        <w:pageBreakBefore/>
        <w:spacing w:after="0" w:before="0" w:lineRule="exact" w:line="340"/>
      </w:pPr>
      <w:r>
        <w:rPr>
          <w:rFonts w:ascii="Yu Mincho" w:hAnsi="Yu Mincho" w:eastAsia="Yu Mincho"/>
          <w:b w:val="0"/>
          <w:color w:val="8A8478"/>
          <w:sz w:val="16"/>
        </w:rPr>
        <w:t>（年内に出す場合）</w:t>
      </w:r>
      <w:r>
        <w:rPr>
          <w:rFonts w:ascii="Yu Mincho" w:hAnsi="Yu Mincho" w:eastAsia="Yu Mincho"/>
          <w:b w:val="0"/>
          <w:color w:val="222222"/>
          <w:sz w:val="20"/>
        </w:rPr>
        <w:t>喪中お見舞い申し上げます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8A8478"/>
          <w:sz w:val="16"/>
        </w:rPr>
        <w:t>（年明けに出す場合）</w:t>
      </w:r>
      <w:r>
        <w:rPr>
          <w:rFonts w:ascii="Yu Mincho" w:hAnsi="Yu Mincho" w:eastAsia="Yu Mincho"/>
          <w:b w:val="0"/>
          <w:color w:val="222222"/>
          <w:sz w:val="20"/>
        </w:rPr>
        <w:t>寒中お見舞い申し上げます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ご丁寧なお知らせをいただき　ありがとうございました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お便りを拝見し　○○様がお亡くなりになったことを初めて知りました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心より哀悼の意を表します</w:t>
      </w:r>
    </w:p>
    <w:p>
      <w:pPr>
        <w:spacing w:after="0" w:before="0" w:lineRule="exact" w:line="340"/>
      </w:pPr>
      <w:r>
        <w:rPr>
          <w:rFonts w:ascii="Yu Mincho" w:hAnsi="Yu Mincho" w:eastAsia="Yu Mincho"/>
          <w:b w:val="0"/>
          <w:color w:val="222222"/>
          <w:sz w:val="20"/>
        </w:rPr>
        <w:t>寂しさの残る日々かと存じますが　どうかご無理をなさらずお過ごしください</w:t>
      </w:r>
    </w:p>
    <w:p>
      <w:pPr>
        <w:spacing w:after="0" w:before="200" w:lineRule="exact" w:line="340"/>
        <w:ind w:left="400"/>
      </w:pPr>
      <w:r>
        <w:rPr>
          <w:rFonts w:ascii="Yu Mincho" w:hAnsi="Yu Mincho" w:eastAsia="Yu Mincho"/>
          <w:b w:val="0"/>
          <w:color w:val="222222"/>
          <w:sz w:val="20"/>
        </w:rPr>
        <w:t>令和○年○月</w:t>
      </w:r>
    </w:p>
    <w:p>
      <w:pPr>
        <w:spacing w:after="0" w:before="360" w:lineRule="exact" w:line="340"/>
        <w:jc w:val="right"/>
      </w:pPr>
      <w:r>
        <w:rPr>
          <w:rFonts w:ascii="Yu Mincho" w:hAnsi="Yu Mincho" w:eastAsia="Yu Mincho"/>
          <w:b w:val="0"/>
          <w:color w:val="222222"/>
          <w:sz w:val="18"/>
        </w:rPr>
        <w:t>○○県○○市○○町○丁目○番○号</w:t>
      </w:r>
    </w:p>
    <w:p>
      <w:pPr>
        <w:spacing w:after="0" w:before="0" w:lineRule="exact" w:line="340"/>
        <w:jc w:val="right"/>
      </w:pPr>
      <w:r>
        <w:rPr>
          <w:rFonts w:ascii="Yu Mincho" w:hAnsi="Yu Mincho" w:eastAsia="Yu Mincho"/>
          <w:b w:val="0"/>
          <w:color w:val="222222"/>
          <w:sz w:val="20"/>
        </w:rPr>
        <w:t>○○　○○</w:t>
      </w:r>
    </w:p>
    <w:sectPr w:rsidR="00FC693F" w:rsidRPr="0006063C" w:rsidSect="00034616">
      <w:pgSz w:w="5669" w:h="8391"/>
      <w:pgMar w:top="624" w:right="680" w:bottom="624" w:left="567" w:header="283" w:footer="283" w:gutter="0"/>
      <w:cols w:space="720"/>
      <w:textDirection w:val="tbRl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喪中はがきの文例・テンプレート（はがきサイズ・縦書き）</dc:title>
  <dc:subject/>
  <dc:creator>ふれあいの丘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