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Rule="exact" w:line="300"/>
      </w:pPr>
      <w:r>
        <w:rPr>
          <w:rFonts w:ascii="Yu Gothic" w:hAnsi="Yu Gothic" w:eastAsia="Yu Gothic"/>
          <w:b/>
          <w:color w:val="2B4C3C"/>
          <w:sz w:val="34"/>
        </w:rPr>
        <w:t>年賀状じまいの例文とテンプレート（Word版）</w:t>
      </w:r>
    </w:p>
    <w:p>
      <w:pPr>
        <w:spacing w:after="120" w:before="0" w:lineRule="exact" w:line="270"/>
      </w:pPr>
      <w:r>
        <w:rPr>
          <w:rFonts w:ascii="Yu Gothic" w:hAnsi="Yu Gothic" w:eastAsia="Yu Gothic"/>
          <w:b w:val="0"/>
          <w:color w:val="6B6B6B"/>
          <w:sz w:val="18"/>
        </w:rPr>
        <w:t>はがきサイズ（100×148mm）・縦書き／横書き・1ページ1文例｜ふれあいの丘｜2026年10月版</w:t>
      </w:r>
    </w:p>
    <w:p>
      <w:pPr>
        <w:spacing w:after="80" w:before="0" w:lineRule="exact" w:line="284"/>
      </w:pPr>
      <w:r>
        <w:rPr>
          <w:rFonts w:ascii="Yu Gothic" w:hAnsi="Yu Gothic" w:eastAsia="Yu Gothic"/>
          <w:b w:val="0"/>
          <w:color w:val="222222"/>
          <w:sz w:val="19"/>
        </w:rPr>
        <w:t>これまで年賀状をやり取りしてきた方に、これからの年賀状を控えることを伝える挨拶状（年賀状じまい）の文例です。文例はすべて当サイトの書き下ろしで、決まった書き方を示すものではありません。言葉は相手やご自分の気持ちに合わせて自由に変えてください。</w:t>
      </w:r>
    </w:p>
    <w:p>
      <w:pPr>
        <w:spacing w:after="40" w:before="0" w:lineRule="exact" w:line="330"/>
      </w:pPr>
      <w:r>
        <w:rPr>
          <w:rFonts w:ascii="Yu Gothic" w:hAnsi="Yu Gothic" w:eastAsia="Yu Gothic"/>
          <w:b/>
          <w:color w:val="2B4C3C"/>
          <w:sz w:val="22"/>
        </w:rPr>
        <w:t>使い方</w:t>
      </w:r>
    </w:p>
    <w:p>
      <w:pPr>
        <w:spacing w:after="20" w:before="0" w:lineRule="exact" w:line="258"/>
      </w:pPr>
      <w:r>
        <w:rPr>
          <w:rFonts w:ascii="Yu Gothic" w:hAnsi="Yu Gothic" w:eastAsia="Yu Gothic"/>
          <w:b w:val="0"/>
          <w:color w:val="222222"/>
          <w:sz w:val="17"/>
        </w:rPr>
        <w:t>1　2〜13ページが縦書き、14〜25ページが横書きの文例です（下の一覧）。この1ページ目（A4）は説明なので、はがきには印刷しないでください。</w:t>
      </w:r>
    </w:p>
    <w:p>
      <w:pPr>
        <w:spacing w:after="20" w:before="0" w:lineRule="exact" w:line="258"/>
      </w:pPr>
      <w:r>
        <w:rPr>
          <w:rFonts w:ascii="Yu Gothic" w:hAnsi="Yu Gothic" w:eastAsia="Yu Gothic"/>
          <w:b w:val="0"/>
          <w:color w:val="222222"/>
          <w:sz w:val="17"/>
        </w:rPr>
        <w:t>2　使う文例のページで、○○を名前・年齢・月などに置き換えます。言葉の言い換えや、行の削除も自由です。</w:t>
      </w:r>
    </w:p>
    <w:p>
      <w:pPr>
        <w:spacing w:after="20" w:before="0" w:lineRule="exact" w:line="258"/>
      </w:pPr>
      <w:r>
        <w:rPr>
          <w:rFonts w:ascii="Yu Gothic" w:hAnsi="Yu Gothic" w:eastAsia="Yu Gothic"/>
          <w:b w:val="0"/>
          <w:color w:val="222222"/>
          <w:sz w:val="17"/>
        </w:rPr>
        <w:t>3　薄い灰色の「（〜場合）」は説明書きです。その行を使う場合は説明書きだけを消し、使わない場合は行ごと削除します。</w:t>
      </w:r>
    </w:p>
    <w:p>
      <w:pPr>
        <w:spacing w:after="20" w:before="0" w:lineRule="exact" w:line="258"/>
      </w:pPr>
      <w:r>
        <w:rPr>
          <w:rFonts w:ascii="Yu Gothic" w:hAnsi="Yu Gothic" w:eastAsia="Yu Gothic"/>
          <w:b w:val="0"/>
          <w:color w:val="222222"/>
          <w:sz w:val="17"/>
        </w:rPr>
        <w:t>4　印刷するときは、用紙サイズを「はがき」にし、印刷するページ（例：2）を指定します。はがきに刷る前に、普通の紙で1枚試し刷りをしてください。</w:t>
      </w:r>
    </w:p>
    <w:p>
      <w:pPr>
        <w:spacing w:after="20" w:before="0" w:lineRule="exact" w:line="258"/>
      </w:pPr>
      <w:r>
        <w:rPr>
          <w:rFonts w:ascii="Yu Gothic" w:hAnsi="Yu Gothic" w:eastAsia="Yu Gothic"/>
          <w:b w:val="0"/>
          <w:color w:val="222222"/>
          <w:sz w:val="17"/>
        </w:rPr>
        <w:t>5　差出人の住所・氏名の欄はありません。必要なら文例の最後に書き足すか、宛名面に書いてください。日本郵便は、受取人・差出人の郵便番号・住所・氏名を正確に、はっきり書くよう案内しています。</w:t>
      </w:r>
    </w:p>
    <w:p>
      <w:pPr>
        <w:spacing w:after="40" w:before="100" w:lineRule="exact" w:line="330"/>
      </w:pPr>
      <w:r>
        <w:rPr>
          <w:rFonts w:ascii="Yu Gothic" w:hAnsi="Yu Gothic" w:eastAsia="Yu Gothic"/>
          <w:b/>
          <w:color w:val="2B4C3C"/>
          <w:sz w:val="22"/>
        </w:rPr>
        <w:t>文例とページ</w:t>
      </w:r>
    </w:p>
    <w:p>
      <w:pPr>
        <w:spacing w:after="0" w:before="0" w:lineRule="exact" w:line="252"/>
      </w:pPr>
      <w:r>
        <w:rPr>
          <w:rFonts w:ascii="Yu Gothic" w:hAnsi="Yu Gothic" w:eastAsia="Yu Gothic"/>
          <w:b w:val="0"/>
          <w:color w:val="222222"/>
          <w:sz w:val="16"/>
        </w:rPr>
        <w:t>A1　自分で出す（高齢の方ご本人）：年齢を理由に、年賀状を最後にする基本の形　縦書き2ページ／横書き14ページ</w:t>
      </w:r>
    </w:p>
    <w:p>
      <w:pPr>
        <w:spacing w:after="0" w:before="0" w:lineRule="exact" w:line="252"/>
      </w:pPr>
      <w:r>
        <w:rPr>
          <w:rFonts w:ascii="Yu Gothic" w:hAnsi="Yu Gothic" w:eastAsia="Yu Gothic"/>
          <w:b w:val="0"/>
          <w:color w:val="222222"/>
          <w:sz w:val="16"/>
        </w:rPr>
        <w:t>A2　自分で出す（高齢の方ご本人）：終活（身の回りの整理）の一つとして伝える形　縦書き3ページ／横書き15ページ</w:t>
      </w:r>
    </w:p>
    <w:p>
      <w:pPr>
        <w:spacing w:after="0" w:before="0" w:lineRule="exact" w:line="252"/>
      </w:pPr>
      <w:r>
        <w:rPr>
          <w:rFonts w:ascii="Yu Gothic" w:hAnsi="Yu Gothic" w:eastAsia="Yu Gothic"/>
          <w:b w:val="0"/>
          <w:color w:val="222222"/>
          <w:sz w:val="16"/>
        </w:rPr>
        <w:t>A3　自分で出す（高齢の方ご本人）：相手を選ばずに使える簡潔な形　縦書き4ページ／横書き16ページ</w:t>
      </w:r>
    </w:p>
    <w:p>
      <w:pPr>
        <w:spacing w:after="0" w:before="0" w:lineRule="exact" w:line="252"/>
      </w:pPr>
      <w:r>
        <w:rPr>
          <w:rFonts w:ascii="Yu Gothic" w:hAnsi="Yu Gothic" w:eastAsia="Yu Gothic"/>
          <w:b w:val="0"/>
          <w:color w:val="222222"/>
          <w:sz w:val="16"/>
        </w:rPr>
        <w:t>B1　家族が代わりに出す（親の年賀状じまい）：子どもが親に代わって伝える形　縦書き5ページ／横書き17ページ</w:t>
      </w:r>
    </w:p>
    <w:p>
      <w:pPr>
        <w:spacing w:after="0" w:before="0" w:lineRule="exact" w:line="252"/>
      </w:pPr>
      <w:r>
        <w:rPr>
          <w:rFonts w:ascii="Yu Gothic" w:hAnsi="Yu Gothic" w:eastAsia="Yu Gothic"/>
          <w:b w:val="0"/>
          <w:color w:val="222222"/>
          <w:sz w:val="16"/>
        </w:rPr>
        <w:t>B2　家族が代わりに出す（親の年賀状じまい）：親の名前で出し、家族が代筆したことを添える形　縦書き6ページ／横書き18ページ</w:t>
      </w:r>
    </w:p>
    <w:p>
      <w:pPr>
        <w:spacing w:after="0" w:before="0" w:lineRule="exact" w:line="252"/>
      </w:pPr>
      <w:r>
        <w:rPr>
          <w:rFonts w:ascii="Yu Gothic" w:hAnsi="Yu Gothic" w:eastAsia="Yu Gothic"/>
          <w:b w:val="0"/>
          <w:color w:val="222222"/>
          <w:sz w:val="16"/>
        </w:rPr>
        <w:t>C1　友人向け：これからの連絡先を添える形　縦書き7ページ／横書き19ページ</w:t>
      </w:r>
    </w:p>
    <w:p>
      <w:pPr>
        <w:spacing w:after="0" w:before="0" w:lineRule="exact" w:line="252"/>
      </w:pPr>
      <w:r>
        <w:rPr>
          <w:rFonts w:ascii="Yu Gothic" w:hAnsi="Yu Gothic" w:eastAsia="Yu Gothic"/>
          <w:b w:val="0"/>
          <w:color w:val="222222"/>
          <w:sz w:val="16"/>
        </w:rPr>
        <w:t>C2　友人向け：親しい友人へのくだけた形　縦書き8ページ／横書き20ページ</w:t>
      </w:r>
    </w:p>
    <w:p>
      <w:pPr>
        <w:spacing w:after="0" w:before="0" w:lineRule="exact" w:line="252"/>
      </w:pPr>
      <w:r>
        <w:rPr>
          <w:rFonts w:ascii="Yu Gothic" w:hAnsi="Yu Gothic" w:eastAsia="Yu Gothic"/>
          <w:b w:val="0"/>
          <w:color w:val="222222"/>
          <w:sz w:val="16"/>
        </w:rPr>
        <w:t>D1　親戚向け：親戚の集まりなどで会う親戚へ伝える形　縦書き9ページ／横書き21ページ</w:t>
      </w:r>
    </w:p>
    <w:p>
      <w:pPr>
        <w:spacing w:after="0" w:before="0" w:lineRule="exact" w:line="252"/>
      </w:pPr>
      <w:r>
        <w:rPr>
          <w:rFonts w:ascii="Yu Gothic" w:hAnsi="Yu Gothic" w:eastAsia="Yu Gothic"/>
          <w:b w:val="0"/>
          <w:color w:val="222222"/>
          <w:sz w:val="16"/>
        </w:rPr>
        <w:t>D2　親戚向け：夫婦連名で伝える形　縦書き10ページ／横書き22ページ</w:t>
      </w:r>
    </w:p>
    <w:p>
      <w:pPr>
        <w:spacing w:after="0" w:before="0" w:lineRule="exact" w:line="252"/>
      </w:pPr>
      <w:r>
        <w:rPr>
          <w:rFonts w:ascii="Yu Gothic" w:hAnsi="Yu Gothic" w:eastAsia="Yu Gothic"/>
          <w:b w:val="0"/>
          <w:color w:val="222222"/>
          <w:sz w:val="16"/>
        </w:rPr>
        <w:t>E1　仕事関係向け：退職・引退を機に、個人として伝える形　縦書き11ページ／横書き23ページ</w:t>
      </w:r>
    </w:p>
    <w:p>
      <w:pPr>
        <w:spacing w:after="0" w:before="0" w:lineRule="exact" w:line="252"/>
      </w:pPr>
      <w:r>
        <w:rPr>
          <w:rFonts w:ascii="Yu Gothic" w:hAnsi="Yu Gothic" w:eastAsia="Yu Gothic"/>
          <w:b w:val="0"/>
          <w:color w:val="222222"/>
          <w:sz w:val="16"/>
        </w:rPr>
        <w:t>E2　仕事関係向け：会社・事業として年賀状を控える形　縦書き12ページ／横書き24ページ</w:t>
      </w:r>
    </w:p>
    <w:p>
      <w:pPr>
        <w:spacing w:after="0" w:before="0" w:lineRule="exact" w:line="252"/>
      </w:pPr>
      <w:r>
        <w:rPr>
          <w:rFonts w:ascii="Yu Gothic" w:hAnsi="Yu Gothic" w:eastAsia="Yu Gothic"/>
          <w:b w:val="0"/>
          <w:color w:val="222222"/>
          <w:sz w:val="16"/>
        </w:rPr>
        <w:t>Y1　年内に出す挨拶状：新年を待たず、年内に通常はがきで伝える形　縦書き13ページ／横書き25ページ</w:t>
      </w:r>
    </w:p>
    <w:p>
      <w:pPr>
        <w:spacing w:after="40" w:before="100" w:lineRule="exact" w:line="330"/>
      </w:pPr>
      <w:r>
        <w:rPr>
          <w:rFonts w:ascii="Yu Gothic" w:hAnsi="Yu Gothic" w:eastAsia="Yu Gothic"/>
          <w:b/>
          <w:color w:val="2B4C3C"/>
          <w:sz w:val="22"/>
        </w:rPr>
        <w:t>2027（令和9）年用の年賀状の主な日付（日本郵便 2026年8月31日発表）</w:t>
      </w:r>
    </w:p>
    <w:p>
      <w:pPr>
        <w:spacing w:after="0" w:before="0" w:lineRule="exact" w:line="258"/>
      </w:pPr>
      <w:r>
        <w:rPr>
          <w:rFonts w:ascii="Yu Gothic" w:hAnsi="Yu Gothic" w:eastAsia="Yu Gothic"/>
          <w:b w:val="0"/>
          <w:color w:val="222222"/>
          <w:sz w:val="17"/>
        </w:rPr>
        <w:t>・年賀はがきの販売：2026年11月2日（月）〜2027年1月15日（金）</w:t>
      </w:r>
    </w:p>
    <w:p>
      <w:pPr>
        <w:spacing w:after="0" w:before="0" w:lineRule="exact" w:line="258"/>
      </w:pPr>
      <w:r>
        <w:rPr>
          <w:rFonts w:ascii="Yu Gothic" w:hAnsi="Yu Gothic" w:eastAsia="Yu Gothic"/>
          <w:b w:val="0"/>
          <w:color w:val="222222"/>
          <w:sz w:val="17"/>
        </w:rPr>
        <w:t>・年賀状の引受開始：2026年12月20日（日）（昨年までは12月15日）</w:t>
      </w:r>
    </w:p>
    <w:p>
      <w:pPr>
        <w:spacing w:after="0" w:before="0" w:lineRule="exact" w:line="258"/>
      </w:pPr>
      <w:r>
        <w:rPr>
          <w:rFonts w:ascii="Yu Gothic" w:hAnsi="Yu Gothic" w:eastAsia="Yu Gothic"/>
          <w:b w:val="0"/>
          <w:color w:val="222222"/>
          <w:sz w:val="17"/>
        </w:rPr>
        <w:t>・12月19日（土）以前に出した年賀状：通常郵便で年内に配達（日本郵便は注意として案内）</w:t>
      </w:r>
    </w:p>
    <w:p>
      <w:pPr>
        <w:spacing w:after="0" w:before="0" w:lineRule="exact" w:line="258"/>
      </w:pPr>
      <w:r>
        <w:rPr>
          <w:rFonts w:ascii="Yu Gothic" w:hAnsi="Yu Gothic" w:eastAsia="Yu Gothic"/>
          <w:b w:val="0"/>
          <w:color w:val="222222"/>
          <w:sz w:val="17"/>
        </w:rPr>
        <w:t>・元日に届けるための差し出し：2026年12月27日（日）まで</w:t>
      </w:r>
    </w:p>
    <w:p>
      <w:pPr>
        <w:spacing w:after="0" w:before="0" w:lineRule="exact" w:line="258"/>
      </w:pPr>
      <w:r>
        <w:rPr>
          <w:rFonts w:ascii="Yu Gothic" w:hAnsi="Yu Gothic" w:eastAsia="Yu Gothic"/>
          <w:b w:val="0"/>
          <w:color w:val="222222"/>
          <w:sz w:val="17"/>
        </w:rPr>
        <w:t>・三が日の年賀状の配達：元日と1月3日（日）</w:t>
      </w:r>
    </w:p>
    <w:p>
      <w:pPr>
        <w:spacing w:after="40" w:before="40" w:lineRule="exact" w:line="270"/>
      </w:pPr>
      <w:r>
        <w:rPr>
          <w:rFonts w:ascii="Yu Gothic" w:hAnsi="Yu Gothic" w:eastAsia="Yu Gothic"/>
          <w:b w:val="0"/>
          <w:color w:val="222222"/>
          <w:sz w:val="18"/>
        </w:rPr>
        <w:t>年賀状じまいをいつ伝えるかを定めた公的なルールはありません。元日に届く年賀状として出す（12月20日〜27日に投函）、年賀状ではなく年内に届く挨拶状として通常はがきなどで出す（文例Y1）、など、相手との関係に合わせて選んでください。</w:t>
      </w:r>
    </w:p>
    <w:p>
      <w:pPr>
        <w:spacing w:after="40" w:before="100" w:lineRule="exact" w:line="330"/>
      </w:pPr>
      <w:r>
        <w:rPr>
          <w:rFonts w:ascii="Yu Gothic" w:hAnsi="Yu Gothic" w:eastAsia="Yu Gothic"/>
          <w:b/>
          <w:color w:val="2B4C3C"/>
          <w:sz w:val="22"/>
        </w:rPr>
        <w:t>はがきについて（日本郵便）</w:t>
      </w:r>
    </w:p>
    <w:p>
      <w:pPr>
        <w:spacing w:after="20" w:before="0" w:lineRule="exact" w:line="258"/>
      </w:pPr>
      <w:r>
        <w:rPr>
          <w:rFonts w:ascii="Yu Gothic" w:hAnsi="Yu Gothic" w:eastAsia="Yu Gothic"/>
          <w:b w:val="0"/>
          <w:color w:val="222222"/>
          <w:sz w:val="17"/>
        </w:rPr>
        <w:t>・はがきの料金は全国一律で1通85円です（2026年10月22日確認）。日本郵便が発行する通常葉書は長辺14.8cm・短辺10cmです（内国郵便約款第21条）。</w:t>
      </w:r>
    </w:p>
    <w:p>
      <w:pPr>
        <w:spacing w:after="20" w:before="0" w:lineRule="exact" w:line="258"/>
      </w:pPr>
      <w:r>
        <w:rPr>
          <w:rFonts w:ascii="Yu Gothic" w:hAnsi="Yu Gothic" w:eastAsia="Yu Gothic"/>
          <w:b w:val="0"/>
          <w:color w:val="222222"/>
          <w:sz w:val="17"/>
        </w:rPr>
        <w:t>・年賀はがき以外のはがき（通常はがき・私製はがき）を元日に届く年賀状として出すときは、表面の見やすい所に「年賀」の文字を赤で書きます（内国郵便約款第148条）。</w:t>
      </w:r>
    </w:p>
    <w:p>
      <w:pPr>
        <w:spacing w:after="20" w:before="0" w:lineRule="exact" w:line="258"/>
      </w:pPr>
      <w:r>
        <w:rPr>
          <w:rFonts w:ascii="Yu Gothic" w:hAnsi="Yu Gothic" w:eastAsia="Yu Gothic"/>
          <w:b w:val="0"/>
          <w:color w:val="222222"/>
          <w:sz w:val="17"/>
        </w:rPr>
        <w:t>・書き損じたはがきは、所定の手数料を払えば切手やはがきなどと交換できます。</w:t>
      </w:r>
    </w:p>
    <w:p>
      <w:pPr>
        <w:spacing w:after="40" w:before="100" w:lineRule="exact" w:line="330"/>
      </w:pPr>
      <w:r>
        <w:rPr>
          <w:rFonts w:ascii="Yu Gothic" w:hAnsi="Yu Gothic" w:eastAsia="Yu Gothic"/>
          <w:b/>
          <w:color w:val="2B4C3C"/>
          <w:sz w:val="22"/>
        </w:rPr>
        <w:t>喪中の年は、喪中はがきと分けて考える（当サイトの考え）</w:t>
      </w:r>
    </w:p>
    <w:p>
      <w:pPr>
        <w:spacing w:after="40" w:before="0" w:lineRule="exact" w:line="270"/>
      </w:pPr>
      <w:r>
        <w:rPr>
          <w:rFonts w:ascii="Yu Gothic" w:hAnsi="Yu Gothic" w:eastAsia="Yu Gothic"/>
          <w:b w:val="0"/>
          <w:color w:val="222222"/>
          <w:sz w:val="18"/>
        </w:rPr>
        <w:t>当サイトでは、喪中はがきに年賀状じまいの文言を混ぜず、喪中はがきは喪中はがきとして出すことをおすすめしています。出典で定められたルールではありません。喪中はがきの文例は www.fureaino-oka.com/sogi/mochu-hagaki にあります。</w:t>
      </w:r>
    </w:p>
    <w:p>
      <w:pPr>
        <w:spacing w:after="60" w:before="120" w:lineRule="exact" w:line="240"/>
      </w:pPr>
      <w:r>
        <w:rPr>
          <w:rFonts w:ascii="Yu Gothic" w:hAnsi="Yu Gothic" w:eastAsia="Yu Gothic"/>
          <w:b w:val="0"/>
          <w:color w:val="6B6B6B"/>
          <w:sz w:val="16"/>
        </w:rPr>
        <w:t>出典（2026年10月22日確認）：日本郵便 報道発表資料「2027（令和9）年用年賀はがき等の発行概要」（2026年8月31日）、日本郵便「はがき」「通常はがき」、よくあるご質問「書き損じたはがきは交換してもらえますか？」、内国郵便約款 第21条・第148条。URLは配布ページ www.fureaino-oka.com/ending-note/nengajo-jimai に載せています。</w:t>
      </w:r>
    </w:p>
    <w:p>
      <w:pPr>
        <w:spacing w:after="60" w:before="60" w:lineRule="exact" w:line="240"/>
      </w:pPr>
      <w:r>
        <w:rPr>
          <w:rFonts w:ascii="Yu Gothic" w:hAnsi="Yu Gothic" w:eastAsia="Yu Gothic"/>
          <w:b w:val="0"/>
          <w:color w:val="6B6B6B"/>
          <w:sz w:val="16"/>
        </w:rPr>
        <w:t>発行：生前整理支援センター ふれあいの丘（株式会社Kogera）。文例は当サイトのオリジナルです。個人利用の範囲で自由に印刷・複製・編集いただけます。</w:t>
      </w:r>
    </w:p>
    <w:p>
      <w:pPr>
        <w:sectPr>
          <w:pgSz w:w="11906" w:h="16838"/>
          <w:pgMar w:top="624" w:right="1134" w:bottom="624" w:left="1134" w:header="720" w:footer="720" w:gutter="0"/>
          <w:cols w:space="720"/>
          <w:docGrid w:linePitch="360"/>
        </w:sectPr>
      </w:pPr>
    </w:p>
    <w:p>
      <w:pPr>
        <w:spacing w:after="120" w:before="0" w:lineRule="exact" w:line="340"/>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旧年中は温かいお心遣いをいただき　ありがとうございました</w:t>
      </w:r>
    </w:p>
    <w:p>
      <w:pPr>
        <w:spacing w:after="0" w:before="0" w:lineRule="exact" w:line="340"/>
      </w:pPr>
      <w:r>
        <w:rPr>
          <w:rFonts w:ascii="Yu Mincho" w:hAnsi="Yu Mincho" w:eastAsia="Yu Mincho"/>
          <w:b w:val="0"/>
          <w:color w:val="222222"/>
          <w:sz w:val="20"/>
        </w:rPr>
        <w:t>私も○○歳を迎え　筆をとることが少しずつ難しくなってまいりました</w:t>
      </w:r>
    </w:p>
    <w:p>
      <w:pPr>
        <w:spacing w:after="0" w:before="0" w:lineRule="exact" w:line="340"/>
      </w:pPr>
      <w:r>
        <w:rPr>
          <w:rFonts w:ascii="Yu Mincho" w:hAnsi="Yu Mincho" w:eastAsia="Yu Mincho"/>
          <w:b w:val="0"/>
          <w:color w:val="222222"/>
          <w:sz w:val="20"/>
        </w:rPr>
        <w:t>勝手ながら　年始のご挨拶状は本年をもちまして最後とさせていただきます</w:t>
      </w:r>
    </w:p>
    <w:p>
      <w:pPr>
        <w:spacing w:after="0" w:before="0" w:lineRule="exact" w:line="340"/>
      </w:pPr>
      <w:r>
        <w:rPr>
          <w:rFonts w:ascii="Yu Mincho" w:hAnsi="Yu Mincho" w:eastAsia="Yu Mincho"/>
          <w:b w:val="0"/>
          <w:color w:val="222222"/>
          <w:sz w:val="20"/>
        </w:rPr>
        <w:t>長いあいだ年賀状でお付き合いくださり　心より感謝申し上げます</w:t>
      </w:r>
    </w:p>
    <w:p>
      <w:pPr>
        <w:spacing w:after="0" w:before="0" w:lineRule="exact" w:line="340"/>
      </w:pPr>
      <w:r>
        <w:rPr>
          <w:rFonts w:ascii="Yu Mincho" w:hAnsi="Yu Mincho" w:eastAsia="Yu Mincho"/>
          <w:b w:val="0"/>
          <w:color w:val="222222"/>
          <w:sz w:val="20"/>
        </w:rPr>
        <w:t>これからも変わらぬご縁をいただけましたら幸いです</w:t>
      </w:r>
    </w:p>
    <w:p>
      <w:pPr>
        <w:spacing w:after="0" w:before="0" w:lineRule="exact" w:line="340"/>
      </w:pPr>
      <w:r>
        <w:rPr>
          <w:rFonts w:ascii="Yu Mincho" w:hAnsi="Yu Mincho" w:eastAsia="Yu Mincho"/>
          <w:b w:val="0"/>
          <w:color w:val="222222"/>
          <w:sz w:val="20"/>
        </w:rPr>
        <w:t>皆様のご健康とお幸せをお祈りいたします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昨年から　身の回りの整理を少しずつ進めております</w:t>
      </w:r>
    </w:p>
    <w:p>
      <w:pPr>
        <w:spacing w:after="0" w:before="0" w:lineRule="exact" w:line="340"/>
      </w:pPr>
      <w:r>
        <w:rPr>
          <w:rFonts w:ascii="Yu Mincho" w:hAnsi="Yu Mincho" w:eastAsia="Yu Mincho"/>
          <w:b w:val="0"/>
          <w:color w:val="222222"/>
          <w:sz w:val="20"/>
        </w:rPr>
        <w:t>その一つとして　年賀状によるご挨拶は今年で終わりにすることにいたしました</w:t>
      </w:r>
    </w:p>
    <w:p>
      <w:pPr>
        <w:spacing w:after="0" w:before="0" w:lineRule="exact" w:line="340"/>
      </w:pPr>
      <w:r>
        <w:rPr>
          <w:rFonts w:ascii="Yu Mincho" w:hAnsi="Yu Mincho" w:eastAsia="Yu Mincho"/>
          <w:b w:val="0"/>
          <w:color w:val="222222"/>
          <w:sz w:val="20"/>
        </w:rPr>
        <w:t>毎年いただくお便りを　いつも楽しみに読ませていただきました</w:t>
      </w:r>
    </w:p>
    <w:p>
      <w:pPr>
        <w:spacing w:after="0" w:before="0" w:lineRule="exact" w:line="340"/>
      </w:pPr>
      <w:r>
        <w:rPr>
          <w:rFonts w:ascii="Yu Mincho" w:hAnsi="Yu Mincho" w:eastAsia="Yu Mincho"/>
          <w:b w:val="0"/>
          <w:color w:val="222222"/>
          <w:sz w:val="20"/>
        </w:rPr>
        <w:t>これからは手紙やお電話で　折にふれて近況をお伝えできればと思っております</w:t>
      </w:r>
    </w:p>
    <w:p>
      <w:pPr>
        <w:spacing w:after="0" w:before="0" w:lineRule="exact" w:line="340"/>
      </w:pPr>
      <w:r>
        <w:rPr>
          <w:rFonts w:ascii="Yu Mincho" w:hAnsi="Yu Mincho" w:eastAsia="Yu Mincho"/>
          <w:b w:val="0"/>
          <w:color w:val="222222"/>
          <w:sz w:val="20"/>
        </w:rPr>
        <w:t>どうぞお体を大切にお過ごしください</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謹んで新年のご挨拶を申し上げます</w:t>
      </w:r>
    </w:p>
    <w:p>
      <w:pPr>
        <w:spacing w:after="0" w:before="0" w:lineRule="exact" w:line="340"/>
      </w:pPr>
      <w:r>
        <w:rPr>
          <w:rFonts w:ascii="Yu Mincho" w:hAnsi="Yu Mincho" w:eastAsia="Yu Mincho"/>
          <w:b w:val="0"/>
          <w:color w:val="222222"/>
          <w:sz w:val="20"/>
        </w:rPr>
        <w:t>まことに勝手ながら　本年をもちまして年賀状によるご挨拶を控えさせていただくことにいたしました</w:t>
      </w:r>
    </w:p>
    <w:p>
      <w:pPr>
        <w:spacing w:after="0" w:before="0" w:lineRule="exact" w:line="340"/>
      </w:pPr>
      <w:r>
        <w:rPr>
          <w:rFonts w:ascii="Yu Mincho" w:hAnsi="Yu Mincho" w:eastAsia="Yu Mincho"/>
          <w:b w:val="0"/>
          <w:color w:val="222222"/>
          <w:sz w:val="20"/>
        </w:rPr>
        <w:t>これまでのご厚情に深く感謝いたしますとともに　今後とも変わらぬお付き合いをお願い申し上げます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父○○に代わりまして　長男の○○よりご挨拶申し上げます</w:t>
      </w:r>
    </w:p>
    <w:p>
      <w:pPr>
        <w:spacing w:after="0" w:before="0" w:lineRule="exact" w:line="340"/>
      </w:pPr>
      <w:r>
        <w:rPr>
          <w:rFonts w:ascii="Yu Mincho" w:hAnsi="Yu Mincho" w:eastAsia="Yu Mincho"/>
          <w:b w:val="0"/>
          <w:color w:val="222222"/>
          <w:sz w:val="20"/>
        </w:rPr>
        <w:t>父は○○歳となり　年賀状を書くことが難しくなってまいりました</w:t>
      </w:r>
    </w:p>
    <w:p>
      <w:pPr>
        <w:spacing w:after="0" w:before="0" w:lineRule="exact" w:line="340"/>
      </w:pPr>
      <w:r>
        <w:rPr>
          <w:rFonts w:ascii="Yu Mincho" w:hAnsi="Yu Mincho" w:eastAsia="Yu Mincho"/>
          <w:b w:val="0"/>
          <w:color w:val="222222"/>
          <w:sz w:val="20"/>
        </w:rPr>
        <w:t>父と相談のうえ　父の年賀状によるご挨拶は本年をもちまして控えさせていただくことにいたしました</w:t>
      </w:r>
    </w:p>
    <w:p>
      <w:pPr>
        <w:spacing w:after="0" w:before="0" w:lineRule="exact" w:line="340"/>
      </w:pPr>
      <w:r>
        <w:rPr>
          <w:rFonts w:ascii="Yu Mincho" w:hAnsi="Yu Mincho" w:eastAsia="Yu Mincho"/>
          <w:b w:val="0"/>
          <w:color w:val="222222"/>
          <w:sz w:val="20"/>
        </w:rPr>
        <w:t>長年にわたり父と年賀状を交わしてくださり　家族一同心より感謝申し上げます</w:t>
      </w:r>
    </w:p>
    <w:p>
      <w:pPr>
        <w:spacing w:after="0" w:before="0" w:lineRule="exact" w:line="340"/>
      </w:pPr>
      <w:r>
        <w:rPr>
          <w:rFonts w:ascii="Yu Mincho" w:hAnsi="Yu Mincho" w:eastAsia="Yu Mincho"/>
          <w:b w:val="0"/>
          <w:color w:val="222222"/>
          <w:sz w:val="20"/>
        </w:rPr>
        <w:t>皆様のご健勝をお祈りいたします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母○○は　近ごろ筆をとる機会が少なくなりました</w:t>
      </w:r>
    </w:p>
    <w:p>
      <w:pPr>
        <w:spacing w:after="0" w:before="0" w:lineRule="exact" w:line="340"/>
      </w:pPr>
      <w:r>
        <w:rPr>
          <w:rFonts w:ascii="Yu Mincho" w:hAnsi="Yu Mincho" w:eastAsia="Yu Mincho"/>
          <w:b w:val="0"/>
          <w:color w:val="222222"/>
          <w:sz w:val="20"/>
        </w:rPr>
        <w:t>そのため　母の年賀状は今年を最後とさせていただくことにいたしました</w:t>
      </w:r>
    </w:p>
    <w:p>
      <w:pPr>
        <w:spacing w:after="0" w:before="0" w:lineRule="exact" w:line="340"/>
      </w:pPr>
      <w:r>
        <w:rPr>
          <w:rFonts w:ascii="Yu Mincho" w:hAnsi="Yu Mincho" w:eastAsia="Yu Mincho"/>
          <w:b w:val="0"/>
          <w:color w:val="222222"/>
          <w:sz w:val="20"/>
        </w:rPr>
        <w:t>これまでいただいた温かいお便りに　母とともに深くお礼申し上げます</w:t>
      </w:r>
    </w:p>
    <w:p>
      <w:pPr>
        <w:spacing w:after="0" w:before="0" w:lineRule="exact" w:line="340"/>
      </w:pPr>
      <w:r>
        <w:rPr>
          <w:rFonts w:ascii="Yu Mincho" w:hAnsi="Yu Mincho" w:eastAsia="Yu Mincho"/>
          <w:b w:val="0"/>
          <w:color w:val="222222"/>
          <w:sz w:val="20"/>
        </w:rPr>
        <w:t>来年からは　母あての年賀状はどうぞお気遣いなさいませんよう　お願い申し上げます</w:t>
      </w:r>
    </w:p>
    <w:p>
      <w:pPr>
        <w:spacing w:after="0" w:before="200" w:lineRule="exact" w:line="340"/>
        <w:ind w:left="400"/>
      </w:pPr>
      <w:r>
        <w:rPr>
          <w:rFonts w:ascii="Yu Mincho" w:hAnsi="Yu Mincho" w:eastAsia="Yu Mincho"/>
          <w:b w:val="0"/>
          <w:color w:val="222222"/>
          <w:sz w:val="20"/>
        </w:rPr>
        <w:t>令和九年　元旦</w:t>
      </w:r>
    </w:p>
    <w:p>
      <w:pPr>
        <w:spacing w:after="0" w:before="0" w:lineRule="exact" w:line="340"/>
        <w:jc w:val="right"/>
      </w:pPr>
      <w:r>
        <w:rPr>
          <w:rFonts w:ascii="Yu Mincho" w:hAnsi="Yu Mincho" w:eastAsia="Yu Mincho"/>
          <w:b w:val="0"/>
          <w:color w:val="222222"/>
          <w:sz w:val="20"/>
        </w:rPr>
        <w:t>○○（母の名前）　代筆　○○</w:t>
      </w:r>
    </w:p>
    <w:p>
      <w:pPr>
        <w:pageBreakBefore/>
        <w:spacing w:after="120" w:before="0" w:lineRule="exact" w:line="340"/>
      </w:pPr>
      <w:r>
        <w:rPr>
          <w:rFonts w:ascii="Yu Mincho" w:hAnsi="Yu Mincho" w:eastAsia="Yu Mincho"/>
          <w:b w:val="0"/>
          <w:color w:val="222222"/>
          <w:sz w:val="24"/>
        </w:rPr>
        <w:t>あけましておめでとうございます</w:t>
      </w:r>
    </w:p>
    <w:p>
      <w:pPr>
        <w:spacing w:after="0" w:before="0" w:lineRule="exact" w:line="340"/>
      </w:pPr>
      <w:r>
        <w:rPr>
          <w:rFonts w:ascii="Yu Mincho" w:hAnsi="Yu Mincho" w:eastAsia="Yu Mincho"/>
          <w:b w:val="0"/>
          <w:color w:val="222222"/>
          <w:sz w:val="20"/>
        </w:rPr>
        <w:t>年賀状は今年で最後にしようと決めました</w:t>
      </w:r>
    </w:p>
    <w:p>
      <w:pPr>
        <w:spacing w:after="0" w:before="0" w:lineRule="exact" w:line="340"/>
      </w:pPr>
      <w:r>
        <w:rPr>
          <w:rFonts w:ascii="Yu Mincho" w:hAnsi="Yu Mincho" w:eastAsia="Yu Mincho"/>
          <w:b w:val="0"/>
          <w:color w:val="222222"/>
          <w:sz w:val="20"/>
        </w:rPr>
        <w:t>毎年あなたからの一枚が届くのを　いつも楽しみにしていました</w:t>
      </w:r>
    </w:p>
    <w:p>
      <w:pPr>
        <w:spacing w:after="0" w:before="0" w:lineRule="exact" w:line="340"/>
      </w:pPr>
      <w:r>
        <w:rPr>
          <w:rFonts w:ascii="Yu Mincho" w:hAnsi="Yu Mincho" w:eastAsia="Yu Mincho"/>
          <w:b w:val="0"/>
          <w:color w:val="222222"/>
          <w:sz w:val="20"/>
        </w:rPr>
        <w:t>これからはメールや電話で　気軽に近況を伝え合えたらうれしいです</w:t>
      </w:r>
    </w:p>
    <w:p>
      <w:pPr>
        <w:spacing w:after="0" w:before="0" w:lineRule="exact" w:line="340"/>
      </w:pPr>
      <w:r>
        <w:rPr>
          <w:rFonts w:ascii="Yu Mincho" w:hAnsi="Yu Mincho" w:eastAsia="Yu Mincho"/>
          <w:b w:val="0"/>
          <w:color w:val="8A8478"/>
          <w:sz w:val="16"/>
        </w:rPr>
        <w:t>（連絡先を書く場合）</w:t>
      </w:r>
      <w:r>
        <w:rPr>
          <w:rFonts w:ascii="Yu Mincho" w:hAnsi="Yu Mincho" w:eastAsia="Yu Mincho"/>
          <w:b w:val="0"/>
          <w:color w:val="222222"/>
          <w:sz w:val="20"/>
        </w:rPr>
        <w:t>メール　○○○○＠○○○○</w:t>
      </w:r>
    </w:p>
    <w:p>
      <w:pPr>
        <w:spacing w:after="0" w:before="0" w:lineRule="exact" w:line="340"/>
      </w:pPr>
      <w:r>
        <w:rPr>
          <w:rFonts w:ascii="Yu Mincho" w:hAnsi="Yu Mincho" w:eastAsia="Yu Mincho"/>
          <w:b w:val="0"/>
          <w:color w:val="222222"/>
          <w:sz w:val="20"/>
        </w:rPr>
        <w:t>今年もどうぞよろしくお願いします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新年おめでとう</w:t>
      </w:r>
    </w:p>
    <w:p>
      <w:pPr>
        <w:spacing w:after="0" w:before="0" w:lineRule="exact" w:line="340"/>
      </w:pPr>
      <w:r>
        <w:rPr>
          <w:rFonts w:ascii="Yu Mincho" w:hAnsi="Yu Mincho" w:eastAsia="Yu Mincho"/>
          <w:b w:val="0"/>
          <w:color w:val="222222"/>
          <w:sz w:val="20"/>
        </w:rPr>
        <w:t>私も今年で○○歳　これを機に年賀状はお休みすることにしました</w:t>
      </w:r>
    </w:p>
    <w:p>
      <w:pPr>
        <w:spacing w:after="0" w:before="0" w:lineRule="exact" w:line="340"/>
      </w:pPr>
      <w:r>
        <w:rPr>
          <w:rFonts w:ascii="Yu Mincho" w:hAnsi="Yu Mincho" w:eastAsia="Yu Mincho"/>
          <w:b w:val="0"/>
          <w:color w:val="222222"/>
          <w:sz w:val="20"/>
        </w:rPr>
        <w:t>年賀状がなくても　あなたとのご縁はこれからも大切にしたいと思っています</w:t>
      </w:r>
    </w:p>
    <w:p>
      <w:pPr>
        <w:spacing w:after="0" w:before="0" w:lineRule="exact" w:line="340"/>
      </w:pPr>
      <w:r>
        <w:rPr>
          <w:rFonts w:ascii="Yu Mincho" w:hAnsi="Yu Mincho" w:eastAsia="Yu Mincho"/>
          <w:b w:val="0"/>
          <w:color w:val="222222"/>
          <w:sz w:val="20"/>
        </w:rPr>
        <w:t>また近いうちに　お茶でもご一緒しましょう</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皆様にはお変わりなくお過ごしのことと存じます</w:t>
      </w:r>
    </w:p>
    <w:p>
      <w:pPr>
        <w:spacing w:after="0" w:before="0" w:lineRule="exact" w:line="340"/>
      </w:pPr>
      <w:r>
        <w:rPr>
          <w:rFonts w:ascii="Yu Mincho" w:hAnsi="Yu Mincho" w:eastAsia="Yu Mincho"/>
          <w:b w:val="0"/>
          <w:color w:val="222222"/>
          <w:sz w:val="20"/>
        </w:rPr>
        <w:t>私どもも年齢を重ね　年賀状によるご挨拶は本年限りとさせていただくことにいたしました</w:t>
      </w:r>
    </w:p>
    <w:p>
      <w:pPr>
        <w:spacing w:after="0" w:before="0" w:lineRule="exact" w:line="340"/>
      </w:pPr>
      <w:r>
        <w:rPr>
          <w:rFonts w:ascii="Yu Mincho" w:hAnsi="Yu Mincho" w:eastAsia="Yu Mincho"/>
          <w:b w:val="0"/>
          <w:color w:val="222222"/>
          <w:sz w:val="20"/>
        </w:rPr>
        <w:t>親戚の集まりなどで顔を合わせる折には　これまでどおりどうぞよろしくお願いいたします</w:t>
      </w:r>
    </w:p>
    <w:p>
      <w:pPr>
        <w:spacing w:after="0" w:before="0" w:lineRule="exact" w:line="340"/>
      </w:pPr>
      <w:r>
        <w:rPr>
          <w:rFonts w:ascii="Yu Mincho" w:hAnsi="Yu Mincho" w:eastAsia="Yu Mincho"/>
          <w:b w:val="0"/>
          <w:color w:val="222222"/>
          <w:sz w:val="20"/>
        </w:rPr>
        <w:t>皆様のご多幸をお祈り申し上げます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私たち夫婦も　○○歳と○○歳になりました</w:t>
      </w:r>
    </w:p>
    <w:p>
      <w:pPr>
        <w:spacing w:after="0" w:before="0" w:lineRule="exact" w:line="340"/>
      </w:pPr>
      <w:r>
        <w:rPr>
          <w:rFonts w:ascii="Yu Mincho" w:hAnsi="Yu Mincho" w:eastAsia="Yu Mincho"/>
          <w:b w:val="0"/>
          <w:color w:val="222222"/>
          <w:sz w:val="20"/>
        </w:rPr>
        <w:t>二人で話し合い　年賀状は今年で終わりにすることにいたしました</w:t>
      </w:r>
    </w:p>
    <w:p>
      <w:pPr>
        <w:spacing w:after="0" w:before="0" w:lineRule="exact" w:line="340"/>
      </w:pPr>
      <w:r>
        <w:rPr>
          <w:rFonts w:ascii="Yu Mincho" w:hAnsi="Yu Mincho" w:eastAsia="Yu Mincho"/>
          <w:b w:val="0"/>
          <w:color w:val="222222"/>
          <w:sz w:val="20"/>
        </w:rPr>
        <w:t>これからは　帰省や集まりの折に直接お話しできるのを楽しみにしております</w:t>
      </w:r>
    </w:p>
    <w:p>
      <w:pPr>
        <w:spacing w:after="0" w:before="0" w:lineRule="exact" w:line="340"/>
      </w:pPr>
      <w:r>
        <w:rPr>
          <w:rFonts w:ascii="Yu Mincho" w:hAnsi="Yu Mincho" w:eastAsia="Yu Mincho"/>
          <w:b w:val="0"/>
          <w:color w:val="222222"/>
          <w:sz w:val="20"/>
        </w:rPr>
        <w:t>寒い日が続きますので　どうぞご自愛ください</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謹んで新年のお慶びを申し上げます</w:t>
      </w:r>
    </w:p>
    <w:p>
      <w:pPr>
        <w:spacing w:after="0" w:before="0" w:lineRule="exact" w:line="340"/>
      </w:pPr>
      <w:r>
        <w:rPr>
          <w:rFonts w:ascii="Yu Mincho" w:hAnsi="Yu Mincho" w:eastAsia="Yu Mincho"/>
          <w:b w:val="0"/>
          <w:color w:val="222222"/>
          <w:sz w:val="20"/>
        </w:rPr>
        <w:t>旧年中はひとかたならぬお引き立てを賜り　厚く御礼申し上げます</w:t>
      </w:r>
    </w:p>
    <w:p>
      <w:pPr>
        <w:spacing w:after="0" w:before="0" w:lineRule="exact" w:line="340"/>
      </w:pPr>
      <w:r>
        <w:rPr>
          <w:rFonts w:ascii="Yu Mincho" w:hAnsi="Yu Mincho" w:eastAsia="Yu Mincho"/>
          <w:b w:val="0"/>
          <w:color w:val="222222"/>
          <w:sz w:val="20"/>
        </w:rPr>
        <w:t>私事ながら　昨年○月をもちまして○○を退職いたしました</w:t>
      </w:r>
    </w:p>
    <w:p>
      <w:pPr>
        <w:spacing w:after="0" w:before="0" w:lineRule="exact" w:line="340"/>
      </w:pPr>
      <w:r>
        <w:rPr>
          <w:rFonts w:ascii="Yu Mincho" w:hAnsi="Yu Mincho" w:eastAsia="Yu Mincho"/>
          <w:b w:val="0"/>
          <w:color w:val="222222"/>
          <w:sz w:val="20"/>
        </w:rPr>
        <w:t>これを機に　年始のご挨拶状は本年をもちまして失礼させていただくことにいたしました</w:t>
      </w:r>
    </w:p>
    <w:p>
      <w:pPr>
        <w:spacing w:after="0" w:before="0" w:lineRule="exact" w:line="340"/>
      </w:pPr>
      <w:r>
        <w:rPr>
          <w:rFonts w:ascii="Yu Mincho" w:hAnsi="Yu Mincho" w:eastAsia="Yu Mincho"/>
          <w:b w:val="0"/>
          <w:color w:val="222222"/>
          <w:sz w:val="20"/>
        </w:rPr>
        <w:t>在職中に賜りましたご厚情に　心より感謝申し上げます</w:t>
      </w:r>
    </w:p>
    <w:p>
      <w:pPr>
        <w:spacing w:after="0" w:before="0" w:lineRule="exact" w:line="340"/>
      </w:pPr>
      <w:r>
        <w:rPr>
          <w:rFonts w:ascii="Yu Mincho" w:hAnsi="Yu Mincho" w:eastAsia="Yu Mincho"/>
          <w:b w:val="0"/>
          <w:color w:val="222222"/>
          <w:sz w:val="20"/>
        </w:rPr>
        <w:t>貴社のますますのご発展と皆様のご健勝をお祈り申し上げます</w:t>
      </w:r>
    </w:p>
    <w:p>
      <w:pPr>
        <w:spacing w:after="0" w:before="200" w:lineRule="exact" w:line="340"/>
        <w:ind w:left="400"/>
      </w:pPr>
      <w:r>
        <w:rPr>
          <w:rFonts w:ascii="Yu Mincho" w:hAnsi="Yu Mincho" w:eastAsia="Yu Mincho"/>
          <w:b w:val="0"/>
          <w:color w:val="222222"/>
          <w:sz w:val="20"/>
        </w:rPr>
        <w:t>令和九年　元旦</w:t>
      </w:r>
    </w:p>
    <w:p>
      <w:pPr>
        <w:pageBreakBefore/>
        <w:spacing w:after="120" w:before="0" w:lineRule="exact" w:line="340"/>
      </w:pPr>
      <w:r>
        <w:rPr>
          <w:rFonts w:ascii="Yu Mincho" w:hAnsi="Yu Mincho" w:eastAsia="Yu Mincho"/>
          <w:b w:val="0"/>
          <w:color w:val="222222"/>
          <w:sz w:val="24"/>
        </w:rPr>
        <w:t>謹んで新春のご挨拶を申し上げます</w:t>
      </w:r>
    </w:p>
    <w:p>
      <w:pPr>
        <w:spacing w:after="0" w:before="0" w:lineRule="exact" w:line="340"/>
      </w:pPr>
      <w:r>
        <w:rPr>
          <w:rFonts w:ascii="Yu Mincho" w:hAnsi="Yu Mincho" w:eastAsia="Yu Mincho"/>
          <w:b w:val="0"/>
          <w:color w:val="222222"/>
          <w:sz w:val="20"/>
        </w:rPr>
        <w:t>旧年中は格別のご愛顧を賜り　誠にありがとうございました</w:t>
      </w:r>
    </w:p>
    <w:p>
      <w:pPr>
        <w:spacing w:after="0" w:before="0" w:lineRule="exact" w:line="340"/>
      </w:pPr>
      <w:r>
        <w:rPr>
          <w:rFonts w:ascii="Yu Mincho" w:hAnsi="Yu Mincho" w:eastAsia="Yu Mincho"/>
          <w:b w:val="0"/>
          <w:color w:val="222222"/>
          <w:sz w:val="20"/>
        </w:rPr>
        <w:t>さて　弊社では本年をもちまして　年賀状による年始のご挨拶を控えさせていただくことといたしました</w:t>
      </w:r>
    </w:p>
    <w:p>
      <w:pPr>
        <w:spacing w:after="0" w:before="0" w:lineRule="exact" w:line="340"/>
      </w:pPr>
      <w:r>
        <w:rPr>
          <w:rFonts w:ascii="Yu Mincho" w:hAnsi="Yu Mincho" w:eastAsia="Yu Mincho"/>
          <w:b w:val="0"/>
          <w:color w:val="222222"/>
          <w:sz w:val="20"/>
        </w:rPr>
        <w:t>今後とも変わらぬお引き立てを賜りますよう　よろしくお願い申し上げます</w:t>
      </w:r>
    </w:p>
    <w:p>
      <w:pPr>
        <w:spacing w:after="0" w:before="200" w:lineRule="exact" w:line="340"/>
        <w:ind w:left="400"/>
      </w:pPr>
      <w:r>
        <w:rPr>
          <w:rFonts w:ascii="Yu Mincho" w:hAnsi="Yu Mincho" w:eastAsia="Yu Mincho"/>
          <w:b w:val="0"/>
          <w:color w:val="222222"/>
          <w:sz w:val="20"/>
        </w:rPr>
        <w:t>令和九年　元旦</w:t>
      </w:r>
    </w:p>
    <w:p>
      <w:pPr>
        <w:pageBreakBefore/>
        <w:spacing w:after="0" w:before="0" w:lineRule="exact" w:line="340"/>
      </w:pPr>
      <w:r>
        <w:rPr>
          <w:rFonts w:ascii="Yu Mincho" w:hAnsi="Yu Mincho" w:eastAsia="Yu Mincho"/>
          <w:b w:val="0"/>
          <w:color w:val="222222"/>
          <w:sz w:val="20"/>
        </w:rPr>
        <w:t>寒さが日ごとに増してまいりましたが　いかがお過ごしでしょうか</w:t>
      </w:r>
    </w:p>
    <w:p>
      <w:pPr>
        <w:spacing w:after="0" w:before="0" w:lineRule="exact" w:line="340"/>
      </w:pPr>
      <w:r>
        <w:rPr>
          <w:rFonts w:ascii="Yu Mincho" w:hAnsi="Yu Mincho" w:eastAsia="Yu Mincho"/>
          <w:b w:val="0"/>
          <w:color w:val="222222"/>
          <w:sz w:val="20"/>
        </w:rPr>
        <w:t>本年も温かいお心遣いをいただき　ありがとうございました</w:t>
      </w:r>
    </w:p>
    <w:p>
      <w:pPr>
        <w:spacing w:after="0" w:before="0" w:lineRule="exact" w:line="340"/>
      </w:pPr>
      <w:r>
        <w:rPr>
          <w:rFonts w:ascii="Yu Mincho" w:hAnsi="Yu Mincho" w:eastAsia="Yu Mincho"/>
          <w:b w:val="0"/>
          <w:color w:val="222222"/>
          <w:sz w:val="20"/>
        </w:rPr>
        <w:t>さて　私も○○歳を迎えましたので　まことに勝手ながら　来年からの年賀状は控えさせていただくことにいたしました</w:t>
      </w:r>
    </w:p>
    <w:p>
      <w:pPr>
        <w:spacing w:after="0" w:before="0" w:lineRule="exact" w:line="340"/>
      </w:pPr>
      <w:r>
        <w:rPr>
          <w:rFonts w:ascii="Yu Mincho" w:hAnsi="Yu Mincho" w:eastAsia="Yu Mincho"/>
          <w:b w:val="0"/>
          <w:color w:val="222222"/>
          <w:sz w:val="20"/>
        </w:rPr>
        <w:t>長年のお付き合いに心より感謝申し上げますとともに　今後とも変わらぬご厚誼をお願い申し上げます</w:t>
      </w:r>
    </w:p>
    <w:p>
      <w:pPr>
        <w:spacing w:after="0" w:before="0" w:lineRule="exact" w:line="340"/>
      </w:pPr>
      <w:r>
        <w:rPr>
          <w:rFonts w:ascii="Yu Mincho" w:hAnsi="Yu Mincho" w:eastAsia="Yu Mincho"/>
          <w:b w:val="0"/>
          <w:color w:val="222222"/>
          <w:sz w:val="20"/>
        </w:rPr>
        <w:t>どうぞよいお年をお迎えください</w:t>
      </w:r>
    </w:p>
    <w:p>
      <w:pPr>
        <w:spacing w:after="0" w:before="200" w:lineRule="exact" w:line="340"/>
        <w:ind w:left="400"/>
      </w:pPr>
      <w:r>
        <w:rPr>
          <w:rFonts w:ascii="Yu Mincho" w:hAnsi="Yu Mincho" w:eastAsia="Yu Mincho"/>
          <w:b w:val="0"/>
          <w:color w:val="222222"/>
          <w:sz w:val="20"/>
        </w:rPr>
        <w:t>令和八年十二月</w:t>
      </w:r>
    </w:p>
    <w:p>
      <w:pPr>
        <w:sectPr>
          <w:pgSz w:w="5669" w:h="8391"/>
          <w:pgMar w:top="680" w:right="624" w:bottom="624" w:left="567" w:header="283" w:footer="283" w:gutter="0"/>
          <w:cols w:space="720"/>
          <w:textDirection w:val="tbRl"/>
          <w:docGrid w:linePitch="360"/>
        </w:sectPr>
      </w:pPr>
    </w:p>
    <w:p>
      <w:pPr>
        <w:spacing w:after="160" w:before="0" w:lineRule="exact" w:line="340"/>
        <w:jc w:val="center"/>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旧年中は温かいお心遣いをいただき　ありがとうございました</w:t>
      </w:r>
    </w:p>
    <w:p>
      <w:pPr>
        <w:spacing w:after="0" w:before="0" w:lineRule="exact" w:line="340"/>
      </w:pPr>
      <w:r>
        <w:rPr>
          <w:rFonts w:ascii="Yu Mincho" w:hAnsi="Yu Mincho" w:eastAsia="Yu Mincho"/>
          <w:b w:val="0"/>
          <w:color w:val="222222"/>
          <w:sz w:val="20"/>
        </w:rPr>
        <w:t>私も○○歳を迎え　筆をとることが少しずつ難しくなってまいりました</w:t>
      </w:r>
    </w:p>
    <w:p>
      <w:pPr>
        <w:spacing w:after="0" w:before="0" w:lineRule="exact" w:line="340"/>
      </w:pPr>
      <w:r>
        <w:rPr>
          <w:rFonts w:ascii="Yu Mincho" w:hAnsi="Yu Mincho" w:eastAsia="Yu Mincho"/>
          <w:b w:val="0"/>
          <w:color w:val="222222"/>
          <w:sz w:val="20"/>
        </w:rPr>
        <w:t>勝手ながら　年始のご挨拶状は本年をもちまして最後とさせていただきます</w:t>
      </w:r>
    </w:p>
    <w:p>
      <w:pPr>
        <w:spacing w:after="0" w:before="0" w:lineRule="exact" w:line="340"/>
      </w:pPr>
      <w:r>
        <w:rPr>
          <w:rFonts w:ascii="Yu Mincho" w:hAnsi="Yu Mincho" w:eastAsia="Yu Mincho"/>
          <w:b w:val="0"/>
          <w:color w:val="222222"/>
          <w:sz w:val="20"/>
        </w:rPr>
        <w:t>長いあいだ年賀状でお付き合いくださり　心より感謝申し上げます</w:t>
      </w:r>
    </w:p>
    <w:p>
      <w:pPr>
        <w:spacing w:after="0" w:before="0" w:lineRule="exact" w:line="340"/>
      </w:pPr>
      <w:r>
        <w:rPr>
          <w:rFonts w:ascii="Yu Mincho" w:hAnsi="Yu Mincho" w:eastAsia="Yu Mincho"/>
          <w:b w:val="0"/>
          <w:color w:val="222222"/>
          <w:sz w:val="20"/>
        </w:rPr>
        <w:t>これからも変わらぬご縁をいただけましたら幸いです</w:t>
      </w:r>
    </w:p>
    <w:p>
      <w:pPr>
        <w:spacing w:after="0" w:before="0" w:lineRule="exact" w:line="340"/>
      </w:pPr>
      <w:r>
        <w:rPr>
          <w:rFonts w:ascii="Yu Mincho" w:hAnsi="Yu Mincho" w:eastAsia="Yu Mincho"/>
          <w:b w:val="0"/>
          <w:color w:val="222222"/>
          <w:sz w:val="20"/>
        </w:rPr>
        <w:t>皆様のご健康とお幸せをお祈りいたします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昨年から　身の回りの整理を少しずつ進めております</w:t>
      </w:r>
    </w:p>
    <w:p>
      <w:pPr>
        <w:spacing w:after="0" w:before="0" w:lineRule="exact" w:line="340"/>
      </w:pPr>
      <w:r>
        <w:rPr>
          <w:rFonts w:ascii="Yu Mincho" w:hAnsi="Yu Mincho" w:eastAsia="Yu Mincho"/>
          <w:b w:val="0"/>
          <w:color w:val="222222"/>
          <w:sz w:val="20"/>
        </w:rPr>
        <w:t>その一つとして　年賀状によるご挨拶は今年で終わりにすることにいたしました</w:t>
      </w:r>
    </w:p>
    <w:p>
      <w:pPr>
        <w:spacing w:after="0" w:before="0" w:lineRule="exact" w:line="340"/>
      </w:pPr>
      <w:r>
        <w:rPr>
          <w:rFonts w:ascii="Yu Mincho" w:hAnsi="Yu Mincho" w:eastAsia="Yu Mincho"/>
          <w:b w:val="0"/>
          <w:color w:val="222222"/>
          <w:sz w:val="20"/>
        </w:rPr>
        <w:t>毎年いただくお便りを　いつも楽しみに読ませていただきました</w:t>
      </w:r>
    </w:p>
    <w:p>
      <w:pPr>
        <w:spacing w:after="0" w:before="0" w:lineRule="exact" w:line="340"/>
      </w:pPr>
      <w:r>
        <w:rPr>
          <w:rFonts w:ascii="Yu Mincho" w:hAnsi="Yu Mincho" w:eastAsia="Yu Mincho"/>
          <w:b w:val="0"/>
          <w:color w:val="222222"/>
          <w:sz w:val="20"/>
        </w:rPr>
        <w:t>これからは手紙やお電話で　折にふれて近況をお伝えできればと思っております</w:t>
      </w:r>
    </w:p>
    <w:p>
      <w:pPr>
        <w:spacing w:after="0" w:before="0" w:lineRule="exact" w:line="340"/>
      </w:pPr>
      <w:r>
        <w:rPr>
          <w:rFonts w:ascii="Yu Mincho" w:hAnsi="Yu Mincho" w:eastAsia="Yu Mincho"/>
          <w:b w:val="0"/>
          <w:color w:val="222222"/>
          <w:sz w:val="20"/>
        </w:rPr>
        <w:t>どうぞお体を大切にお過ごしください</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謹んで新年のご挨拶を申し上げます</w:t>
      </w:r>
    </w:p>
    <w:p>
      <w:pPr>
        <w:spacing w:after="0" w:before="0" w:lineRule="exact" w:line="340"/>
      </w:pPr>
      <w:r>
        <w:rPr>
          <w:rFonts w:ascii="Yu Mincho" w:hAnsi="Yu Mincho" w:eastAsia="Yu Mincho"/>
          <w:b w:val="0"/>
          <w:color w:val="222222"/>
          <w:sz w:val="20"/>
        </w:rPr>
        <w:t>まことに勝手ながら　本年をもちまして年賀状によるご挨拶を控えさせていただくことにいたしました</w:t>
      </w:r>
    </w:p>
    <w:p>
      <w:pPr>
        <w:spacing w:after="0" w:before="0" w:lineRule="exact" w:line="340"/>
      </w:pPr>
      <w:r>
        <w:rPr>
          <w:rFonts w:ascii="Yu Mincho" w:hAnsi="Yu Mincho" w:eastAsia="Yu Mincho"/>
          <w:b w:val="0"/>
          <w:color w:val="222222"/>
          <w:sz w:val="20"/>
        </w:rPr>
        <w:t>これまでのご厚情に深く感謝いたしますとともに　今後とも変わらぬお付き合いをお願い申し上げます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父○○に代わりまして　長男の○○よりご挨拶申し上げます</w:t>
      </w:r>
    </w:p>
    <w:p>
      <w:pPr>
        <w:spacing w:after="0" w:before="0" w:lineRule="exact" w:line="340"/>
      </w:pPr>
      <w:r>
        <w:rPr>
          <w:rFonts w:ascii="Yu Mincho" w:hAnsi="Yu Mincho" w:eastAsia="Yu Mincho"/>
          <w:b w:val="0"/>
          <w:color w:val="222222"/>
          <w:sz w:val="20"/>
        </w:rPr>
        <w:t>父は○○歳となり　年賀状を書くことが難しくなってまいりました</w:t>
      </w:r>
    </w:p>
    <w:p>
      <w:pPr>
        <w:spacing w:after="0" w:before="0" w:lineRule="exact" w:line="340"/>
      </w:pPr>
      <w:r>
        <w:rPr>
          <w:rFonts w:ascii="Yu Mincho" w:hAnsi="Yu Mincho" w:eastAsia="Yu Mincho"/>
          <w:b w:val="0"/>
          <w:color w:val="222222"/>
          <w:sz w:val="20"/>
        </w:rPr>
        <w:t>父と相談のうえ　父の年賀状によるご挨拶は本年をもちまして控えさせていただくことにいたしました</w:t>
      </w:r>
    </w:p>
    <w:p>
      <w:pPr>
        <w:spacing w:after="0" w:before="0" w:lineRule="exact" w:line="340"/>
      </w:pPr>
      <w:r>
        <w:rPr>
          <w:rFonts w:ascii="Yu Mincho" w:hAnsi="Yu Mincho" w:eastAsia="Yu Mincho"/>
          <w:b w:val="0"/>
          <w:color w:val="222222"/>
          <w:sz w:val="20"/>
        </w:rPr>
        <w:t>長年にわたり父と年賀状を交わしてくださり　家族一同心より感謝申し上げます</w:t>
      </w:r>
    </w:p>
    <w:p>
      <w:pPr>
        <w:spacing w:after="0" w:before="0" w:lineRule="exact" w:line="340"/>
      </w:pPr>
      <w:r>
        <w:rPr>
          <w:rFonts w:ascii="Yu Mincho" w:hAnsi="Yu Mincho" w:eastAsia="Yu Mincho"/>
          <w:b w:val="0"/>
          <w:color w:val="222222"/>
          <w:sz w:val="20"/>
        </w:rPr>
        <w:t>皆様のご健勝をお祈りいたします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母○○は　近ごろ筆をとる機会が少なくなりました</w:t>
      </w:r>
    </w:p>
    <w:p>
      <w:pPr>
        <w:spacing w:after="0" w:before="0" w:lineRule="exact" w:line="340"/>
      </w:pPr>
      <w:r>
        <w:rPr>
          <w:rFonts w:ascii="Yu Mincho" w:hAnsi="Yu Mincho" w:eastAsia="Yu Mincho"/>
          <w:b w:val="0"/>
          <w:color w:val="222222"/>
          <w:sz w:val="20"/>
        </w:rPr>
        <w:t>そのため　母の年賀状は今年を最後とさせていただくことにいたしました</w:t>
      </w:r>
    </w:p>
    <w:p>
      <w:pPr>
        <w:spacing w:after="0" w:before="0" w:lineRule="exact" w:line="340"/>
      </w:pPr>
      <w:r>
        <w:rPr>
          <w:rFonts w:ascii="Yu Mincho" w:hAnsi="Yu Mincho" w:eastAsia="Yu Mincho"/>
          <w:b w:val="0"/>
          <w:color w:val="222222"/>
          <w:sz w:val="20"/>
        </w:rPr>
        <w:t>これまでいただいた温かいお便りに　母とともに深くお礼申し上げます</w:t>
      </w:r>
    </w:p>
    <w:p>
      <w:pPr>
        <w:spacing w:after="0" w:before="0" w:lineRule="exact" w:line="340"/>
      </w:pPr>
      <w:r>
        <w:rPr>
          <w:rFonts w:ascii="Yu Mincho" w:hAnsi="Yu Mincho" w:eastAsia="Yu Mincho"/>
          <w:b w:val="0"/>
          <w:color w:val="222222"/>
          <w:sz w:val="20"/>
        </w:rPr>
        <w:t>来年からは　母あての年賀状はどうぞお気遣いなさいませんよう　お願い申し上げます</w:t>
      </w:r>
    </w:p>
    <w:p>
      <w:pPr>
        <w:spacing w:after="0" w:before="200" w:lineRule="exact" w:line="340"/>
        <w:jc w:val="right"/>
      </w:pPr>
      <w:r>
        <w:rPr>
          <w:rFonts w:ascii="Yu Mincho" w:hAnsi="Yu Mincho" w:eastAsia="Yu Mincho"/>
          <w:b w:val="0"/>
          <w:color w:val="222222"/>
          <w:sz w:val="20"/>
        </w:rPr>
        <w:t>令和九年　元旦</w:t>
      </w:r>
    </w:p>
    <w:p>
      <w:pPr>
        <w:spacing w:after="0" w:before="0" w:lineRule="exact" w:line="340"/>
        <w:jc w:val="right"/>
      </w:pPr>
      <w:r>
        <w:rPr>
          <w:rFonts w:ascii="Yu Mincho" w:hAnsi="Yu Mincho" w:eastAsia="Yu Mincho"/>
          <w:b w:val="0"/>
          <w:color w:val="222222"/>
          <w:sz w:val="20"/>
        </w:rPr>
        <w:t>○○（母の名前）　代筆　○○</w:t>
      </w:r>
    </w:p>
    <w:p>
      <w:pPr>
        <w:pageBreakBefore/>
        <w:spacing w:after="160" w:before="0" w:lineRule="exact" w:line="340"/>
        <w:jc w:val="center"/>
      </w:pPr>
      <w:r>
        <w:rPr>
          <w:rFonts w:ascii="Yu Mincho" w:hAnsi="Yu Mincho" w:eastAsia="Yu Mincho"/>
          <w:b w:val="0"/>
          <w:color w:val="222222"/>
          <w:sz w:val="24"/>
        </w:rPr>
        <w:t>あけましておめでとうございます</w:t>
      </w:r>
    </w:p>
    <w:p>
      <w:pPr>
        <w:spacing w:after="0" w:before="0" w:lineRule="exact" w:line="340"/>
      </w:pPr>
      <w:r>
        <w:rPr>
          <w:rFonts w:ascii="Yu Mincho" w:hAnsi="Yu Mincho" w:eastAsia="Yu Mincho"/>
          <w:b w:val="0"/>
          <w:color w:val="222222"/>
          <w:sz w:val="20"/>
        </w:rPr>
        <w:t>年賀状は今年で最後にしようと決めました</w:t>
      </w:r>
    </w:p>
    <w:p>
      <w:pPr>
        <w:spacing w:after="0" w:before="0" w:lineRule="exact" w:line="340"/>
      </w:pPr>
      <w:r>
        <w:rPr>
          <w:rFonts w:ascii="Yu Mincho" w:hAnsi="Yu Mincho" w:eastAsia="Yu Mincho"/>
          <w:b w:val="0"/>
          <w:color w:val="222222"/>
          <w:sz w:val="20"/>
        </w:rPr>
        <w:t>毎年あなたからの一枚が届くのを　いつも楽しみにしていました</w:t>
      </w:r>
    </w:p>
    <w:p>
      <w:pPr>
        <w:spacing w:after="0" w:before="0" w:lineRule="exact" w:line="340"/>
      </w:pPr>
      <w:r>
        <w:rPr>
          <w:rFonts w:ascii="Yu Mincho" w:hAnsi="Yu Mincho" w:eastAsia="Yu Mincho"/>
          <w:b w:val="0"/>
          <w:color w:val="222222"/>
          <w:sz w:val="20"/>
        </w:rPr>
        <w:t>これからはメールや電話で　気軽に近況を伝え合えたらうれしいです</w:t>
      </w:r>
    </w:p>
    <w:p>
      <w:pPr>
        <w:spacing w:after="0" w:before="0" w:lineRule="exact" w:line="340"/>
      </w:pPr>
      <w:r>
        <w:rPr>
          <w:rFonts w:ascii="Yu Mincho" w:hAnsi="Yu Mincho" w:eastAsia="Yu Mincho"/>
          <w:b w:val="0"/>
          <w:color w:val="8A8478"/>
          <w:sz w:val="16"/>
        </w:rPr>
        <w:t>（連絡先を書く場合）</w:t>
      </w:r>
      <w:r>
        <w:rPr>
          <w:rFonts w:ascii="Yu Mincho" w:hAnsi="Yu Mincho" w:eastAsia="Yu Mincho"/>
          <w:b w:val="0"/>
          <w:color w:val="222222"/>
          <w:sz w:val="20"/>
        </w:rPr>
        <w:t>メール　○○○○＠○○○○</w:t>
      </w:r>
    </w:p>
    <w:p>
      <w:pPr>
        <w:spacing w:after="0" w:before="0" w:lineRule="exact" w:line="340"/>
      </w:pPr>
      <w:r>
        <w:rPr>
          <w:rFonts w:ascii="Yu Mincho" w:hAnsi="Yu Mincho" w:eastAsia="Yu Mincho"/>
          <w:b w:val="0"/>
          <w:color w:val="222222"/>
          <w:sz w:val="20"/>
        </w:rPr>
        <w:t>今年もどうぞよろしくお願いします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新年おめでとう</w:t>
      </w:r>
    </w:p>
    <w:p>
      <w:pPr>
        <w:spacing w:after="0" w:before="0" w:lineRule="exact" w:line="340"/>
      </w:pPr>
      <w:r>
        <w:rPr>
          <w:rFonts w:ascii="Yu Mincho" w:hAnsi="Yu Mincho" w:eastAsia="Yu Mincho"/>
          <w:b w:val="0"/>
          <w:color w:val="222222"/>
          <w:sz w:val="20"/>
        </w:rPr>
        <w:t>私も今年で○○歳　これを機に年賀状はお休みすることにしました</w:t>
      </w:r>
    </w:p>
    <w:p>
      <w:pPr>
        <w:spacing w:after="0" w:before="0" w:lineRule="exact" w:line="340"/>
      </w:pPr>
      <w:r>
        <w:rPr>
          <w:rFonts w:ascii="Yu Mincho" w:hAnsi="Yu Mincho" w:eastAsia="Yu Mincho"/>
          <w:b w:val="0"/>
          <w:color w:val="222222"/>
          <w:sz w:val="20"/>
        </w:rPr>
        <w:t>年賀状がなくても　あなたとのご縁はこれからも大切にしたいと思っています</w:t>
      </w:r>
    </w:p>
    <w:p>
      <w:pPr>
        <w:spacing w:after="0" w:before="0" w:lineRule="exact" w:line="340"/>
      </w:pPr>
      <w:r>
        <w:rPr>
          <w:rFonts w:ascii="Yu Mincho" w:hAnsi="Yu Mincho" w:eastAsia="Yu Mincho"/>
          <w:b w:val="0"/>
          <w:color w:val="222222"/>
          <w:sz w:val="20"/>
        </w:rPr>
        <w:t>また近いうちに　お茶でもご一緒しましょう</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謹んで新春のお慶びを申し上げます</w:t>
      </w:r>
    </w:p>
    <w:p>
      <w:pPr>
        <w:spacing w:after="0" w:before="0" w:lineRule="exact" w:line="340"/>
      </w:pPr>
      <w:r>
        <w:rPr>
          <w:rFonts w:ascii="Yu Mincho" w:hAnsi="Yu Mincho" w:eastAsia="Yu Mincho"/>
          <w:b w:val="0"/>
          <w:color w:val="222222"/>
          <w:sz w:val="20"/>
        </w:rPr>
        <w:t>皆様にはお変わりなくお過ごしのことと存じます</w:t>
      </w:r>
    </w:p>
    <w:p>
      <w:pPr>
        <w:spacing w:after="0" w:before="0" w:lineRule="exact" w:line="340"/>
      </w:pPr>
      <w:r>
        <w:rPr>
          <w:rFonts w:ascii="Yu Mincho" w:hAnsi="Yu Mincho" w:eastAsia="Yu Mincho"/>
          <w:b w:val="0"/>
          <w:color w:val="222222"/>
          <w:sz w:val="20"/>
        </w:rPr>
        <w:t>私どもも年齢を重ね　年賀状によるご挨拶は本年限りとさせていただくことにいたしました</w:t>
      </w:r>
    </w:p>
    <w:p>
      <w:pPr>
        <w:spacing w:after="0" w:before="0" w:lineRule="exact" w:line="340"/>
      </w:pPr>
      <w:r>
        <w:rPr>
          <w:rFonts w:ascii="Yu Mincho" w:hAnsi="Yu Mincho" w:eastAsia="Yu Mincho"/>
          <w:b w:val="0"/>
          <w:color w:val="222222"/>
          <w:sz w:val="20"/>
        </w:rPr>
        <w:t>親戚の集まりなどで顔を合わせる折には　これまでどおりどうぞよろしくお願いいたします</w:t>
      </w:r>
    </w:p>
    <w:p>
      <w:pPr>
        <w:spacing w:after="0" w:before="0" w:lineRule="exact" w:line="340"/>
      </w:pPr>
      <w:r>
        <w:rPr>
          <w:rFonts w:ascii="Yu Mincho" w:hAnsi="Yu Mincho" w:eastAsia="Yu Mincho"/>
          <w:b w:val="0"/>
          <w:color w:val="222222"/>
          <w:sz w:val="20"/>
        </w:rPr>
        <w:t>皆様のご多幸をお祈り申し上げます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新年あけましておめでとうございます</w:t>
      </w:r>
    </w:p>
    <w:p>
      <w:pPr>
        <w:spacing w:after="0" w:before="0" w:lineRule="exact" w:line="340"/>
      </w:pPr>
      <w:r>
        <w:rPr>
          <w:rFonts w:ascii="Yu Mincho" w:hAnsi="Yu Mincho" w:eastAsia="Yu Mincho"/>
          <w:b w:val="0"/>
          <w:color w:val="222222"/>
          <w:sz w:val="20"/>
        </w:rPr>
        <w:t>私たち夫婦も　○○歳と○○歳になりました</w:t>
      </w:r>
    </w:p>
    <w:p>
      <w:pPr>
        <w:spacing w:after="0" w:before="0" w:lineRule="exact" w:line="340"/>
      </w:pPr>
      <w:r>
        <w:rPr>
          <w:rFonts w:ascii="Yu Mincho" w:hAnsi="Yu Mincho" w:eastAsia="Yu Mincho"/>
          <w:b w:val="0"/>
          <w:color w:val="222222"/>
          <w:sz w:val="20"/>
        </w:rPr>
        <w:t>二人で話し合い　年賀状は今年で終わりにすることにいたしました</w:t>
      </w:r>
    </w:p>
    <w:p>
      <w:pPr>
        <w:spacing w:after="0" w:before="0" w:lineRule="exact" w:line="340"/>
      </w:pPr>
      <w:r>
        <w:rPr>
          <w:rFonts w:ascii="Yu Mincho" w:hAnsi="Yu Mincho" w:eastAsia="Yu Mincho"/>
          <w:b w:val="0"/>
          <w:color w:val="222222"/>
          <w:sz w:val="20"/>
        </w:rPr>
        <w:t>これからは　帰省や集まりの折に直接お話しできるのを楽しみにしております</w:t>
      </w:r>
    </w:p>
    <w:p>
      <w:pPr>
        <w:spacing w:after="0" w:before="0" w:lineRule="exact" w:line="340"/>
      </w:pPr>
      <w:r>
        <w:rPr>
          <w:rFonts w:ascii="Yu Mincho" w:hAnsi="Yu Mincho" w:eastAsia="Yu Mincho"/>
          <w:b w:val="0"/>
          <w:color w:val="222222"/>
          <w:sz w:val="20"/>
        </w:rPr>
        <w:t>寒い日が続きますので　どうぞご自愛ください</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謹んで新年のお慶びを申し上げます</w:t>
      </w:r>
    </w:p>
    <w:p>
      <w:pPr>
        <w:spacing w:after="0" w:before="0" w:lineRule="exact" w:line="340"/>
      </w:pPr>
      <w:r>
        <w:rPr>
          <w:rFonts w:ascii="Yu Mincho" w:hAnsi="Yu Mincho" w:eastAsia="Yu Mincho"/>
          <w:b w:val="0"/>
          <w:color w:val="222222"/>
          <w:sz w:val="20"/>
        </w:rPr>
        <w:t>旧年中はひとかたならぬお引き立てを賜り　厚く御礼申し上げます</w:t>
      </w:r>
    </w:p>
    <w:p>
      <w:pPr>
        <w:spacing w:after="0" w:before="0" w:lineRule="exact" w:line="340"/>
      </w:pPr>
      <w:r>
        <w:rPr>
          <w:rFonts w:ascii="Yu Mincho" w:hAnsi="Yu Mincho" w:eastAsia="Yu Mincho"/>
          <w:b w:val="0"/>
          <w:color w:val="222222"/>
          <w:sz w:val="20"/>
        </w:rPr>
        <w:t>私事ながら　昨年○月をもちまして○○を退職いたしました</w:t>
      </w:r>
    </w:p>
    <w:p>
      <w:pPr>
        <w:spacing w:after="0" w:before="0" w:lineRule="exact" w:line="340"/>
      </w:pPr>
      <w:r>
        <w:rPr>
          <w:rFonts w:ascii="Yu Mincho" w:hAnsi="Yu Mincho" w:eastAsia="Yu Mincho"/>
          <w:b w:val="0"/>
          <w:color w:val="222222"/>
          <w:sz w:val="20"/>
        </w:rPr>
        <w:t>これを機に　年始のご挨拶状は本年をもちまして失礼させていただくことにいたしました</w:t>
      </w:r>
    </w:p>
    <w:p>
      <w:pPr>
        <w:spacing w:after="0" w:before="0" w:lineRule="exact" w:line="340"/>
      </w:pPr>
      <w:r>
        <w:rPr>
          <w:rFonts w:ascii="Yu Mincho" w:hAnsi="Yu Mincho" w:eastAsia="Yu Mincho"/>
          <w:b w:val="0"/>
          <w:color w:val="222222"/>
          <w:sz w:val="20"/>
        </w:rPr>
        <w:t>在職中に賜りましたご厚情に　心より感謝申し上げます</w:t>
      </w:r>
    </w:p>
    <w:p>
      <w:pPr>
        <w:spacing w:after="0" w:before="0" w:lineRule="exact" w:line="340"/>
      </w:pPr>
      <w:r>
        <w:rPr>
          <w:rFonts w:ascii="Yu Mincho" w:hAnsi="Yu Mincho" w:eastAsia="Yu Mincho"/>
          <w:b w:val="0"/>
          <w:color w:val="222222"/>
          <w:sz w:val="20"/>
        </w:rPr>
        <w:t>貴社のますますのご発展と皆様のご健勝をお祈り申し上げます</w:t>
      </w:r>
    </w:p>
    <w:p>
      <w:pPr>
        <w:spacing w:after="0" w:before="200" w:lineRule="exact" w:line="340"/>
        <w:jc w:val="right"/>
      </w:pPr>
      <w:r>
        <w:rPr>
          <w:rFonts w:ascii="Yu Mincho" w:hAnsi="Yu Mincho" w:eastAsia="Yu Mincho"/>
          <w:b w:val="0"/>
          <w:color w:val="222222"/>
          <w:sz w:val="20"/>
        </w:rPr>
        <w:t>令和九年　元旦</w:t>
      </w:r>
    </w:p>
    <w:p>
      <w:pPr>
        <w:pageBreakBefore/>
        <w:spacing w:after="160" w:before="0" w:lineRule="exact" w:line="340"/>
        <w:jc w:val="center"/>
      </w:pPr>
      <w:r>
        <w:rPr>
          <w:rFonts w:ascii="Yu Mincho" w:hAnsi="Yu Mincho" w:eastAsia="Yu Mincho"/>
          <w:b w:val="0"/>
          <w:color w:val="222222"/>
          <w:sz w:val="24"/>
        </w:rPr>
        <w:t>謹んで新春のご挨拶を申し上げます</w:t>
      </w:r>
    </w:p>
    <w:p>
      <w:pPr>
        <w:spacing w:after="0" w:before="0" w:lineRule="exact" w:line="340"/>
      </w:pPr>
      <w:r>
        <w:rPr>
          <w:rFonts w:ascii="Yu Mincho" w:hAnsi="Yu Mincho" w:eastAsia="Yu Mincho"/>
          <w:b w:val="0"/>
          <w:color w:val="222222"/>
          <w:sz w:val="20"/>
        </w:rPr>
        <w:t>旧年中は格別のご愛顧を賜り　誠にありがとうございました</w:t>
      </w:r>
    </w:p>
    <w:p>
      <w:pPr>
        <w:spacing w:after="0" w:before="0" w:lineRule="exact" w:line="340"/>
      </w:pPr>
      <w:r>
        <w:rPr>
          <w:rFonts w:ascii="Yu Mincho" w:hAnsi="Yu Mincho" w:eastAsia="Yu Mincho"/>
          <w:b w:val="0"/>
          <w:color w:val="222222"/>
          <w:sz w:val="20"/>
        </w:rPr>
        <w:t>さて　弊社では本年をもちまして　年賀状による年始のご挨拶を控えさせていただくことといたしました</w:t>
      </w:r>
    </w:p>
    <w:p>
      <w:pPr>
        <w:spacing w:after="0" w:before="0" w:lineRule="exact" w:line="340"/>
      </w:pPr>
      <w:r>
        <w:rPr>
          <w:rFonts w:ascii="Yu Mincho" w:hAnsi="Yu Mincho" w:eastAsia="Yu Mincho"/>
          <w:b w:val="0"/>
          <w:color w:val="222222"/>
          <w:sz w:val="20"/>
        </w:rPr>
        <w:t>今後とも変わらぬお引き立てを賜りますよう　よろしくお願い申し上げます</w:t>
      </w:r>
    </w:p>
    <w:p>
      <w:pPr>
        <w:spacing w:after="0" w:before="200" w:lineRule="exact" w:line="340"/>
        <w:jc w:val="right"/>
      </w:pPr>
      <w:r>
        <w:rPr>
          <w:rFonts w:ascii="Yu Mincho" w:hAnsi="Yu Mincho" w:eastAsia="Yu Mincho"/>
          <w:b w:val="0"/>
          <w:color w:val="222222"/>
          <w:sz w:val="20"/>
        </w:rPr>
        <w:t>令和九年　元旦</w:t>
      </w:r>
    </w:p>
    <w:p>
      <w:pPr>
        <w:pageBreakBefore/>
        <w:spacing w:after="0" w:before="0" w:lineRule="exact" w:line="340"/>
      </w:pPr>
      <w:r>
        <w:rPr>
          <w:rFonts w:ascii="Yu Mincho" w:hAnsi="Yu Mincho" w:eastAsia="Yu Mincho"/>
          <w:b w:val="0"/>
          <w:color w:val="222222"/>
          <w:sz w:val="20"/>
        </w:rPr>
        <w:t>寒さが日ごとに増してまいりましたが　いかがお過ごしでしょうか</w:t>
      </w:r>
    </w:p>
    <w:p>
      <w:pPr>
        <w:spacing w:after="0" w:before="0" w:lineRule="exact" w:line="340"/>
      </w:pPr>
      <w:r>
        <w:rPr>
          <w:rFonts w:ascii="Yu Mincho" w:hAnsi="Yu Mincho" w:eastAsia="Yu Mincho"/>
          <w:b w:val="0"/>
          <w:color w:val="222222"/>
          <w:sz w:val="20"/>
        </w:rPr>
        <w:t>本年も温かいお心遣いをいただき　ありがとうございました</w:t>
      </w:r>
    </w:p>
    <w:p>
      <w:pPr>
        <w:spacing w:after="0" w:before="0" w:lineRule="exact" w:line="340"/>
      </w:pPr>
      <w:r>
        <w:rPr>
          <w:rFonts w:ascii="Yu Mincho" w:hAnsi="Yu Mincho" w:eastAsia="Yu Mincho"/>
          <w:b w:val="0"/>
          <w:color w:val="222222"/>
          <w:sz w:val="20"/>
        </w:rPr>
        <w:t>さて　私も○○歳を迎えましたので　まことに勝手ながら　来年からの年賀状は控えさせていただくことにいたしました</w:t>
      </w:r>
    </w:p>
    <w:p>
      <w:pPr>
        <w:spacing w:after="0" w:before="0" w:lineRule="exact" w:line="340"/>
      </w:pPr>
      <w:r>
        <w:rPr>
          <w:rFonts w:ascii="Yu Mincho" w:hAnsi="Yu Mincho" w:eastAsia="Yu Mincho"/>
          <w:b w:val="0"/>
          <w:color w:val="222222"/>
          <w:sz w:val="20"/>
        </w:rPr>
        <w:t>長年のお付き合いに心より感謝申し上げますとともに　今後とも変わらぬご厚誼をお願い申し上げます</w:t>
      </w:r>
    </w:p>
    <w:p>
      <w:pPr>
        <w:spacing w:after="0" w:before="0" w:lineRule="exact" w:line="340"/>
      </w:pPr>
      <w:r>
        <w:rPr>
          <w:rFonts w:ascii="Yu Mincho" w:hAnsi="Yu Mincho" w:eastAsia="Yu Mincho"/>
          <w:b w:val="0"/>
          <w:color w:val="222222"/>
          <w:sz w:val="20"/>
        </w:rPr>
        <w:t>どうぞよいお年をお迎えください</w:t>
      </w:r>
    </w:p>
    <w:p>
      <w:pPr>
        <w:spacing w:after="0" w:before="200" w:lineRule="exact" w:line="340"/>
        <w:jc w:val="right"/>
      </w:pPr>
      <w:r>
        <w:rPr>
          <w:rFonts w:ascii="Yu Mincho" w:hAnsi="Yu Mincho" w:eastAsia="Yu Mincho"/>
          <w:b w:val="0"/>
          <w:color w:val="222222"/>
          <w:sz w:val="20"/>
        </w:rPr>
        <w:t>令和八年十二月</w:t>
      </w:r>
    </w:p>
    <w:sectPr w:rsidR="00FC693F" w:rsidRPr="0006063C" w:rsidSect="00034616">
      <w:pgSz w:w="5669" w:h="8391"/>
      <w:pgMar w:top="850" w:right="624" w:bottom="624" w:left="624" w:header="283" w:footer="283" w:gutter="0"/>
      <w:cols w:space="720"/>
      <w:textDirection w:val="lrTb"/>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eastAsia="Yu Gothi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年賀状じまいの例文とテンプレート（はがきサイズ・縦書き／横書き）</dc:title>
  <dc:subject/>
  <dc:creator>ふれあいの丘</dc:creator>
  <cp:keywords/>
  <dc:description>generated by python-docx</dc:description>
  <cp:lastModifiedBy/>
  <cp:revision>1</cp:revision>
  <dcterms:created xsi:type="dcterms:W3CDTF">2013-12-23T23:15:00Z</dcterms:created>
  <dcterms:modified xsi:type="dcterms:W3CDTF">2013-12-23T23:15:00Z</dcterms:modified>
  <cp:category/>
</cp:coreProperties>
</file>