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exact" w:line="336"/>
      </w:pPr>
      <w:r>
        <w:rPr>
          <w:rFonts w:ascii="Yu Gothic" w:hAnsi="Yu Gothic" w:eastAsia="Yu Gothic"/>
          <w:b/>
          <w:color w:val="2B4C3C"/>
          <w:sz w:val="36"/>
        </w:rPr>
        <w:t>お悔やみの言葉の文例集（Word版）</w:t>
      </w:r>
    </w:p>
    <w:p>
      <w:pPr>
        <w:spacing w:after="160" w:before="0" w:lineRule="exact" w:line="288"/>
      </w:pPr>
      <w:r>
        <w:rPr>
          <w:rFonts w:ascii="Yu Gothic" w:hAnsi="Yu Gothic" w:eastAsia="Yu Gothic"/>
          <w:b w:val="0"/>
          <w:color w:val="6B6B6B"/>
          <w:sz w:val="18"/>
        </w:rPr>
        <w:t>口頭・メール・LINE/SNS・手紙・香典に添える手紙・弔電（13文例）｜ふれあいの丘｜2026年10月版</w:t>
      </w:r>
    </w:p>
    <w:p>
      <w:pPr>
        <w:spacing w:after="40" w:before="0" w:lineRule="exact" w:line="384"/>
      </w:pPr>
      <w:r>
        <w:rPr>
          <w:rFonts w:ascii="Yu Gothic" w:hAnsi="Yu Gothic" w:eastAsia="Yu Gothic"/>
          <w:b/>
          <w:color w:val="2B4C3C"/>
          <w:sz w:val="24"/>
        </w:rPr>
        <w:t>使い方</w:t>
      </w:r>
    </w:p>
    <w:p>
      <w:pPr>
        <w:spacing w:after="40" w:before="0" w:lineRule="exact" w:line="304"/>
      </w:pPr>
      <w:r>
        <w:rPr>
          <w:rFonts w:ascii="Yu Gothic" w:hAnsi="Yu Gothic" w:eastAsia="Yu Gothic"/>
          <w:b w:val="0"/>
          <w:color w:val="222222"/>
          <w:sz w:val="19"/>
        </w:rPr>
        <w:t>1　2ページ目から、場面ごとに章（セクション）を分けて文例を載せています。近い場面の文例を選んでください。</w:t>
      </w:r>
    </w:p>
    <w:p>
      <w:pPr>
        <w:spacing w:after="40" w:before="0" w:lineRule="exact" w:line="304"/>
      </w:pPr>
      <w:r>
        <w:rPr>
          <w:rFonts w:ascii="Yu Gothic" w:hAnsi="Yu Gothic" w:eastAsia="Yu Gothic"/>
          <w:b w:val="0"/>
          <w:color w:val="222222"/>
          <w:sz w:val="19"/>
        </w:rPr>
        <w:t>2　○○を名前・続柄・月日に置き換えます。故人との思い出などをひと言足すと、ご自身の言葉になります。</w:t>
      </w:r>
    </w:p>
    <w:p>
      <w:pPr>
        <w:spacing w:after="40" w:before="0" w:lineRule="exact" w:line="304"/>
      </w:pPr>
      <w:r>
        <w:rPr>
          <w:rFonts w:ascii="Yu Gothic" w:hAnsi="Yu Gothic" w:eastAsia="Yu Gothic"/>
          <w:b w:val="0"/>
          <w:color w:val="222222"/>
          <w:sz w:val="19"/>
        </w:rPr>
        <w:t>3　薄い灰色の「（〜場合）」は説明書きです。当てはまる場合は説明書きだけを消し、当てはまらない場合は行ごと削除します。</w:t>
      </w:r>
    </w:p>
    <w:p>
      <w:pPr>
        <w:spacing w:after="40" w:before="0" w:lineRule="exact" w:line="304"/>
      </w:pPr>
      <w:r>
        <w:rPr>
          <w:rFonts w:ascii="Yu Gothic" w:hAnsi="Yu Gothic" w:eastAsia="Yu Gothic"/>
          <w:b w:val="0"/>
          <w:color w:val="222222"/>
          <w:sz w:val="19"/>
        </w:rPr>
        <w:t>4　メール・LINEは、文面を選択してコピーし、メールやLINEに貼り付けて使えます。手紙は、便箋に書き写すか、この文書を印刷してお使いください。</w:t>
      </w:r>
    </w:p>
    <w:p>
      <w:pPr>
        <w:spacing w:after="40" w:before="120" w:lineRule="exact" w:line="384"/>
      </w:pPr>
      <w:r>
        <w:rPr>
          <w:rFonts w:ascii="Yu Gothic" w:hAnsi="Yu Gothic" w:eastAsia="Yu Gothic"/>
          <w:b/>
          <w:color w:val="2B4C3C"/>
          <w:sz w:val="24"/>
        </w:rPr>
        <w:t>文例の一覧</w:t>
      </w:r>
    </w:p>
    <w:p>
      <w:pPr>
        <w:spacing w:after="0" w:before="0" w:lineRule="exact" w:line="336"/>
      </w:pPr>
      <w:r>
        <w:rPr>
          <w:rFonts w:ascii="Yu Gothic" w:hAnsi="Yu Gothic" w:eastAsia="Yu Gothic"/>
          <w:b/>
          <w:color w:val="2B4C3C"/>
          <w:sz w:val="19"/>
        </w:rPr>
        <w:t xml:space="preserve">2ページ　口頭（通夜・葬儀の受付で）　</w:t>
      </w:r>
      <w:r>
        <w:rPr>
          <w:rFonts w:ascii="Yu Gothic" w:hAnsi="Yu Gothic" w:eastAsia="Yu Gothic"/>
          <w:b w:val="0"/>
          <w:color w:val="6B6B6B"/>
          <w:sz w:val="17"/>
        </w:rPr>
        <w:t>V1 受付で香典を渡すとき（基本）／V2 ご遺族に声をかけるとき（故人と親しかった場合）／V3 故人と面識がないとき（同僚・取引先のご家族の葬儀で）</w:t>
      </w:r>
    </w:p>
    <w:p>
      <w:pPr>
        <w:spacing w:after="0" w:before="0" w:lineRule="exact" w:line="336"/>
      </w:pPr>
      <w:r>
        <w:rPr>
          <w:rFonts w:ascii="Yu Gothic" w:hAnsi="Yu Gothic" w:eastAsia="Yu Gothic"/>
          <w:b/>
          <w:color w:val="2B4C3C"/>
          <w:sz w:val="19"/>
        </w:rPr>
        <w:t xml:space="preserve">3ページ　メール　</w:t>
      </w:r>
      <w:r>
        <w:rPr>
          <w:rFonts w:ascii="Yu Gothic" w:hAnsi="Yu Gothic" w:eastAsia="Yu Gothic"/>
          <w:b w:val="0"/>
          <w:color w:val="6B6B6B"/>
          <w:sz w:val="17"/>
        </w:rPr>
        <w:t>E1 上司のご家族が亡くなったとき／E2 同僚のご家族が亡くなったとき／E3 友人のご家族（親）が亡くなったとき</w:t>
      </w:r>
    </w:p>
    <w:p>
      <w:pPr>
        <w:spacing w:after="0" w:before="0" w:lineRule="exact" w:line="336"/>
      </w:pPr>
      <w:r>
        <w:rPr>
          <w:rFonts w:ascii="Yu Gothic" w:hAnsi="Yu Gothic" w:eastAsia="Yu Gothic"/>
          <w:b/>
          <w:color w:val="2B4C3C"/>
          <w:sz w:val="19"/>
        </w:rPr>
        <w:t xml:space="preserve">4ページ　LINE・SNS　</w:t>
      </w:r>
      <w:r>
        <w:rPr>
          <w:rFonts w:ascii="Yu Gothic" w:hAnsi="Yu Gothic" w:eastAsia="Yu Gothic"/>
          <w:b w:val="0"/>
          <w:color w:val="6B6B6B"/>
          <w:sz w:val="17"/>
        </w:rPr>
        <w:t>L1 親しい友人からLINEで訃報を受けたとき／L2 訃報をあとから知ったとき（友人へ個別のメッセージで）</w:t>
      </w:r>
    </w:p>
    <w:p>
      <w:pPr>
        <w:spacing w:after="0" w:before="0" w:lineRule="exact" w:line="336"/>
      </w:pPr>
      <w:r>
        <w:rPr>
          <w:rFonts w:ascii="Yu Gothic" w:hAnsi="Yu Gothic" w:eastAsia="Yu Gothic"/>
          <w:b/>
          <w:color w:val="2B4C3C"/>
          <w:sz w:val="19"/>
        </w:rPr>
        <w:t xml:space="preserve">5ページ　手紙（お悔やみ状）　</w:t>
      </w:r>
      <w:r>
        <w:rPr>
          <w:rFonts w:ascii="Yu Gothic" w:hAnsi="Yu Gothic" w:eastAsia="Yu Gothic"/>
          <w:b w:val="0"/>
          <w:color w:val="6B6B6B"/>
          <w:sz w:val="17"/>
        </w:rPr>
        <w:t>T1 葬儀に参列できなかったとき（友人の親が亡くなった場合）／T2 訃報をあとから知ったとき（恩師のご家族へ）</w:t>
      </w:r>
    </w:p>
    <w:p>
      <w:pPr>
        <w:spacing w:after="0" w:before="0" w:lineRule="exact" w:line="336"/>
      </w:pPr>
      <w:r>
        <w:rPr>
          <w:rFonts w:ascii="Yu Gothic" w:hAnsi="Yu Gothic" w:eastAsia="Yu Gothic"/>
          <w:b/>
          <w:color w:val="2B4C3C"/>
          <w:sz w:val="19"/>
        </w:rPr>
        <w:t xml:space="preserve">6ページ　香典を郵送するときに添える手紙　</w:t>
      </w:r>
      <w:r>
        <w:rPr>
          <w:rFonts w:ascii="Yu Gothic" w:hAnsi="Yu Gothic" w:eastAsia="Yu Gothic"/>
          <w:b w:val="0"/>
          <w:color w:val="6B6B6B"/>
          <w:sz w:val="17"/>
        </w:rPr>
        <w:t>K1 現金書留に香典と一緒に入れる手紙</w:t>
      </w:r>
    </w:p>
    <w:p>
      <w:pPr>
        <w:spacing w:after="0" w:before="0" w:lineRule="exact" w:line="336"/>
      </w:pPr>
      <w:r>
        <w:rPr>
          <w:rFonts w:ascii="Yu Gothic" w:hAnsi="Yu Gothic" w:eastAsia="Yu Gothic"/>
          <w:b/>
          <w:color w:val="2B4C3C"/>
          <w:sz w:val="19"/>
        </w:rPr>
        <w:t xml:space="preserve">7ページ　弔電　</w:t>
      </w:r>
      <w:r>
        <w:rPr>
          <w:rFonts w:ascii="Yu Gothic" w:hAnsi="Yu Gothic" w:eastAsia="Yu Gothic"/>
          <w:b w:val="0"/>
          <w:color w:val="6B6B6B"/>
          <w:sz w:val="17"/>
        </w:rPr>
        <w:t>C1 上司・取引先のご家族へ（会社として送る場合）／C2 友人が亡くなり、ご家族（喪主）へ送る場合（宗教がわからないとき）</w:t>
      </w:r>
    </w:p>
    <w:p>
      <w:pPr>
        <w:spacing w:after="40" w:before="160" w:lineRule="exact" w:line="384"/>
      </w:pPr>
      <w:r>
        <w:rPr>
          <w:rFonts w:ascii="Yu Gothic" w:hAnsi="Yu Gothic" w:eastAsia="Yu Gothic"/>
          <w:b/>
          <w:color w:val="2B4C3C"/>
          <w:sz w:val="24"/>
        </w:rPr>
        <w:t>書き方メモ（日本郵便のサイトの説明より・2026年10月2日確認）</w:t>
      </w:r>
    </w:p>
    <w:p>
      <w:pPr>
        <w:spacing w:after="20" w:before="0" w:lineRule="exact" w:line="288"/>
      </w:pPr>
      <w:r>
        <w:rPr>
          <w:rFonts w:ascii="Yu Gothic" w:hAnsi="Yu Gothic" w:eastAsia="Yu Gothic"/>
          <w:b w:val="0"/>
          <w:color w:val="222222"/>
          <w:sz w:val="18"/>
        </w:rPr>
        <w:t>・故人への思い、感謝、悲しみを自分の言葉で表すよう、日本郵便は弔電のマナーの中で案内しています。</w:t>
      </w:r>
    </w:p>
    <w:p>
      <w:pPr>
        <w:spacing w:after="20" w:before="0" w:lineRule="exact" w:line="288"/>
      </w:pPr>
      <w:r>
        <w:rPr>
          <w:rFonts w:ascii="Yu Gothic" w:hAnsi="Yu Gothic" w:eastAsia="Yu Gothic"/>
          <w:b w:val="0"/>
          <w:color w:val="222222"/>
          <w:sz w:val="18"/>
        </w:rPr>
        <w:t>・忌み言葉は避けます。「死ぬ」「死亡」は「逝去」「永眠」「他界」などに言い換え、「度々」「重ね重ね」「再び」、「四」「九」、「とんでもない」なども避けるよう案内されています。「ますます」「くれぐれも」などの重ね言葉も控えるとされています。</w:t>
      </w:r>
    </w:p>
    <w:p>
      <w:pPr>
        <w:spacing w:after="20" w:before="0" w:lineRule="exact" w:line="288"/>
      </w:pPr>
      <w:r>
        <w:rPr>
          <w:rFonts w:ascii="Yu Gothic" w:hAnsi="Yu Gothic" w:eastAsia="Yu Gothic"/>
          <w:b w:val="0"/>
          <w:color w:val="222222"/>
          <w:sz w:val="18"/>
        </w:rPr>
        <w:t>・「冥福を祈る」「成仏」「往生」「弔う」などは仏式で使われる言葉で、神道やキリスト教では使われません。仏式とわからないときは使わないように案内されています。この文例集は、既定の文面にこれらの語を使っていません。</w:t>
      </w:r>
    </w:p>
    <w:p>
      <w:pPr>
        <w:spacing w:after="20" w:before="0" w:lineRule="exact" w:line="288"/>
      </w:pPr>
      <w:r>
        <w:rPr>
          <w:rFonts w:ascii="Yu Gothic" w:hAnsi="Yu Gothic" w:eastAsia="Yu Gothic"/>
          <w:b w:val="0"/>
          <w:color w:val="222222"/>
          <w:sz w:val="18"/>
        </w:rPr>
        <w:t>・日本郵便のお手紙文例集のお悔やみの手紙は、頭語（拝啓など）や時候の挨拶を置かず、お悔やみの言葉から書き出しています。</w:t>
      </w:r>
    </w:p>
    <w:p>
      <w:pPr>
        <w:spacing w:after="20" w:before="0" w:lineRule="exact" w:line="288"/>
      </w:pPr>
      <w:r>
        <w:rPr>
          <w:rFonts w:ascii="Yu Gothic" w:hAnsi="Yu Gothic" w:eastAsia="Yu Gothic"/>
          <w:b w:val="0"/>
          <w:color w:val="222222"/>
          <w:sz w:val="18"/>
        </w:rPr>
        <w:t>・香典は参列する知人・友人に託すか、手紙を添えて現金書留で送るよう案内されています。現金書留には手紙を同封できます。</w:t>
      </w:r>
    </w:p>
    <w:p>
      <w:pPr>
        <w:spacing w:after="20" w:before="0" w:lineRule="exact" w:line="288"/>
      </w:pPr>
      <w:r>
        <w:rPr>
          <w:rFonts w:ascii="Yu Gothic" w:hAnsi="Yu Gothic" w:eastAsia="Yu Gothic"/>
          <w:b w:val="0"/>
          <w:color w:val="222222"/>
          <w:sz w:val="18"/>
        </w:rPr>
        <w:t>・弔電は通夜の前日か当日午前中に届くように、喪主あてに送ります。喪主がわからない場合は「故○○様ご遺族様」とします。キリスト教式の場合、故人の敬称は単に「○○様」とします。</w:t>
      </w:r>
    </w:p>
    <w:p>
      <w:pPr>
        <w:spacing w:after="60" w:before="120" w:lineRule="exact" w:line="256"/>
      </w:pPr>
      <w:r>
        <w:rPr>
          <w:rFonts w:ascii="Yu Gothic" w:hAnsi="Yu Gothic" w:eastAsia="Yu Gothic"/>
          <w:b w:val="0"/>
          <w:color w:val="6B6B6B"/>
          <w:sz w:val="16"/>
        </w:rPr>
        <w:t>出典：日本郵便 お手紙文例集（死亡・葬儀／慰め・励まし）・手紙の基本形式、日本郵便 Webレタックス「弔電・弔事のマナー（お悔やみ）Q&amp;A」ほか弔電の案内、日本郵便 よくあるご質問（現金書留）、郵便局のネットショップ・郵便局のプリントサービス（いずれも日本郵便株式会社運営）のコラム。URLは配布ページ www.fureaino-oka.com/sogi/okuyami に掲載しています。決まった形式があるわけではなく、ここに挙げたのは出典で説明されている目安です。</w:t>
      </w:r>
    </w:p>
    <w:p>
      <w:pPr>
        <w:spacing w:after="60" w:before="80" w:lineRule="exact" w:line="256"/>
      </w:pPr>
      <w:r>
        <w:rPr>
          <w:rFonts w:ascii="Yu Gothic" w:hAnsi="Yu Gothic" w:eastAsia="Yu Gothic"/>
          <w:b w:val="0"/>
          <w:color w:val="6B6B6B"/>
          <w:sz w:val="16"/>
        </w:rPr>
        <w:t>発行：生前整理支援センター ふれあいの丘（株式会社Kogera）。文例は当サイトのオリジナルです。個人利用の範囲で自由に印刷・複製・編集いただけます。</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口頭（通夜・葬儀の受付で）</w:t>
      </w:r>
    </w:p>
    <w:p>
      <w:pPr>
        <w:spacing w:after="160" w:before="0" w:lineRule="exact" w:line="288"/>
      </w:pPr>
      <w:r>
        <w:rPr>
          <w:rFonts w:ascii="Yu Gothic" w:hAnsi="Yu Gothic" w:eastAsia="Yu Gothic"/>
          <w:b w:val="0"/>
          <w:color w:val="6B6B6B"/>
          <w:sz w:val="18"/>
        </w:rPr>
        <w:t>通夜・葬儀の受付や、ご遺族と顔を合わせたときに口頭で伝える文例です。</w:t>
      </w:r>
    </w:p>
    <w:p>
      <w:pPr>
        <w:spacing w:after="60" w:before="120" w:lineRule="exact" w:line="336"/>
      </w:pPr>
      <w:r>
        <w:rPr>
          <w:rFonts w:ascii="Yu Gothic" w:hAnsi="Yu Gothic" w:eastAsia="Yu Gothic"/>
          <w:b/>
          <w:color w:val="2B4C3C"/>
          <w:sz w:val="22"/>
        </w:rPr>
        <w:t xml:space="preserve">V1　</w:t>
      </w:r>
      <w:r>
        <w:rPr>
          <w:rFonts w:ascii="Yu Gothic" w:hAnsi="Yu Gothic" w:eastAsia="Yu Gothic"/>
          <w:b/>
          <w:color w:val="2B4C3C"/>
          <w:sz w:val="22"/>
        </w:rPr>
        <w:t>受付で香典を渡すとき（基本）</w:t>
      </w:r>
    </w:p>
    <w:p>
      <w:pPr>
        <w:spacing w:after="20" w:before="0" w:lineRule="exact" w:line="336"/>
        <w:ind w:left="170"/>
      </w:pPr>
      <w:r>
        <w:rPr>
          <w:rFonts w:ascii="Yu Mincho" w:hAnsi="Yu Mincho" w:eastAsia="Yu Mincho"/>
          <w:b w:val="0"/>
          <w:color w:val="222222"/>
          <w:sz w:val="21"/>
        </w:rPr>
        <w:t>このたびはご愁傷様でございます。</w:t>
      </w:r>
    </w:p>
    <w:p>
      <w:pPr>
        <w:spacing w:after="20" w:before="0" w:lineRule="exact" w:line="336"/>
        <w:ind w:left="170"/>
      </w:pPr>
      <w:r>
        <w:rPr>
          <w:rFonts w:ascii="Yu Mincho" w:hAnsi="Yu Mincho" w:eastAsia="Yu Mincho"/>
          <w:b w:val="0"/>
          <w:color w:val="222222"/>
          <w:sz w:val="21"/>
        </w:rPr>
        <w:t>心ばかりのものですが、どうぞお供えください。</w:t>
      </w:r>
    </w:p>
    <w:p>
      <w:pPr>
        <w:spacing w:after="20" w:before="20" w:lineRule="exact" w:line="272"/>
        <w:ind w:left="170"/>
      </w:pPr>
      <w:r>
        <w:rPr>
          <w:rFonts w:ascii="Yu Gothic" w:hAnsi="Yu Gothic" w:eastAsia="Yu Gothic"/>
          <w:b w:val="0"/>
          <w:color w:val="6B6B6B"/>
          <w:sz w:val="17"/>
        </w:rPr>
        <w:t>※「ご愁傷様でございます」の代わりに「心よりお悔やみ申し上げます」と言っても構いません。</w:t>
      </w:r>
    </w:p>
    <w:p>
      <w:pPr>
        <w:spacing w:after="60" w:before="120" w:lineRule="exact" w:line="336"/>
      </w:pPr>
      <w:r>
        <w:rPr>
          <w:rFonts w:ascii="Yu Gothic" w:hAnsi="Yu Gothic" w:eastAsia="Yu Gothic"/>
          <w:b/>
          <w:color w:val="2B4C3C"/>
          <w:sz w:val="22"/>
        </w:rPr>
        <w:t xml:space="preserve">V2　</w:t>
      </w:r>
      <w:r>
        <w:rPr>
          <w:rFonts w:ascii="Yu Gothic" w:hAnsi="Yu Gothic" w:eastAsia="Yu Gothic"/>
          <w:b/>
          <w:color w:val="2B4C3C"/>
          <w:sz w:val="22"/>
        </w:rPr>
        <w:t>ご遺族に声をかけるとき（故人と親しかった場合）</w:t>
      </w:r>
    </w:p>
    <w:p>
      <w:pPr>
        <w:spacing w:after="20" w:before="0" w:lineRule="exact" w:line="336"/>
        <w:ind w:left="170"/>
      </w:pPr>
      <w:r>
        <w:rPr>
          <w:rFonts w:ascii="Yu Mincho" w:hAnsi="Yu Mincho" w:eastAsia="Yu Mincho"/>
          <w:b w:val="0"/>
          <w:color w:val="222222"/>
          <w:sz w:val="21"/>
        </w:rPr>
        <w:t>あまりに急なお知らせで、今も言葉が見つかりません。</w:t>
      </w:r>
    </w:p>
    <w:p>
      <w:pPr>
        <w:spacing w:after="20" w:before="0" w:lineRule="exact" w:line="336"/>
        <w:ind w:left="170"/>
      </w:pPr>
      <w:r>
        <w:rPr>
          <w:rFonts w:ascii="Yu Mincho" w:hAnsi="Yu Mincho" w:eastAsia="Yu Mincho"/>
          <w:b w:val="0"/>
          <w:color w:val="222222"/>
          <w:sz w:val="21"/>
        </w:rPr>
        <w:t>○○さんには、いつも温かく接していただきました。</w:t>
      </w:r>
    </w:p>
    <w:p>
      <w:pPr>
        <w:spacing w:after="20" w:before="0" w:lineRule="exact" w:line="336"/>
        <w:ind w:left="170"/>
      </w:pPr>
      <w:r>
        <w:rPr>
          <w:rFonts w:ascii="Yu Mincho" w:hAnsi="Yu Mincho" w:eastAsia="Yu Mincho"/>
          <w:b w:val="0"/>
          <w:color w:val="222222"/>
          <w:sz w:val="21"/>
        </w:rPr>
        <w:t>心からお悔やみ申し上げます。少しでも休める時間がありますように。</w:t>
      </w:r>
    </w:p>
    <w:p>
      <w:pPr>
        <w:spacing w:after="20" w:before="20" w:lineRule="exact" w:line="272"/>
        <w:ind w:left="170"/>
      </w:pPr>
      <w:r>
        <w:rPr>
          <w:rFonts w:ascii="Yu Gothic" w:hAnsi="Yu Gothic" w:eastAsia="Yu Gothic"/>
          <w:b w:val="0"/>
          <w:color w:val="6B6B6B"/>
          <w:sz w:val="17"/>
        </w:rPr>
        <w:t>※励ましの言葉ではなく、故人の思い出と体を気遣う言葉にしています。</w:t>
      </w:r>
    </w:p>
    <w:p>
      <w:pPr>
        <w:spacing w:after="60" w:before="120" w:lineRule="exact" w:line="336"/>
      </w:pPr>
      <w:r>
        <w:rPr>
          <w:rFonts w:ascii="Yu Gothic" w:hAnsi="Yu Gothic" w:eastAsia="Yu Gothic"/>
          <w:b/>
          <w:color w:val="2B4C3C"/>
          <w:sz w:val="22"/>
        </w:rPr>
        <w:t xml:space="preserve">V3　</w:t>
      </w:r>
      <w:r>
        <w:rPr>
          <w:rFonts w:ascii="Yu Gothic" w:hAnsi="Yu Gothic" w:eastAsia="Yu Gothic"/>
          <w:b/>
          <w:color w:val="2B4C3C"/>
          <w:sz w:val="22"/>
        </w:rPr>
        <w:t>故人と面識がないとき（同僚・取引先のご家族の葬儀で）</w:t>
      </w:r>
    </w:p>
    <w:p>
      <w:pPr>
        <w:spacing w:after="20" w:before="0" w:lineRule="exact" w:line="336"/>
        <w:ind w:left="170"/>
      </w:pPr>
      <w:r>
        <w:rPr>
          <w:rFonts w:ascii="Yu Mincho" w:hAnsi="Yu Mincho" w:eastAsia="Yu Mincho"/>
          <w:b w:val="0"/>
          <w:color w:val="222222"/>
          <w:sz w:val="21"/>
        </w:rPr>
        <w:t>○○さんと同じ職場の○○と申します。</w:t>
      </w:r>
    </w:p>
    <w:p>
      <w:pPr>
        <w:spacing w:after="20" w:before="0" w:lineRule="exact" w:line="336"/>
        <w:ind w:left="170"/>
      </w:pPr>
      <w:r>
        <w:rPr>
          <w:rFonts w:ascii="Yu Mincho" w:hAnsi="Yu Mincho" w:eastAsia="Yu Mincho"/>
          <w:b w:val="0"/>
          <w:color w:val="222222"/>
          <w:sz w:val="21"/>
        </w:rPr>
        <w:t>このたびは、心よりお悔やみ申し上げます。</w:t>
      </w:r>
    </w:p>
    <w:p>
      <w:pPr>
        <w:spacing w:after="20" w:before="0" w:lineRule="exact" w:line="336"/>
        <w:ind w:left="170"/>
      </w:pPr>
      <w:r>
        <w:rPr>
          <w:rFonts w:ascii="Yu Mincho" w:hAnsi="Yu Mincho" w:eastAsia="Yu Mincho"/>
          <w:b w:val="0"/>
          <w:color w:val="222222"/>
          <w:sz w:val="21"/>
        </w:rPr>
        <w:t>どうぞお力落としのございませんように。</w:t>
      </w:r>
    </w:p>
    <w:p>
      <w:pPr>
        <w:spacing w:after="20" w:before="20" w:lineRule="exact" w:line="272"/>
        <w:ind w:left="170"/>
      </w:pPr>
      <w:r>
        <w:rPr>
          <w:rFonts w:ascii="Yu Gothic" w:hAnsi="Yu Gothic" w:eastAsia="Yu Gothic"/>
          <w:b w:val="0"/>
          <w:color w:val="6B6B6B"/>
          <w:sz w:val="17"/>
        </w:rPr>
        <w:t>※取引先の場合は「○○株式会社の○○と申します」と所属を名乗ると、ご遺族に関係が伝わります（弔電で所属を書くよう案内されているのと同じ考え方の、当サイトの提案）。</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メール</w:t>
      </w:r>
    </w:p>
    <w:p>
      <w:pPr>
        <w:spacing w:after="160" w:before="0" w:lineRule="exact" w:line="288"/>
      </w:pPr>
      <w:r>
        <w:rPr>
          <w:rFonts w:ascii="Yu Gothic" w:hAnsi="Yu Gothic" w:eastAsia="Yu Gothic"/>
          <w:b w:val="0"/>
          <w:color w:val="6B6B6B"/>
          <w:sz w:val="18"/>
        </w:rPr>
        <w:t>上司・同僚・友人のご家族が亡くなったと知ったときのメールの文例です。1行目は件名です。</w:t>
      </w:r>
    </w:p>
    <w:p>
      <w:pPr>
        <w:spacing w:after="60" w:before="120" w:lineRule="exact" w:line="336"/>
      </w:pPr>
      <w:r>
        <w:rPr>
          <w:rFonts w:ascii="Yu Gothic" w:hAnsi="Yu Gothic" w:eastAsia="Yu Gothic"/>
          <w:b/>
          <w:color w:val="2B4C3C"/>
          <w:sz w:val="22"/>
        </w:rPr>
        <w:t xml:space="preserve">E1　</w:t>
      </w:r>
      <w:r>
        <w:rPr>
          <w:rFonts w:ascii="Yu Gothic" w:hAnsi="Yu Gothic" w:eastAsia="Yu Gothic"/>
          <w:b/>
          <w:color w:val="2B4C3C"/>
          <w:sz w:val="22"/>
        </w:rPr>
        <w:t>上司のご家族が亡くなったとき</w:t>
      </w:r>
    </w:p>
    <w:p>
      <w:pPr>
        <w:spacing w:after="20" w:before="0" w:lineRule="exact" w:line="336"/>
        <w:ind w:left="170"/>
      </w:pPr>
      <w:r>
        <w:rPr>
          <w:rFonts w:ascii="Yu Mincho" w:hAnsi="Yu Mincho" w:eastAsia="Yu Mincho"/>
          <w:b w:val="0"/>
          <w:color w:val="6B6B6B"/>
          <w:sz w:val="21"/>
        </w:rPr>
        <w:t>件名：お悔やみ申し上げます（○○部 ○○）</w:t>
      </w:r>
    </w:p>
    <w:p>
      <w:pPr>
        <w:spacing w:after="20" w:before="0" w:lineRule="exact" w:line="336"/>
        <w:ind w:left="170"/>
      </w:pPr>
      <w:r>
        <w:rPr>
          <w:rFonts w:ascii="Yu Mincho" w:hAnsi="Yu Mincho" w:eastAsia="Yu Mincho"/>
          <w:b w:val="0"/>
          <w:color w:val="222222"/>
          <w:sz w:val="21"/>
        </w:rPr>
        <w:t>○○部長</w:t>
      </w:r>
    </w:p>
    <w:p>
      <w:pPr>
        <w:spacing w:after="20" w:before="0" w:lineRule="exact" w:line="336"/>
        <w:ind w:left="170"/>
      </w:pPr>
      <w:r>
        <w:rPr>
          <w:rFonts w:ascii="Yu Mincho" w:hAnsi="Yu Mincho" w:eastAsia="Yu Mincho"/>
          <w:b w:val="0"/>
          <w:color w:val="222222"/>
          <w:sz w:val="21"/>
        </w:rPr>
        <w:t>ご尊父様のご逝去を伺い、大変驚いております。</w:t>
      </w:r>
    </w:p>
    <w:p>
      <w:pPr>
        <w:spacing w:after="20" w:before="0" w:lineRule="exact" w:line="336"/>
        <w:ind w:left="170"/>
      </w:pPr>
      <w:r>
        <w:rPr>
          <w:rFonts w:ascii="Yu Mincho" w:hAnsi="Yu Mincho" w:eastAsia="Yu Mincho"/>
          <w:b w:val="0"/>
          <w:color w:val="222222"/>
          <w:sz w:val="21"/>
        </w:rPr>
        <w:t>心よりお悔やみ申し上げます。</w:t>
      </w:r>
    </w:p>
    <w:p>
      <w:pPr>
        <w:spacing w:after="20" w:before="0" w:lineRule="exact" w:line="336"/>
        <w:ind w:left="170"/>
      </w:pPr>
      <w:r>
        <w:rPr>
          <w:rFonts w:ascii="Yu Mincho" w:hAnsi="Yu Mincho" w:eastAsia="Yu Mincho"/>
          <w:b w:val="0"/>
          <w:color w:val="222222"/>
          <w:sz w:val="21"/>
        </w:rPr>
        <w:t>急ぎの案件は○○さんと手分けして進めておりますので、職場のことはどうかご心配なさらないでください。</w:t>
      </w:r>
    </w:p>
    <w:p>
      <w:pPr>
        <w:spacing w:after="20" w:before="0" w:lineRule="exact" w:line="336"/>
        <w:ind w:left="170"/>
      </w:pPr>
      <w:r>
        <w:rPr>
          <w:rFonts w:ascii="Yu Mincho" w:hAnsi="Yu Mincho" w:eastAsia="Yu Mincho"/>
          <w:b w:val="0"/>
          <w:color w:val="222222"/>
          <w:sz w:val="21"/>
        </w:rPr>
        <w:t>ご家族とのお時間を大切になさってください。</w:t>
      </w:r>
    </w:p>
    <w:p>
      <w:pPr>
        <w:spacing w:after="20" w:before="0" w:lineRule="exact" w:line="336"/>
        <w:ind w:left="170"/>
      </w:pPr>
      <w:r>
        <w:rPr>
          <w:rFonts w:ascii="Yu Mincho" w:hAnsi="Yu Mincho" w:eastAsia="Yu Mincho"/>
          <w:b w:val="0"/>
          <w:color w:val="222222"/>
          <w:sz w:val="21"/>
        </w:rPr>
        <w:t>なお、このメールへのお返事はお気遣いなく。</w:t>
      </w:r>
    </w:p>
    <w:p>
      <w:pPr>
        <w:spacing w:after="20" w:before="0" w:lineRule="exact" w:line="336"/>
        <w:ind w:left="170"/>
      </w:pPr>
      <w:r>
        <w:rPr>
          <w:rFonts w:ascii="Yu Mincho" w:hAnsi="Yu Mincho" w:eastAsia="Yu Mincho"/>
          <w:b w:val="0"/>
          <w:color w:val="222222"/>
          <w:sz w:val="21"/>
        </w:rPr>
        <w:t>○○部　○○</w:t>
      </w:r>
    </w:p>
    <w:p>
      <w:pPr>
        <w:spacing w:after="20" w:before="20" w:lineRule="exact" w:line="272"/>
        <w:ind w:left="170"/>
      </w:pPr>
      <w:r>
        <w:rPr>
          <w:rFonts w:ascii="Yu Gothic" w:hAnsi="Yu Gothic" w:eastAsia="Yu Gothic"/>
          <w:b w:val="0"/>
          <w:color w:val="6B6B6B"/>
          <w:sz w:val="17"/>
        </w:rPr>
        <w:t>※亡くなった方が上司の母なら「ご母堂様」、配偶者なら「ご主人様」「ご令室様」などに替えます（敬称は日本郵便の弔電のQ&amp;Aより）。</w:t>
      </w:r>
    </w:p>
    <w:p>
      <w:pPr>
        <w:spacing w:after="20" w:before="20" w:lineRule="exact" w:line="272"/>
        <w:ind w:left="170"/>
      </w:pPr>
      <w:r>
        <w:rPr>
          <w:rFonts w:ascii="Yu Gothic" w:hAnsi="Yu Gothic" w:eastAsia="Yu Gothic"/>
          <w:b w:val="0"/>
          <w:color w:val="6B6B6B"/>
          <w:sz w:val="17"/>
        </w:rPr>
        <w:t>※業務の連絡が必要なときは、お悔やみとは別のメールにすると用件が混ざりません（当サイトの提案）。</w:t>
      </w:r>
    </w:p>
    <w:p>
      <w:pPr>
        <w:spacing w:after="60" w:before="120" w:lineRule="exact" w:line="336"/>
      </w:pPr>
      <w:r>
        <w:rPr>
          <w:rFonts w:ascii="Yu Gothic" w:hAnsi="Yu Gothic" w:eastAsia="Yu Gothic"/>
          <w:b/>
          <w:color w:val="2B4C3C"/>
          <w:sz w:val="22"/>
        </w:rPr>
        <w:t xml:space="preserve">E2　</w:t>
      </w:r>
      <w:r>
        <w:rPr>
          <w:rFonts w:ascii="Yu Gothic" w:hAnsi="Yu Gothic" w:eastAsia="Yu Gothic"/>
          <w:b/>
          <w:color w:val="2B4C3C"/>
          <w:sz w:val="22"/>
        </w:rPr>
        <w:t>同僚のご家族が亡くなったとき</w:t>
      </w:r>
    </w:p>
    <w:p>
      <w:pPr>
        <w:spacing w:after="20" w:before="0" w:lineRule="exact" w:line="336"/>
        <w:ind w:left="170"/>
      </w:pPr>
      <w:r>
        <w:rPr>
          <w:rFonts w:ascii="Yu Mincho" w:hAnsi="Yu Mincho" w:eastAsia="Yu Mincho"/>
          <w:b w:val="0"/>
          <w:color w:val="6B6B6B"/>
          <w:sz w:val="21"/>
        </w:rPr>
        <w:t>件名：○○です（お悔やみ）</w:t>
      </w:r>
    </w:p>
    <w:p>
      <w:pPr>
        <w:spacing w:after="20" w:before="0" w:lineRule="exact" w:line="336"/>
        <w:ind w:left="170"/>
      </w:pPr>
      <w:r>
        <w:rPr>
          <w:rFonts w:ascii="Yu Mincho" w:hAnsi="Yu Mincho" w:eastAsia="Yu Mincho"/>
          <w:b w:val="0"/>
          <w:color w:val="222222"/>
          <w:sz w:val="21"/>
        </w:rPr>
        <w:t>○○さん</w:t>
      </w:r>
    </w:p>
    <w:p>
      <w:pPr>
        <w:spacing w:after="20" w:before="0" w:lineRule="exact" w:line="336"/>
        <w:ind w:left="170"/>
      </w:pPr>
      <w:r>
        <w:rPr>
          <w:rFonts w:ascii="Yu Mincho" w:hAnsi="Yu Mincho" w:eastAsia="Yu Mincho"/>
          <w:b w:val="0"/>
          <w:color w:val="222222"/>
          <w:sz w:val="21"/>
        </w:rPr>
        <w:t>お母様のこと、○○課長から伺いました。急な知らせに、まだ驚いています。</w:t>
      </w:r>
    </w:p>
    <w:p>
      <w:pPr>
        <w:spacing w:after="20" w:before="0" w:lineRule="exact" w:line="336"/>
        <w:ind w:left="170"/>
      </w:pPr>
      <w:r>
        <w:rPr>
          <w:rFonts w:ascii="Yu Mincho" w:hAnsi="Yu Mincho" w:eastAsia="Yu Mincho"/>
          <w:b w:val="0"/>
          <w:color w:val="222222"/>
          <w:sz w:val="21"/>
        </w:rPr>
        <w:t>心からお悔やみ申し上げます。</w:t>
      </w:r>
    </w:p>
    <w:p>
      <w:pPr>
        <w:spacing w:after="20" w:before="0" w:lineRule="exact" w:line="336"/>
        <w:ind w:left="170"/>
      </w:pPr>
      <w:r>
        <w:rPr>
          <w:rFonts w:ascii="Yu Mincho" w:hAnsi="Yu Mincho" w:eastAsia="Yu Mincho"/>
          <w:b w:val="0"/>
          <w:color w:val="222222"/>
          <w:sz w:val="21"/>
        </w:rPr>
        <w:t>担当している仕事は私たちで引き継いでいます。今はご家族との時間を優先してください。</w:t>
      </w:r>
    </w:p>
    <w:p>
      <w:pPr>
        <w:spacing w:after="20" w:before="0" w:lineRule="exact" w:line="336"/>
        <w:ind w:left="170"/>
      </w:pPr>
      <w:r>
        <w:rPr>
          <w:rFonts w:ascii="Yu Mincho" w:hAnsi="Yu Mincho" w:eastAsia="Yu Mincho"/>
          <w:b w:val="0"/>
          <w:color w:val="222222"/>
          <w:sz w:val="21"/>
        </w:rPr>
        <w:t>落ち着いてから、手伝えることがあれば声をかけてください。</w:t>
      </w:r>
    </w:p>
    <w:p>
      <w:pPr>
        <w:spacing w:after="20" w:before="0" w:lineRule="exact" w:line="336"/>
        <w:ind w:left="170"/>
      </w:pPr>
      <w:r>
        <w:rPr>
          <w:rFonts w:ascii="Yu Mincho" w:hAnsi="Yu Mincho" w:eastAsia="Yu Mincho"/>
          <w:b w:val="0"/>
          <w:color w:val="222222"/>
          <w:sz w:val="21"/>
        </w:rPr>
        <w:t>返信は不要です。</w:t>
      </w:r>
    </w:p>
    <w:p>
      <w:pPr>
        <w:spacing w:after="20" w:before="0" w:lineRule="exact" w:line="336"/>
        <w:ind w:left="170"/>
      </w:pPr>
      <w:r>
        <w:rPr>
          <w:rFonts w:ascii="Yu Mincho" w:hAnsi="Yu Mincho" w:eastAsia="Yu Mincho"/>
          <w:b w:val="0"/>
          <w:color w:val="222222"/>
          <w:sz w:val="21"/>
        </w:rPr>
        <w:t>○○</w:t>
      </w:r>
    </w:p>
    <w:p>
      <w:pPr>
        <w:spacing w:after="20" w:before="20" w:lineRule="exact" w:line="272"/>
        <w:ind w:left="170"/>
      </w:pPr>
      <w:r>
        <w:rPr>
          <w:rFonts w:ascii="Yu Gothic" w:hAnsi="Yu Gothic" w:eastAsia="Yu Gothic"/>
          <w:b w:val="0"/>
          <w:color w:val="6B6B6B"/>
          <w:sz w:val="17"/>
        </w:rPr>
        <w:t>※同僚あての文例では、親しみのある「お母様」を使っています。改まった文面にするなら「ご母堂様」に替えます。</w:t>
      </w:r>
    </w:p>
    <w:p>
      <w:pPr>
        <w:spacing w:after="60" w:before="120" w:lineRule="exact" w:line="336"/>
      </w:pPr>
      <w:r>
        <w:rPr>
          <w:rFonts w:ascii="Yu Gothic" w:hAnsi="Yu Gothic" w:eastAsia="Yu Gothic"/>
          <w:b/>
          <w:color w:val="2B4C3C"/>
          <w:sz w:val="22"/>
        </w:rPr>
        <w:t xml:space="preserve">E3　</w:t>
      </w:r>
      <w:r>
        <w:rPr>
          <w:rFonts w:ascii="Yu Gothic" w:hAnsi="Yu Gothic" w:eastAsia="Yu Gothic"/>
          <w:b/>
          <w:color w:val="2B4C3C"/>
          <w:sz w:val="22"/>
        </w:rPr>
        <w:t>友人のご家族（親）が亡くなったとき</w:t>
      </w:r>
    </w:p>
    <w:p>
      <w:pPr>
        <w:spacing w:after="20" w:before="0" w:lineRule="exact" w:line="336"/>
        <w:ind w:left="170"/>
      </w:pPr>
      <w:r>
        <w:rPr>
          <w:rFonts w:ascii="Yu Mincho" w:hAnsi="Yu Mincho" w:eastAsia="Yu Mincho"/>
          <w:b w:val="0"/>
          <w:color w:val="6B6B6B"/>
          <w:sz w:val="21"/>
        </w:rPr>
        <w:t>件名：○○です</w:t>
      </w:r>
    </w:p>
    <w:p>
      <w:pPr>
        <w:spacing w:after="20" w:before="0" w:lineRule="exact" w:line="336"/>
        <w:ind w:left="170"/>
      </w:pPr>
      <w:r>
        <w:rPr>
          <w:rFonts w:ascii="Yu Mincho" w:hAnsi="Yu Mincho" w:eastAsia="Yu Mincho"/>
          <w:b w:val="0"/>
          <w:color w:val="222222"/>
          <w:sz w:val="21"/>
        </w:rPr>
        <w:t>○○さん</w:t>
      </w:r>
    </w:p>
    <w:p>
      <w:pPr>
        <w:spacing w:after="20" w:before="0" w:lineRule="exact" w:line="336"/>
        <w:ind w:left="170"/>
      </w:pPr>
      <w:r>
        <w:rPr>
          <w:rFonts w:ascii="Yu Mincho" w:hAnsi="Yu Mincho" w:eastAsia="Yu Mincho"/>
          <w:b w:val="0"/>
          <w:color w:val="222222"/>
          <w:sz w:val="21"/>
        </w:rPr>
        <w:t>お父様がお亡くなりになったと聞きました。</w:t>
      </w:r>
    </w:p>
    <w:p>
      <w:pPr>
        <w:spacing w:after="20" w:before="0" w:lineRule="exact" w:line="336"/>
        <w:ind w:left="170"/>
      </w:pPr>
      <w:r>
        <w:rPr>
          <w:rFonts w:ascii="Yu Mincho" w:hAnsi="Yu Mincho" w:eastAsia="Yu Mincho"/>
          <w:b w:val="0"/>
          <w:color w:val="8A8478"/>
          <w:sz w:val="18"/>
        </w:rPr>
        <w:t>（思い出がある場合）</w:t>
      </w:r>
      <w:r>
        <w:rPr>
          <w:rFonts w:ascii="Yu Mincho" w:hAnsi="Yu Mincho" w:eastAsia="Yu Mincho"/>
          <w:b w:val="0"/>
          <w:color w:val="222222"/>
          <w:sz w:val="21"/>
        </w:rPr>
        <w:t>以前お宅に伺ったとき、優しく迎えてくださったことを覚えています。</w:t>
      </w:r>
    </w:p>
    <w:p>
      <w:pPr>
        <w:spacing w:after="20" w:before="0" w:lineRule="exact" w:line="336"/>
        <w:ind w:left="170"/>
      </w:pPr>
      <w:r>
        <w:rPr>
          <w:rFonts w:ascii="Yu Mincho" w:hAnsi="Yu Mincho" w:eastAsia="Yu Mincho"/>
          <w:b w:val="0"/>
          <w:color w:val="222222"/>
          <w:sz w:val="21"/>
        </w:rPr>
        <w:t>心からお悔やみ申し上げます。</w:t>
      </w:r>
    </w:p>
    <w:p>
      <w:pPr>
        <w:spacing w:after="20" w:before="0" w:lineRule="exact" w:line="336"/>
        <w:ind w:left="170"/>
      </w:pPr>
      <w:r>
        <w:rPr>
          <w:rFonts w:ascii="Yu Mincho" w:hAnsi="Yu Mincho" w:eastAsia="Yu Mincho"/>
          <w:b w:val="0"/>
          <w:color w:val="222222"/>
          <w:sz w:val="21"/>
        </w:rPr>
        <w:t>慌ただしい時期だと思うので、返信は気にしないでね。</w:t>
      </w:r>
    </w:p>
    <w:p>
      <w:pPr>
        <w:spacing w:after="20" w:before="0" w:lineRule="exact" w:line="336"/>
        <w:ind w:left="170"/>
      </w:pPr>
      <w:r>
        <w:rPr>
          <w:rFonts w:ascii="Yu Mincho" w:hAnsi="Yu Mincho" w:eastAsia="Yu Mincho"/>
          <w:b w:val="0"/>
          <w:color w:val="222222"/>
          <w:sz w:val="21"/>
        </w:rPr>
        <w:t>買い物や子どもの送り迎えなど、私にできることがあれば声をかけてね。</w:t>
      </w:r>
    </w:p>
    <w:p>
      <w:pPr>
        <w:spacing w:after="20" w:before="0" w:lineRule="exact" w:line="336"/>
        <w:ind w:left="170"/>
      </w:pPr>
      <w:r>
        <w:rPr>
          <w:rFonts w:ascii="Yu Mincho" w:hAnsi="Yu Mincho" w:eastAsia="Yu Mincho"/>
          <w:b w:val="0"/>
          <w:color w:val="222222"/>
          <w:sz w:val="21"/>
        </w:rPr>
        <w:t>○○</w:t>
      </w:r>
    </w:p>
    <w:p>
      <w:pPr>
        <w:spacing w:after="20" w:before="20" w:lineRule="exact" w:line="272"/>
        <w:ind w:left="170"/>
      </w:pPr>
      <w:r>
        <w:rPr>
          <w:rFonts w:ascii="Yu Gothic" w:hAnsi="Yu Gothic" w:eastAsia="Yu Gothic"/>
          <w:b w:val="0"/>
          <w:color w:val="6B6B6B"/>
          <w:sz w:val="17"/>
        </w:rPr>
        <w:t>※薄い字の「（思い出がある場合）」は説明書きです。思い出がなければ行ごと削除してください。</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LINE・SNS</w:t>
      </w:r>
    </w:p>
    <w:p>
      <w:pPr>
        <w:spacing w:after="160" w:before="0" w:lineRule="exact" w:line="288"/>
      </w:pPr>
      <w:r>
        <w:rPr>
          <w:rFonts w:ascii="Yu Gothic" w:hAnsi="Yu Gothic" w:eastAsia="Yu Gothic"/>
          <w:b w:val="0"/>
          <w:color w:val="6B6B6B"/>
          <w:sz w:val="18"/>
        </w:rPr>
        <w:t>親しい友人とのやり取りを想定した、話し言葉に近い文例です。</w:t>
      </w:r>
    </w:p>
    <w:p>
      <w:pPr>
        <w:spacing w:after="60" w:before="120" w:lineRule="exact" w:line="336"/>
      </w:pPr>
      <w:r>
        <w:rPr>
          <w:rFonts w:ascii="Yu Gothic" w:hAnsi="Yu Gothic" w:eastAsia="Yu Gothic"/>
          <w:b/>
          <w:color w:val="2B4C3C"/>
          <w:sz w:val="22"/>
        </w:rPr>
        <w:t xml:space="preserve">L1　</w:t>
      </w:r>
      <w:r>
        <w:rPr>
          <w:rFonts w:ascii="Yu Gothic" w:hAnsi="Yu Gothic" w:eastAsia="Yu Gothic"/>
          <w:b/>
          <w:color w:val="2B4C3C"/>
          <w:sz w:val="22"/>
        </w:rPr>
        <w:t>親しい友人からLINEで訃報を受けたとき</w:t>
      </w:r>
    </w:p>
    <w:p>
      <w:pPr>
        <w:spacing w:after="20" w:before="0" w:lineRule="exact" w:line="336"/>
        <w:ind w:left="170"/>
      </w:pPr>
      <w:r>
        <w:rPr>
          <w:rFonts w:ascii="Yu Mincho" w:hAnsi="Yu Mincho" w:eastAsia="Yu Mincho"/>
          <w:b w:val="0"/>
          <w:color w:val="222222"/>
          <w:sz w:val="21"/>
        </w:rPr>
        <w:t>連絡をくれてありがとう。</w:t>
      </w:r>
    </w:p>
    <w:p>
      <w:pPr>
        <w:spacing w:after="20" w:before="0" w:lineRule="exact" w:line="336"/>
        <w:ind w:left="170"/>
      </w:pPr>
      <w:r>
        <w:rPr>
          <w:rFonts w:ascii="Yu Mincho" w:hAnsi="Yu Mincho" w:eastAsia="Yu Mincho"/>
          <w:b w:val="0"/>
          <w:color w:val="222222"/>
          <w:sz w:val="21"/>
        </w:rPr>
        <w:t>お母さんのこと、言葉が見つからないよ。心からお悔やみ申し上げます。</w:t>
      </w:r>
    </w:p>
    <w:p>
      <w:pPr>
        <w:spacing w:after="20" w:before="0" w:lineRule="exact" w:line="336"/>
        <w:ind w:left="170"/>
      </w:pPr>
      <w:r>
        <w:rPr>
          <w:rFonts w:ascii="Yu Mincho" w:hAnsi="Yu Mincho" w:eastAsia="Yu Mincho"/>
          <w:b w:val="0"/>
          <w:color w:val="222222"/>
          <w:sz w:val="21"/>
        </w:rPr>
        <w:t>今は無理に返事をしなくて大丈夫。体を休めてね。</w:t>
      </w:r>
    </w:p>
    <w:p>
      <w:pPr>
        <w:spacing w:after="20" w:before="20" w:lineRule="exact" w:line="272"/>
        <w:ind w:left="170"/>
      </w:pPr>
      <w:r>
        <w:rPr>
          <w:rFonts w:ascii="Yu Gothic" w:hAnsi="Yu Gothic" w:eastAsia="Yu Gothic"/>
          <w:b w:val="0"/>
          <w:color w:val="6B6B6B"/>
          <w:sz w:val="17"/>
        </w:rPr>
        <w:t>※当サイトの文例では、絵文字やスタンプは使っていません。</w:t>
      </w:r>
    </w:p>
    <w:p>
      <w:pPr>
        <w:spacing w:after="60" w:before="120" w:lineRule="exact" w:line="336"/>
      </w:pPr>
      <w:r>
        <w:rPr>
          <w:rFonts w:ascii="Yu Gothic" w:hAnsi="Yu Gothic" w:eastAsia="Yu Gothic"/>
          <w:b/>
          <w:color w:val="2B4C3C"/>
          <w:sz w:val="22"/>
        </w:rPr>
        <w:t xml:space="preserve">L2　</w:t>
      </w:r>
      <w:r>
        <w:rPr>
          <w:rFonts w:ascii="Yu Gothic" w:hAnsi="Yu Gothic" w:eastAsia="Yu Gothic"/>
          <w:b/>
          <w:color w:val="2B4C3C"/>
          <w:sz w:val="22"/>
        </w:rPr>
        <w:t>訃報をあとから知ったとき（友人へ個別のメッセージで）</w:t>
      </w:r>
    </w:p>
    <w:p>
      <w:pPr>
        <w:spacing w:after="20" w:before="0" w:lineRule="exact" w:line="336"/>
        <w:ind w:left="170"/>
      </w:pPr>
      <w:r>
        <w:rPr>
          <w:rFonts w:ascii="Yu Mincho" w:hAnsi="Yu Mincho" w:eastAsia="Yu Mincho"/>
          <w:b w:val="0"/>
          <w:color w:val="222222"/>
          <w:sz w:val="21"/>
        </w:rPr>
        <w:t>○○さん、お父様のことを今日知りました。</w:t>
      </w:r>
    </w:p>
    <w:p>
      <w:pPr>
        <w:spacing w:after="20" w:before="0" w:lineRule="exact" w:line="336"/>
        <w:ind w:left="170"/>
      </w:pPr>
      <w:r>
        <w:rPr>
          <w:rFonts w:ascii="Yu Mincho" w:hAnsi="Yu Mincho" w:eastAsia="Yu Mincho"/>
          <w:b w:val="0"/>
          <w:color w:val="222222"/>
          <w:sz w:val="21"/>
        </w:rPr>
        <w:t>すぐに連絡できず、ごめんなさい。</w:t>
      </w:r>
    </w:p>
    <w:p>
      <w:pPr>
        <w:spacing w:after="20" w:before="0" w:lineRule="exact" w:line="336"/>
        <w:ind w:left="170"/>
      </w:pPr>
      <w:r>
        <w:rPr>
          <w:rFonts w:ascii="Yu Mincho" w:hAnsi="Yu Mincho" w:eastAsia="Yu Mincho"/>
          <w:b w:val="0"/>
          <w:color w:val="222222"/>
          <w:sz w:val="21"/>
        </w:rPr>
        <w:t>心からお悔やみ申し上げます。</w:t>
      </w:r>
    </w:p>
    <w:p>
      <w:pPr>
        <w:spacing w:after="20" w:before="0" w:lineRule="exact" w:line="336"/>
        <w:ind w:left="170"/>
      </w:pPr>
      <w:r>
        <w:rPr>
          <w:rFonts w:ascii="Yu Mincho" w:hAnsi="Yu Mincho" w:eastAsia="Yu Mincho"/>
          <w:b w:val="0"/>
          <w:color w:val="222222"/>
          <w:sz w:val="21"/>
        </w:rPr>
        <w:t>落ち着いたころに、もしよければ、お父様の話を聞かせてください。</w:t>
      </w:r>
    </w:p>
    <w:p>
      <w:pPr>
        <w:spacing w:after="20" w:before="20" w:lineRule="exact" w:line="272"/>
        <w:ind w:left="170"/>
      </w:pPr>
      <w:r>
        <w:rPr>
          <w:rFonts w:ascii="Yu Gothic" w:hAnsi="Yu Gothic" w:eastAsia="Yu Gothic"/>
          <w:b w:val="0"/>
          <w:color w:val="6B6B6B"/>
          <w:sz w:val="17"/>
        </w:rPr>
        <w:t>※故人の思い出を共有するような言葉選びは、郵便局のネットショップのコラム（喪中見舞いの言葉選び）でも勧められています。</w:t>
      </w:r>
    </w:p>
    <w:p>
      <w:pPr>
        <w:spacing w:after="20" w:before="20" w:lineRule="exact" w:line="272"/>
        <w:ind w:left="170"/>
      </w:pPr>
      <w:r>
        <w:rPr>
          <w:rFonts w:ascii="Yu Gothic" w:hAnsi="Yu Gothic" w:eastAsia="Yu Gothic"/>
          <w:b w:val="0"/>
          <w:color w:val="6B6B6B"/>
          <w:sz w:val="17"/>
        </w:rPr>
        <w:t>※SNSの公開の投稿やコメント欄ではなく、個別のメッセージで送る形にしています（当サイトの提案）。</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手紙（お悔やみ状）</w:t>
      </w:r>
    </w:p>
    <w:p>
      <w:pPr>
        <w:spacing w:after="160" w:before="0" w:lineRule="exact" w:line="288"/>
      </w:pPr>
      <w:r>
        <w:rPr>
          <w:rFonts w:ascii="Yu Gothic" w:hAnsi="Yu Gothic" w:eastAsia="Yu Gothic"/>
          <w:b w:val="0"/>
          <w:color w:val="6B6B6B"/>
          <w:sz w:val="18"/>
        </w:rPr>
        <w:t>頭語（拝啓など）や時候の挨拶を置かず、お悔やみの言葉から書き出す形です。</w:t>
      </w:r>
    </w:p>
    <w:p>
      <w:pPr>
        <w:spacing w:after="60" w:before="120" w:lineRule="exact" w:line="336"/>
      </w:pPr>
      <w:r>
        <w:rPr>
          <w:rFonts w:ascii="Yu Gothic" w:hAnsi="Yu Gothic" w:eastAsia="Yu Gothic"/>
          <w:b/>
          <w:color w:val="2B4C3C"/>
          <w:sz w:val="22"/>
        </w:rPr>
        <w:t xml:space="preserve">T1　</w:t>
      </w:r>
      <w:r>
        <w:rPr>
          <w:rFonts w:ascii="Yu Gothic" w:hAnsi="Yu Gothic" w:eastAsia="Yu Gothic"/>
          <w:b/>
          <w:color w:val="2B4C3C"/>
          <w:sz w:val="22"/>
        </w:rPr>
        <w:t>葬儀に参列できなかったとき（友人の親が亡くなった場合）</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ご尊父様がお亡くなりになったとの知らせを受け、ただ驚いております。</w:t>
      </w:r>
    </w:p>
    <w:p>
      <w:pPr>
        <w:spacing w:after="20" w:before="0" w:lineRule="exact" w:line="336"/>
        <w:ind w:left="170"/>
      </w:pPr>
      <w:r>
        <w:rPr>
          <w:rFonts w:ascii="Yu Mincho" w:hAnsi="Yu Mincho" w:eastAsia="Yu Mincho"/>
          <w:b w:val="0"/>
          <w:color w:val="222222"/>
          <w:sz w:val="21"/>
        </w:rPr>
        <w:t>学生のころ、お宅に伺うたびに温かく迎えてくださったお姿が、今も目に浮かびます。</w:t>
      </w:r>
    </w:p>
    <w:p>
      <w:pPr>
        <w:spacing w:after="20" w:before="0" w:lineRule="exact" w:line="336"/>
        <w:ind w:left="170"/>
      </w:pPr>
      <w:r>
        <w:rPr>
          <w:rFonts w:ascii="Yu Mincho" w:hAnsi="Yu Mincho" w:eastAsia="Yu Mincho"/>
          <w:b w:val="0"/>
          <w:color w:val="222222"/>
          <w:sz w:val="21"/>
        </w:rPr>
        <w:t>ご家族の皆様がどれほどお辛い思いをされているかと思うと、胸が痛みます。</w:t>
      </w:r>
    </w:p>
    <w:p>
      <w:pPr>
        <w:spacing w:after="20" w:before="0" w:lineRule="exact" w:line="336"/>
        <w:ind w:left="170"/>
      </w:pPr>
      <w:r>
        <w:rPr>
          <w:rFonts w:ascii="Yu Mincho" w:hAnsi="Yu Mincho" w:eastAsia="Yu Mincho"/>
          <w:b w:val="0"/>
          <w:color w:val="222222"/>
          <w:sz w:val="21"/>
        </w:rPr>
        <w:t>本来ならすぐにでも伺うべきところ、遠方のため葬儀にも伺えず、失礼をお詫び申し上げます。</w:t>
      </w:r>
    </w:p>
    <w:p>
      <w:pPr>
        <w:spacing w:after="20" w:before="0" w:lineRule="exact" w:line="336"/>
        <w:ind w:left="170"/>
      </w:pPr>
      <w:r>
        <w:rPr>
          <w:rFonts w:ascii="Yu Mincho" w:hAnsi="Yu Mincho" w:eastAsia="Yu Mincho"/>
          <w:b w:val="0"/>
          <w:color w:val="222222"/>
          <w:sz w:val="21"/>
        </w:rPr>
        <w:t>ご自身のお体も、どうぞいたわってください。</w:t>
      </w:r>
    </w:p>
    <w:p>
      <w:pPr>
        <w:spacing w:after="20" w:before="0" w:lineRule="exact" w:line="336"/>
        <w:ind w:left="170"/>
      </w:pPr>
      <w:r>
        <w:rPr>
          <w:rFonts w:ascii="Yu Mincho" w:hAnsi="Yu Mincho" w:eastAsia="Yu Mincho"/>
          <w:b w:val="0"/>
          <w:color w:val="222222"/>
          <w:sz w:val="21"/>
        </w:rPr>
        <w:t>まずは手紙にて、心よりお悔やみ申し上げます。</w:t>
      </w:r>
    </w:p>
    <w:p>
      <w:pPr>
        <w:spacing w:after="20" w:before="0" w:lineRule="exact" w:line="336"/>
        <w:ind w:left="170"/>
      </w:pPr>
      <w:r>
        <w:rPr>
          <w:rFonts w:ascii="Yu Mincho" w:hAnsi="Yu Mincho" w:eastAsia="Yu Mincho"/>
          <w:b w:val="0"/>
          <w:color w:val="222222"/>
          <w:sz w:val="21"/>
        </w:rPr>
        <w:t>令和○年○月○日</w:t>
      </w:r>
    </w:p>
    <w:p>
      <w:pPr>
        <w:spacing w:after="20" w:before="0" w:lineRule="exact" w:line="336"/>
        <w:ind w:left="170"/>
      </w:pPr>
      <w:r>
        <w:rPr>
          <w:rFonts w:ascii="Yu Mincho" w:hAnsi="Yu Mincho" w:eastAsia="Yu Mincho"/>
          <w:b w:val="0"/>
          <w:color w:val="222222"/>
          <w:sz w:val="21"/>
        </w:rPr>
        <w:t>○○○○</w:t>
      </w:r>
    </w:p>
    <w:p>
      <w:pPr>
        <w:spacing w:after="20" w:before="20" w:lineRule="exact" w:line="272"/>
        <w:ind w:left="170"/>
      </w:pPr>
      <w:r>
        <w:rPr>
          <w:rFonts w:ascii="Yu Gothic" w:hAnsi="Yu Gothic" w:eastAsia="Yu Gothic"/>
          <w:b w:val="0"/>
          <w:color w:val="6B6B6B"/>
          <w:sz w:val="17"/>
        </w:rPr>
        <w:t>※書き出しに頭語（拝啓など）や時候の挨拶は置いていません。日本郵便のお手紙文例集のお悔やみの手紙の文例も、訃報への驚きやお悔やみの言葉から書き出しています。</w:t>
      </w:r>
    </w:p>
    <w:p>
      <w:pPr>
        <w:spacing w:after="60" w:before="120" w:lineRule="exact" w:line="336"/>
      </w:pPr>
      <w:r>
        <w:rPr>
          <w:rFonts w:ascii="Yu Gothic" w:hAnsi="Yu Gothic" w:eastAsia="Yu Gothic"/>
          <w:b/>
          <w:color w:val="2B4C3C"/>
          <w:sz w:val="22"/>
        </w:rPr>
        <w:t xml:space="preserve">T2　</w:t>
      </w:r>
      <w:r>
        <w:rPr>
          <w:rFonts w:ascii="Yu Gothic" w:hAnsi="Yu Gothic" w:eastAsia="Yu Gothic"/>
          <w:b/>
          <w:color w:val="2B4C3C"/>
          <w:sz w:val="22"/>
        </w:rPr>
        <w:t>訃報をあとから知ったとき（恩師のご家族へ）</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○○先生が○月にご逝去されたことを、先日になって知りました。</w:t>
      </w:r>
    </w:p>
    <w:p>
      <w:pPr>
        <w:spacing w:after="20" w:before="0" w:lineRule="exact" w:line="336"/>
        <w:ind w:left="170"/>
      </w:pPr>
      <w:r>
        <w:rPr>
          <w:rFonts w:ascii="Yu Mincho" w:hAnsi="Yu Mincho" w:eastAsia="Yu Mincho"/>
          <w:b w:val="0"/>
          <w:color w:val="222222"/>
          <w:sz w:val="21"/>
        </w:rPr>
        <w:t>知らずに過ごしてしまい、お悔やみをお伝えするのがこれほど遅れましたこと、心からお詫び申し上げます。</w:t>
      </w:r>
    </w:p>
    <w:p>
      <w:pPr>
        <w:spacing w:after="20" w:before="0" w:lineRule="exact" w:line="336"/>
        <w:ind w:left="170"/>
      </w:pPr>
      <w:r>
        <w:rPr>
          <w:rFonts w:ascii="Yu Mincho" w:hAnsi="Yu Mincho" w:eastAsia="Yu Mincho"/>
          <w:b w:val="0"/>
          <w:color w:val="222222"/>
          <w:sz w:val="21"/>
        </w:rPr>
        <w:t>在学中、進路に迷っていた私の相談に、親身に乗ってくださった先生のお姿を思い出しております。</w:t>
      </w:r>
    </w:p>
    <w:p>
      <w:pPr>
        <w:spacing w:after="20" w:before="0" w:lineRule="exact" w:line="336"/>
        <w:ind w:left="170"/>
      </w:pPr>
      <w:r>
        <w:rPr>
          <w:rFonts w:ascii="Yu Mincho" w:hAnsi="Yu Mincho" w:eastAsia="Yu Mincho"/>
          <w:b w:val="0"/>
          <w:color w:val="222222"/>
          <w:sz w:val="21"/>
        </w:rPr>
        <w:t>ご家族の皆様には、先生のいない寂しさが続いていることと拝察いたします。</w:t>
      </w:r>
    </w:p>
    <w:p>
      <w:pPr>
        <w:spacing w:after="20" w:before="0" w:lineRule="exact" w:line="336"/>
        <w:ind w:left="170"/>
      </w:pPr>
      <w:r>
        <w:rPr>
          <w:rFonts w:ascii="Yu Mincho" w:hAnsi="Yu Mincho" w:eastAsia="Yu Mincho"/>
          <w:b w:val="0"/>
          <w:color w:val="222222"/>
          <w:sz w:val="21"/>
        </w:rPr>
        <w:t>季節の変わり目ですので、どうかお体を大切になさってください。</w:t>
      </w:r>
    </w:p>
    <w:p>
      <w:pPr>
        <w:spacing w:after="20" w:before="0" w:lineRule="exact" w:line="336"/>
        <w:ind w:left="170"/>
      </w:pPr>
      <w:r>
        <w:rPr>
          <w:rFonts w:ascii="Yu Mincho" w:hAnsi="Yu Mincho" w:eastAsia="Yu Mincho"/>
          <w:b w:val="0"/>
          <w:color w:val="222222"/>
          <w:sz w:val="21"/>
        </w:rPr>
        <w:t>謹んで哀悼の意を表します。</w:t>
      </w:r>
    </w:p>
    <w:p>
      <w:pPr>
        <w:spacing w:after="20" w:before="0" w:lineRule="exact" w:line="336"/>
        <w:ind w:left="170"/>
      </w:pPr>
      <w:r>
        <w:rPr>
          <w:rFonts w:ascii="Yu Mincho" w:hAnsi="Yu Mincho" w:eastAsia="Yu Mincho"/>
          <w:b w:val="0"/>
          <w:color w:val="222222"/>
          <w:sz w:val="21"/>
        </w:rPr>
        <w:t>令和○年○月○日</w:t>
      </w:r>
    </w:p>
    <w:p>
      <w:pPr>
        <w:spacing w:after="20" w:before="0" w:lineRule="exact" w:line="336"/>
        <w:ind w:left="170"/>
      </w:pPr>
      <w:r>
        <w:rPr>
          <w:rFonts w:ascii="Yu Mincho" w:hAnsi="Yu Mincho" w:eastAsia="Yu Mincho"/>
          <w:b w:val="0"/>
          <w:color w:val="222222"/>
          <w:sz w:val="21"/>
        </w:rPr>
        <w:t>○○○○</w:t>
      </w:r>
    </w:p>
    <w:p>
      <w:pPr>
        <w:spacing w:after="20" w:before="20" w:lineRule="exact" w:line="272"/>
        <w:ind w:left="170"/>
      </w:pPr>
      <w:r>
        <w:rPr>
          <w:rFonts w:ascii="Yu Gothic" w:hAnsi="Yu Gothic" w:eastAsia="Yu Gothic"/>
          <w:b w:val="0"/>
          <w:color w:val="6B6B6B"/>
          <w:sz w:val="17"/>
        </w:rPr>
        <w:t>※お悔やみが遅れたことへのお詫びを添える構成は、日本郵便のお手紙文例集「死亡通知への返事が遅れたことへのお詫び」にも見られます。</w:t>
      </w:r>
    </w:p>
    <w:p>
      <w:pPr>
        <w:spacing w:after="20" w:before="20" w:lineRule="exact" w:line="272"/>
        <w:ind w:left="170"/>
      </w:pPr>
      <w:r>
        <w:rPr>
          <w:rFonts w:ascii="Yu Gothic" w:hAnsi="Yu Gothic" w:eastAsia="Yu Gothic"/>
          <w:b w:val="0"/>
          <w:color w:val="6B6B6B"/>
          <w:sz w:val="17"/>
        </w:rPr>
        <w:t>※喪中はがきで訃報を知った場合は、喪中はがきのページにある喪中見舞い・寒中見舞いの文例も使えます。</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香典を郵送するときに添える手紙</w:t>
      </w:r>
    </w:p>
    <w:p>
      <w:pPr>
        <w:spacing w:after="160" w:before="0" w:lineRule="exact" w:line="288"/>
      </w:pPr>
      <w:r>
        <w:rPr>
          <w:rFonts w:ascii="Yu Gothic" w:hAnsi="Yu Gothic" w:eastAsia="Yu Gothic"/>
          <w:b w:val="0"/>
          <w:color w:val="6B6B6B"/>
          <w:sz w:val="18"/>
        </w:rPr>
        <w:t>現金書留に香典と一緒に入れる手紙の文例です。</w:t>
      </w:r>
    </w:p>
    <w:p>
      <w:pPr>
        <w:spacing w:after="60" w:before="120" w:lineRule="exact" w:line="336"/>
      </w:pPr>
      <w:r>
        <w:rPr>
          <w:rFonts w:ascii="Yu Gothic" w:hAnsi="Yu Gothic" w:eastAsia="Yu Gothic"/>
          <w:b/>
          <w:color w:val="2B4C3C"/>
          <w:sz w:val="22"/>
        </w:rPr>
        <w:t xml:space="preserve">K1　</w:t>
      </w:r>
      <w:r>
        <w:rPr>
          <w:rFonts w:ascii="Yu Gothic" w:hAnsi="Yu Gothic" w:eastAsia="Yu Gothic"/>
          <w:b/>
          <w:color w:val="2B4C3C"/>
          <w:sz w:val="22"/>
        </w:rPr>
        <w:t>現金書留に香典と一緒に入れる手紙</w:t>
      </w:r>
    </w:p>
    <w:p>
      <w:pPr>
        <w:spacing w:after="20" w:before="0" w:lineRule="exact" w:line="336"/>
        <w:ind w:left="170"/>
      </w:pPr>
      <w:r>
        <w:rPr>
          <w:rFonts w:ascii="Yu Mincho" w:hAnsi="Yu Mincho" w:eastAsia="Yu Mincho"/>
          <w:b w:val="0"/>
          <w:color w:val="222222"/>
          <w:sz w:val="21"/>
        </w:rPr>
        <w:t>○○○○様</w:t>
      </w:r>
    </w:p>
    <w:p>
      <w:pPr>
        <w:spacing w:after="20" w:before="0" w:lineRule="exact" w:line="336"/>
        <w:ind w:left="170"/>
      </w:pPr>
      <w:r>
        <w:rPr>
          <w:rFonts w:ascii="Yu Mincho" w:hAnsi="Yu Mincho" w:eastAsia="Yu Mincho"/>
          <w:b w:val="0"/>
          <w:color w:val="222222"/>
          <w:sz w:val="21"/>
        </w:rPr>
        <w:t>○○様のご逝去の知らせを受け、心よりお悔やみ申し上げます。</w:t>
      </w:r>
    </w:p>
    <w:p>
      <w:pPr>
        <w:spacing w:after="20" w:before="0" w:lineRule="exact" w:line="336"/>
        <w:ind w:left="170"/>
      </w:pPr>
      <w:r>
        <w:rPr>
          <w:rFonts w:ascii="Yu Mincho" w:hAnsi="Yu Mincho" w:eastAsia="Yu Mincho"/>
          <w:b w:val="0"/>
          <w:color w:val="222222"/>
          <w:sz w:val="21"/>
        </w:rPr>
        <w:t>本来なら葬儀に伺ってお別れをしたかったのですが、どうしても都合がつかず、参列できませんでした。失礼をお許しください。</w:t>
      </w:r>
    </w:p>
    <w:p>
      <w:pPr>
        <w:spacing w:after="20" w:before="0" w:lineRule="exact" w:line="336"/>
        <w:ind w:left="170"/>
      </w:pPr>
      <w:r>
        <w:rPr>
          <w:rFonts w:ascii="Yu Mincho" w:hAnsi="Yu Mincho" w:eastAsia="Yu Mincho"/>
          <w:b w:val="0"/>
          <w:color w:val="222222"/>
          <w:sz w:val="21"/>
        </w:rPr>
        <w:t>香典を同封いたしましたので、お供えいただけましたら幸いです。</w:t>
      </w:r>
    </w:p>
    <w:p>
      <w:pPr>
        <w:spacing w:after="20" w:before="0" w:lineRule="exact" w:line="336"/>
        <w:ind w:left="170"/>
      </w:pPr>
      <w:r>
        <w:rPr>
          <w:rFonts w:ascii="Yu Mincho" w:hAnsi="Yu Mincho" w:eastAsia="Yu Mincho"/>
          <w:b w:val="0"/>
          <w:color w:val="222222"/>
          <w:sz w:val="21"/>
        </w:rPr>
        <w:t>ご家族の皆様もお疲れが出ませんよう、どうぞご自愛ください。</w:t>
      </w:r>
    </w:p>
    <w:p>
      <w:pPr>
        <w:spacing w:after="20" w:before="0" w:lineRule="exact" w:line="336"/>
        <w:ind w:left="170"/>
      </w:pPr>
      <w:r>
        <w:rPr>
          <w:rFonts w:ascii="Yu Mincho" w:hAnsi="Yu Mincho" w:eastAsia="Yu Mincho"/>
          <w:b w:val="0"/>
          <w:color w:val="222222"/>
          <w:sz w:val="21"/>
        </w:rPr>
        <w:t>略式ながら、手紙でお悔やみをお伝えいたします。</w:t>
      </w:r>
    </w:p>
    <w:p>
      <w:pPr>
        <w:spacing w:after="20" w:before="0" w:lineRule="exact" w:line="336"/>
        <w:ind w:left="170"/>
      </w:pPr>
      <w:r>
        <w:rPr>
          <w:rFonts w:ascii="Yu Mincho" w:hAnsi="Yu Mincho" w:eastAsia="Yu Mincho"/>
          <w:b w:val="0"/>
          <w:color w:val="222222"/>
          <w:sz w:val="21"/>
        </w:rPr>
        <w:t>令和○年○月○日</w:t>
      </w:r>
    </w:p>
    <w:p>
      <w:pPr>
        <w:spacing w:after="20" w:before="0" w:lineRule="exact" w:line="336"/>
        <w:ind w:left="170"/>
      </w:pPr>
      <w:r>
        <w:rPr>
          <w:rFonts w:ascii="Yu Mincho" w:hAnsi="Yu Mincho" w:eastAsia="Yu Mincho"/>
          <w:b w:val="0"/>
          <w:color w:val="222222"/>
          <w:sz w:val="21"/>
        </w:rPr>
        <w:t>○○○○</w:t>
      </w:r>
    </w:p>
    <w:p>
      <w:pPr>
        <w:spacing w:after="20" w:before="20" w:lineRule="exact" w:line="272"/>
        <w:ind w:left="170"/>
      </w:pPr>
      <w:r>
        <w:rPr>
          <w:rFonts w:ascii="Yu Gothic" w:hAnsi="Yu Gothic" w:eastAsia="Yu Gothic"/>
          <w:b w:val="0"/>
          <w:color w:val="6B6B6B"/>
          <w:sz w:val="17"/>
        </w:rPr>
        <w:t>※香典は、参列する知人・友人に託すか、手紙を添えて現金書留で送るよう日本郵便が案内しています。現金書留には手紙を同封できます。</w:t>
      </w:r>
    </w:p>
    <w:p>
      <w:pPr>
        <w:spacing w:after="20" w:before="20" w:lineRule="exact" w:line="272"/>
        <w:ind w:left="170"/>
      </w:pPr>
      <w:r>
        <w:rPr>
          <w:rFonts w:ascii="Yu Gothic" w:hAnsi="Yu Gothic" w:eastAsia="Yu Gothic"/>
          <w:b w:val="0"/>
          <w:color w:val="6B6B6B"/>
          <w:sz w:val="17"/>
        </w:rPr>
        <w:t>※「ご霊前に」とは書いていません。浄土真宗やプロテスタントでは「御霊前」を使わない、という説明があるためです。</w:t>
      </w:r>
    </w:p>
    <w:p>
      <w:pPr>
        <w:sectPr>
          <w:pgSz w:w="11906" w:h="16838"/>
          <w:pgMar w:top="907" w:right="1134" w:bottom="907" w:left="1134" w:header="720" w:footer="720" w:gutter="0"/>
          <w:cols w:space="720"/>
          <w:docGrid w:linePitch="360"/>
        </w:sectPr>
      </w:pPr>
    </w:p>
    <w:p>
      <w:pPr>
        <w:spacing w:after="80" w:before="0" w:lineRule="exact" w:line="336"/>
        <w:pBdr>
          <w:bottom w:val="single" w:sz="8" w:space="2" w:color="2B4C3C"/>
        </w:pBdr>
      </w:pPr>
      <w:r>
        <w:rPr>
          <w:rFonts w:ascii="Yu Gothic" w:hAnsi="Yu Gothic" w:eastAsia="Yu Gothic"/>
          <w:b/>
          <w:color w:val="2B4C3C"/>
          <w:sz w:val="30"/>
        </w:rPr>
        <w:t>弔電</w:t>
      </w:r>
    </w:p>
    <w:p>
      <w:pPr>
        <w:spacing w:after="160" w:before="0" w:lineRule="exact" w:line="288"/>
      </w:pPr>
      <w:r>
        <w:rPr>
          <w:rFonts w:ascii="Yu Gothic" w:hAnsi="Yu Gothic" w:eastAsia="Yu Gothic"/>
          <w:b w:val="0"/>
          <w:color w:val="6B6B6B"/>
          <w:sz w:val="18"/>
        </w:rPr>
        <w:t>弔電の文例です。句読点の代わりに全角スペースで区切っています。最後の行は差出人です。</w:t>
      </w:r>
    </w:p>
    <w:p>
      <w:pPr>
        <w:spacing w:after="60" w:before="120" w:lineRule="exact" w:line="336"/>
      </w:pPr>
      <w:r>
        <w:rPr>
          <w:rFonts w:ascii="Yu Gothic" w:hAnsi="Yu Gothic" w:eastAsia="Yu Gothic"/>
          <w:b/>
          <w:color w:val="2B4C3C"/>
          <w:sz w:val="22"/>
        </w:rPr>
        <w:t xml:space="preserve">C1　</w:t>
      </w:r>
      <w:r>
        <w:rPr>
          <w:rFonts w:ascii="Yu Gothic" w:hAnsi="Yu Gothic" w:eastAsia="Yu Gothic"/>
          <w:b/>
          <w:color w:val="2B4C3C"/>
          <w:sz w:val="22"/>
        </w:rPr>
        <w:t>上司・取引先のご家族へ（会社として送る場合）</w:t>
      </w:r>
    </w:p>
    <w:p>
      <w:pPr>
        <w:spacing w:after="20" w:before="0" w:lineRule="exact" w:line="336"/>
        <w:ind w:left="170"/>
      </w:pPr>
      <w:r>
        <w:rPr>
          <w:rFonts w:ascii="Yu Mincho" w:hAnsi="Yu Mincho" w:eastAsia="Yu Mincho"/>
          <w:b w:val="0"/>
          <w:color w:val="222222"/>
          <w:sz w:val="21"/>
        </w:rPr>
        <w:t>ご母堂様ご逝去の悲報に接し　社員一同　心を痛めております</w:t>
      </w:r>
    </w:p>
    <w:p>
      <w:pPr>
        <w:spacing w:after="20" w:before="0" w:lineRule="exact" w:line="336"/>
        <w:ind w:left="170"/>
      </w:pPr>
      <w:r>
        <w:rPr>
          <w:rFonts w:ascii="Yu Mincho" w:hAnsi="Yu Mincho" w:eastAsia="Yu Mincho"/>
          <w:b w:val="0"/>
          <w:color w:val="222222"/>
          <w:sz w:val="21"/>
        </w:rPr>
        <w:t>ご生前のご厚情を偲び　謹んでお悔やみ申し上げます</w:t>
      </w:r>
    </w:p>
    <w:p>
      <w:pPr>
        <w:spacing w:after="20" w:before="0" w:lineRule="exact" w:line="336"/>
        <w:ind w:left="170"/>
      </w:pPr>
      <w:r>
        <w:rPr>
          <w:rFonts w:ascii="Yu Mincho" w:hAnsi="Yu Mincho" w:eastAsia="Yu Mincho"/>
          <w:b w:val="0"/>
          <w:color w:val="222222"/>
          <w:sz w:val="21"/>
        </w:rPr>
        <w:t>ご遺族の皆様には　どうぞお疲れが出ませんように</w:t>
      </w:r>
    </w:p>
    <w:p>
      <w:pPr>
        <w:spacing w:after="20" w:before="0" w:lineRule="exact" w:line="336"/>
        <w:ind w:left="170"/>
      </w:pPr>
      <w:r>
        <w:rPr>
          <w:rFonts w:ascii="Yu Mincho" w:hAnsi="Yu Mincho" w:eastAsia="Yu Mincho"/>
          <w:b w:val="0"/>
          <w:color w:val="222222"/>
          <w:sz w:val="21"/>
        </w:rPr>
        <w:t>株式会社○○　代表取締役　○○○○　社員一同</w:t>
      </w:r>
    </w:p>
    <w:p>
      <w:pPr>
        <w:spacing w:after="20" w:before="20" w:lineRule="exact" w:line="272"/>
        <w:ind w:left="170"/>
      </w:pPr>
      <w:r>
        <w:rPr>
          <w:rFonts w:ascii="Yu Gothic" w:hAnsi="Yu Gothic" w:eastAsia="Yu Gothic"/>
          <w:b w:val="0"/>
          <w:color w:val="6B6B6B"/>
          <w:sz w:val="17"/>
        </w:rPr>
        <w:t>※会社や組織の担当者として参列する場合も、会社としてお悔やみを送るほうが丁寧と日本郵便は案内しています。名義は「○○社員一同」、代表者名、その両方などがあります。</w:t>
      </w:r>
    </w:p>
    <w:p>
      <w:pPr>
        <w:spacing w:after="20" w:before="20" w:lineRule="exact" w:line="272"/>
        <w:ind w:left="170"/>
      </w:pPr>
      <w:r>
        <w:rPr>
          <w:rFonts w:ascii="Yu Gothic" w:hAnsi="Yu Gothic" w:eastAsia="Yu Gothic"/>
          <w:b w:val="0"/>
          <w:color w:val="6B6B6B"/>
          <w:sz w:val="17"/>
        </w:rPr>
        <w:t>※亡くなった方が喪主の父なら「ご尊父様」、配偶者なら「ご主人様」「ご令室様」などに替えます。キリスト教式の場合は単に「○○様」とします。</w:t>
      </w:r>
    </w:p>
    <w:p>
      <w:pPr>
        <w:spacing w:after="60" w:before="120" w:lineRule="exact" w:line="336"/>
      </w:pPr>
      <w:r>
        <w:rPr>
          <w:rFonts w:ascii="Yu Gothic" w:hAnsi="Yu Gothic" w:eastAsia="Yu Gothic"/>
          <w:b/>
          <w:color w:val="2B4C3C"/>
          <w:sz w:val="22"/>
        </w:rPr>
        <w:t xml:space="preserve">C2　</w:t>
      </w:r>
      <w:r>
        <w:rPr>
          <w:rFonts w:ascii="Yu Gothic" w:hAnsi="Yu Gothic" w:eastAsia="Yu Gothic"/>
          <w:b/>
          <w:color w:val="2B4C3C"/>
          <w:sz w:val="22"/>
        </w:rPr>
        <w:t>友人が亡くなり、ご家族（喪主）へ送る場合（宗教がわからないとき）</w:t>
      </w:r>
    </w:p>
    <w:p>
      <w:pPr>
        <w:spacing w:after="20" w:before="0" w:lineRule="exact" w:line="336"/>
        <w:ind w:left="170"/>
      </w:pPr>
      <w:r>
        <w:rPr>
          <w:rFonts w:ascii="Yu Mincho" w:hAnsi="Yu Mincho" w:eastAsia="Yu Mincho"/>
          <w:b w:val="0"/>
          <w:color w:val="222222"/>
          <w:sz w:val="21"/>
        </w:rPr>
        <w:t>ご尊父様の突然の訃報に接し　信じられない思いでおります</w:t>
      </w:r>
    </w:p>
    <w:p>
      <w:pPr>
        <w:spacing w:after="20" w:before="0" w:lineRule="exact" w:line="336"/>
        <w:ind w:left="170"/>
      </w:pPr>
      <w:r>
        <w:rPr>
          <w:rFonts w:ascii="Yu Mincho" w:hAnsi="Yu Mincho" w:eastAsia="Yu Mincho"/>
          <w:b w:val="0"/>
          <w:color w:val="222222"/>
          <w:sz w:val="21"/>
        </w:rPr>
        <w:t>長年の友として　いつも支えてもらったことを　深く感謝しております</w:t>
      </w:r>
    </w:p>
    <w:p>
      <w:pPr>
        <w:spacing w:after="20" w:before="0" w:lineRule="exact" w:line="336"/>
        <w:ind w:left="170"/>
      </w:pPr>
      <w:r>
        <w:rPr>
          <w:rFonts w:ascii="Yu Mincho" w:hAnsi="Yu Mincho" w:eastAsia="Yu Mincho"/>
          <w:b w:val="0"/>
          <w:color w:val="222222"/>
          <w:sz w:val="21"/>
        </w:rPr>
        <w:t>残されたご家族を思い　心よりお悔やみ申し上げます</w:t>
      </w:r>
    </w:p>
    <w:p>
      <w:pPr>
        <w:spacing w:after="20" w:before="0" w:lineRule="exact" w:line="336"/>
        <w:ind w:left="170"/>
      </w:pPr>
      <w:r>
        <w:rPr>
          <w:rFonts w:ascii="Yu Mincho" w:hAnsi="Yu Mincho" w:eastAsia="Yu Mincho"/>
          <w:b w:val="0"/>
          <w:color w:val="8A8478"/>
          <w:sz w:val="18"/>
        </w:rPr>
        <w:t>（仏式とわかっている場合）</w:t>
      </w:r>
      <w:r>
        <w:rPr>
          <w:rFonts w:ascii="Yu Mincho" w:hAnsi="Yu Mincho" w:eastAsia="Yu Mincho"/>
          <w:b w:val="0"/>
          <w:color w:val="222222"/>
          <w:sz w:val="21"/>
        </w:rPr>
        <w:t>心からご冥福をお祈りいたします</w:t>
      </w:r>
    </w:p>
    <w:p>
      <w:pPr>
        <w:spacing w:after="20" w:before="0" w:lineRule="exact" w:line="336"/>
        <w:ind w:left="170"/>
      </w:pPr>
      <w:r>
        <w:rPr>
          <w:rFonts w:ascii="Yu Mincho" w:hAnsi="Yu Mincho" w:eastAsia="Yu Mincho"/>
          <w:b w:val="0"/>
          <w:color w:val="222222"/>
          <w:sz w:val="21"/>
        </w:rPr>
        <w:t>○○○○（故人の高校時代の友人）</w:t>
      </w:r>
    </w:p>
    <w:p>
      <w:pPr>
        <w:spacing w:after="20" w:before="20" w:lineRule="exact" w:line="272"/>
        <w:ind w:left="170"/>
      </w:pPr>
      <w:r>
        <w:rPr>
          <w:rFonts w:ascii="Yu Gothic" w:hAnsi="Yu Gothic" w:eastAsia="Yu Gothic"/>
          <w:b w:val="0"/>
          <w:color w:val="6B6B6B"/>
          <w:sz w:val="17"/>
        </w:rPr>
        <w:t>※宛先は喪主にし、喪主との関係で「ご尊父様」などと書きます。喪主がわからない場合は「故○○様ご遺族様」とします（日本郵便のQ&amp;A）。</w:t>
      </w:r>
    </w:p>
    <w:p>
      <w:pPr>
        <w:spacing w:after="20" w:before="20" w:lineRule="exact" w:line="272"/>
        <w:ind w:left="170"/>
      </w:pPr>
      <w:r>
        <w:rPr>
          <w:rFonts w:ascii="Yu Gothic" w:hAnsi="Yu Gothic" w:eastAsia="Yu Gothic"/>
          <w:b w:val="0"/>
          <w:color w:val="6B6B6B"/>
          <w:sz w:val="17"/>
        </w:rPr>
        <w:t>※「冥福を祈る」「成仏」「往生」などは仏式で使われる言葉で、神道やキリスト教では使われないと説明されています。仏式とわかっている場合だけ、薄い字の行を加えてください。</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お悔やみの言葉の文例集（メール・LINE・手紙・口頭・弔電）</dc:title>
  <dc:subject/>
  <dc:creator>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