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 w:line="480" w:lineRule="exact"/>
      </w:pPr>
      <w:r>
        <w:rPr>
          <w:rFonts w:ascii="Yu Gothic" w:hAnsi="Yu Gothic" w:eastAsia="Yu Gothic"/>
          <w:b/>
          <w:color w:val="2B4C3C"/>
          <w:sz w:val="32"/>
        </w:rPr>
        <w:t>相続関係説明図テンプレート（ふれあいの丘）</w:t>
      </w:r>
    </w:p>
    <w:p>
      <w:pPr>
        <w:spacing w:after="160" w:before="0" w:line="300" w:lineRule="exact"/>
      </w:pPr>
      <w:r>
        <w:rPr>
          <w:rFonts w:ascii="Yu Gothic" w:hAnsi="Yu Gothic" w:eastAsia="Yu Gothic"/>
          <w:b w:val="0"/>
          <w:color w:val="222222"/>
          <w:sz w:val="20"/>
        </w:rPr>
        <w:t>相続登記の申請で使う「相続関係説明図」のひな形です。法務局が公開している相続登記の記載例（法定相続・遺産分割）の相続関係説明図例と同じ項目・同じ配置で作っています。登録不要・無料で、個人利用の範囲で自由に編集・印刷できます。</w:t>
      </w:r>
    </w:p>
    <w:p>
      <w:pPr>
        <w:spacing w:after="60" w:before="0" w:line="345" w:lineRule="exact"/>
      </w:pPr>
      <w:r>
        <w:rPr>
          <w:rFonts w:ascii="Yu Gothic" w:hAnsi="Yu Gothic" w:eastAsia="Yu Gothic"/>
          <w:b/>
          <w:color w:val="2B4C3C"/>
          <w:sz w:val="23"/>
        </w:rPr>
        <w:t>このファイルの構成</w:t>
      </w:r>
    </w:p>
    <w:p>
      <w:pPr>
        <w:spacing w:after="40" w:before="0" w:line="300" w:lineRule="exact"/>
      </w:pPr>
      <w:r>
        <w:rPr>
          <w:rFonts w:ascii="Yu Gothic" w:hAnsi="Yu Gothic" w:eastAsia="Yu Gothic"/>
          <w:b w:val="0"/>
          <w:color w:val="222222"/>
          <w:sz w:val="20"/>
        </w:rPr>
        <w:t>・1ページ目　使い方（このページ）</w:t>
      </w:r>
    </w:p>
    <w:p>
      <w:pPr>
        <w:spacing w:after="40" w:before="0" w:line="300" w:lineRule="exact"/>
      </w:pPr>
      <w:r>
        <w:rPr>
          <w:rFonts w:ascii="Yu Gothic" w:hAnsi="Yu Gothic" w:eastAsia="Yu Gothic"/>
          <w:b w:val="0"/>
          <w:color w:val="222222"/>
          <w:sz w:val="20"/>
        </w:rPr>
        <w:t>・2ページ目　記入用（配偶者と子2人の基本形）…点線の上に入力し、このページだけをA4縦で印刷します</w:t>
      </w:r>
    </w:p>
    <w:p>
      <w:pPr>
        <w:spacing w:after="40" w:before="0" w:line="300" w:lineRule="exact"/>
      </w:pPr>
      <w:r>
        <w:rPr>
          <w:rFonts w:ascii="Yu Gothic" w:hAnsi="Yu Gothic" w:eastAsia="Yu Gothic"/>
          <w:b w:val="0"/>
          <w:color w:val="222222"/>
          <w:sz w:val="20"/>
        </w:rPr>
        <w:t>・3ページ目　記入例（法定相続）…夫が亡くなり、妻と子2人が相続した場合（人名・住所・日付は架空）</w:t>
      </w:r>
    </w:p>
    <w:p>
      <w:pPr>
        <w:spacing w:after="40" w:before="0" w:line="300" w:lineRule="exact"/>
      </w:pPr>
      <w:r>
        <w:rPr>
          <w:rFonts w:ascii="Yu Gothic" w:hAnsi="Yu Gothic" w:eastAsia="Yu Gothic"/>
          <w:b w:val="0"/>
          <w:color w:val="222222"/>
          <w:sz w:val="20"/>
        </w:rPr>
        <w:t>・4ページ目　記入例（遺産分割）…子の1人が不動産を相続し、相続しなかった人に「（分割）」</w:t>
      </w:r>
    </w:p>
    <w:p>
      <w:pPr>
        <w:spacing w:after="80" w:before="0" w:line="315" w:lineRule="exact"/>
      </w:pPr>
    </w:p>
    <w:p>
      <w:pPr>
        <w:spacing w:after="60" w:before="0" w:line="345" w:lineRule="exact"/>
      </w:pPr>
      <w:r>
        <w:rPr>
          <w:rFonts w:ascii="Yu Gothic" w:hAnsi="Yu Gothic" w:eastAsia="Yu Gothic"/>
          <w:b/>
          <w:color w:val="2B4C3C"/>
          <w:sz w:val="23"/>
        </w:rPr>
        <w:t>書く項目（法務局の記載例にある項目だけ）</w:t>
      </w:r>
    </w:p>
    <w:p>
      <w:pPr>
        <w:spacing w:after="40" w:before="0" w:line="300" w:lineRule="exact"/>
      </w:pPr>
      <w:r>
        <w:rPr>
          <w:rFonts w:ascii="Yu Gothic" w:hAnsi="Yu Gothic" w:eastAsia="Yu Gothic"/>
          <w:b w:val="0"/>
          <w:color w:val="222222"/>
          <w:sz w:val="20"/>
        </w:rPr>
        <w:t>・表題 …「被相続人 ○○○○ 相続関係説明図」</w:t>
      </w:r>
    </w:p>
    <w:p>
      <w:pPr>
        <w:spacing w:after="40" w:before="0" w:line="300" w:lineRule="exact"/>
      </w:pPr>
      <w:r>
        <w:rPr>
          <w:rFonts w:ascii="Yu Gothic" w:hAnsi="Yu Gothic" w:eastAsia="Yu Gothic"/>
          <w:b w:val="0"/>
          <w:color w:val="222222"/>
          <w:sz w:val="20"/>
        </w:rPr>
        <w:t>・亡くなった方 … 住所／死亡（死亡の年月日）／（被相続人）／氏名</w:t>
      </w:r>
    </w:p>
    <w:p>
      <w:pPr>
        <w:spacing w:after="40" w:before="0" w:line="300" w:lineRule="exact"/>
      </w:pPr>
      <w:r>
        <w:rPr>
          <w:rFonts w:ascii="Yu Gothic" w:hAnsi="Yu Gothic" w:eastAsia="Yu Gothic"/>
          <w:b w:val="0"/>
          <w:color w:val="222222"/>
          <w:sz w:val="20"/>
        </w:rPr>
        <w:t>・相続人 … 住所／出生（生年月日）／（相続人）／氏名</w:t>
      </w:r>
    </w:p>
    <w:p>
      <w:pPr>
        <w:spacing w:after="40" w:before="0" w:line="300" w:lineRule="exact"/>
      </w:pPr>
      <w:r>
        <w:rPr>
          <w:rFonts w:ascii="Yu Gothic" w:hAnsi="Yu Gothic" w:eastAsia="Yu Gothic"/>
          <w:b w:val="0"/>
          <w:color w:val="222222"/>
          <w:sz w:val="20"/>
        </w:rPr>
        <w:t>・遺産分割で不動産を相続しなかった相続人 … 氏名と、その下に「（分割）」（記載例では住所・出生は書かれていません）</w:t>
      </w:r>
    </w:p>
    <w:p>
      <w:pPr>
        <w:spacing w:after="40" w:before="0" w:line="300" w:lineRule="exact"/>
      </w:pPr>
      <w:r>
        <w:rPr>
          <w:rFonts w:ascii="Yu Gothic" w:hAnsi="Yu Gothic" w:eastAsia="Yu Gothic"/>
          <w:b w:val="0"/>
          <w:color w:val="222222"/>
          <w:sz w:val="20"/>
        </w:rPr>
        <w:t>・線 … 亡くなった方と配偶者を縦の二重線でつなぎ、その途中から横線を伸ばして子どもたちの「[」形の線に結ぶ</w:t>
      </w:r>
    </w:p>
    <w:p>
      <w:pPr>
        <w:spacing w:after="80" w:before="0" w:line="315" w:lineRule="exact"/>
      </w:pPr>
    </w:p>
    <w:p>
      <w:pPr>
        <w:spacing w:after="60" w:before="0" w:line="345" w:lineRule="exact"/>
      </w:pPr>
      <w:r>
        <w:rPr>
          <w:rFonts w:ascii="Yu Gothic" w:hAnsi="Yu Gothic" w:eastAsia="Yu Gothic"/>
          <w:b/>
          <w:color w:val="2B4C3C"/>
          <w:sz w:val="23"/>
        </w:rPr>
        <w:t>相続関係説明図を出すと何が変わるか（法務局の案内）</w:t>
      </w:r>
    </w:p>
    <w:p>
      <w:pPr>
        <w:spacing w:after="160" w:before="0" w:line="300" w:lineRule="exact"/>
      </w:pPr>
      <w:r>
        <w:rPr>
          <w:rFonts w:ascii="Yu Gothic" w:hAnsi="Yu Gothic" w:eastAsia="Yu Gothic"/>
          <w:b w:val="0"/>
          <w:color w:val="222222"/>
          <w:sz w:val="20"/>
        </w:rPr>
        <w:t>法務局は「「相続関係説明図」を戸籍全部事項証明書（戸籍謄本）、除籍全部事項証明書（除籍謄本）等と一緒に提出された場合には、登記の調査が終了した後に、戸籍全部事項証明書（戸籍謄本）等の原本をお返しすることができます」と案内しています（原本還付の手続）。遺産分割の場合、遺産分割協議書は別にその謄本を提出する必要があります。</w:t>
      </w:r>
    </w:p>
    <w:p>
      <w:pPr>
        <w:spacing w:after="60" w:before="0" w:line="345" w:lineRule="exact"/>
      </w:pPr>
      <w:r>
        <w:rPr>
          <w:rFonts w:ascii="Yu Gothic" w:hAnsi="Yu Gothic" w:eastAsia="Yu Gothic"/>
          <w:b/>
          <w:color w:val="2B4C3C"/>
          <w:sz w:val="23"/>
        </w:rPr>
        <w:t>子どもの人数や家族の形が違うとき</w:t>
      </w:r>
    </w:p>
    <w:p>
      <w:pPr>
        <w:spacing w:after="160" w:before="0" w:line="300" w:lineRule="exact"/>
      </w:pPr>
      <w:r>
        <w:rPr>
          <w:rFonts w:ascii="Yu Gothic" w:hAnsi="Yu Gothic" w:eastAsia="Yu Gothic"/>
          <w:b w:val="0"/>
          <w:color w:val="222222"/>
          <w:sz w:val="20"/>
        </w:rPr>
        <w:t>表の行を追加・削除し、罫線を伸ばしたり消したりして整えます（Wordでは「テーブルデザイン」→「罫線」、または表を選んで右クリック→「挿入」）。誰が相続人になるかの判断や、代襲相続・数次相続・兄弟姉妹が相続人になる場合など形が複雑なときは、法務局の登記手続案内（完全予約制・1回20分以内）か司法書士に相談してください。</w:t>
      </w:r>
    </w:p>
    <w:p>
      <w:pPr>
        <w:spacing w:after="60" w:before="0" w:line="345" w:lineRule="exact"/>
      </w:pPr>
      <w:r>
        <w:rPr>
          <w:rFonts w:ascii="Yu Gothic" w:hAnsi="Yu Gothic" w:eastAsia="Yu Gothic"/>
          <w:b/>
          <w:color w:val="2B4C3C"/>
          <w:sz w:val="23"/>
        </w:rPr>
        <w:t>出典（2026年9月30日確認）</w:t>
      </w:r>
    </w:p>
    <w:p>
      <w:pPr>
        <w:spacing w:after="20" w:before="0" w:line="255" w:lineRule="exact"/>
      </w:pPr>
      <w:r>
        <w:rPr>
          <w:rFonts w:ascii="Yu Gothic" w:hAnsi="Yu Gothic" w:eastAsia="Yu Gothic"/>
          <w:b w:val="0"/>
          <w:color w:val="222222"/>
          <w:sz w:val="17"/>
        </w:rPr>
        <w:t>・法務局「不動産登記の申請書様式について」　https://houmukyoku.moj.go.jp/homu/minji79.html</w:t>
      </w:r>
    </w:p>
    <w:p>
      <w:pPr>
        <w:spacing w:after="20" w:before="0" w:line="255" w:lineRule="exact"/>
      </w:pPr>
      <w:r>
        <w:rPr>
          <w:rFonts w:ascii="Yu Gothic" w:hAnsi="Yu Gothic" w:eastAsia="Yu Gothic"/>
          <w:b w:val="0"/>
          <w:color w:val="222222"/>
          <w:sz w:val="17"/>
        </w:rPr>
        <w:t>・同 相続・法定相続の記載例（PDF）　https://houmukyoku.moj.go.jp/homu/content/001469878.pdf</w:t>
      </w:r>
    </w:p>
    <w:p>
      <w:pPr>
        <w:spacing w:after="20" w:before="0" w:line="255" w:lineRule="exact"/>
      </w:pPr>
      <w:r>
        <w:rPr>
          <w:rFonts w:ascii="Yu Gothic" w:hAnsi="Yu Gothic" w:eastAsia="Yu Gothic"/>
          <w:b w:val="0"/>
          <w:color w:val="222222"/>
          <w:sz w:val="17"/>
        </w:rPr>
        <w:t>・同 相続・遺産分割の記載例（PDF）　https://houmukyoku.moj.go.jp/homu/content/001469880.pdf</w:t>
      </w:r>
    </w:p>
    <w:p>
      <w:pPr>
        <w:spacing w:after="20" w:before="0" w:line="255" w:lineRule="exact"/>
      </w:pPr>
      <w:r>
        <w:rPr>
          <w:rFonts w:ascii="Yu Gothic" w:hAnsi="Yu Gothic" w:eastAsia="Yu Gothic"/>
          <w:b w:val="0"/>
          <w:color w:val="222222"/>
          <w:sz w:val="17"/>
        </w:rPr>
        <w:t>・法務省「相続登記の申請義務化特設ページ」（登記手続案内）　https://www.moj.go.jp/MINJI/minji05_00590.html</w:t>
      </w:r>
    </w:p>
    <w:p>
      <w:pPr>
        <w:spacing w:after="80" w:before="0" w:line="315" w:lineRule="exact"/>
      </w:pPr>
    </w:p>
    <w:p>
      <w:pPr>
        <w:spacing w:after="0" w:before="0" w:line="240" w:lineRule="exact"/>
      </w:pPr>
      <w:r>
        <w:rPr>
          <w:rFonts w:ascii="Yu Gothic" w:hAnsi="Yu Gothic" w:eastAsia="Yu Gothic"/>
          <w:b w:val="0"/>
          <w:color w:val="6B6B6B"/>
          <w:sz w:val="16"/>
        </w:rPr>
        <w:t>発行：生前整理支援センター ふれあいの丘（株式会社Kogera）。本ファイルは一般的な情報提供を目的としたひな形で、登記申請の代行や個別の判断は行いません。個別の法律・登記のご相談は司法書士・弁護士へお願いします。</w:t>
      </w:r>
    </w:p>
    <w:p>
      <w:r>
        <w:br w:type="page"/>
      </w:r>
    </w:p>
    <w:p>
      <w:pPr>
        <w:spacing w:after="280" w:before="0" w:line="420" w:lineRule="exact"/>
        <w:jc w:val="center"/>
      </w:pPr>
      <w:r>
        <w:rPr>
          <w:rFonts w:ascii="Yu Gothic" w:hAnsi="Yu Gothic" w:eastAsia="Yu Gothic"/>
          <w:b w:val="0"/>
          <w:color w:val="222222"/>
          <w:sz w:val="28"/>
        </w:rPr>
        <w:t>被相続人　（氏名）　相続関係説明図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07"/>
        <w:gridCol w:w="3175"/>
        <w:gridCol w:w="340"/>
        <w:gridCol w:w="567"/>
        <w:gridCol w:w="283"/>
        <w:gridCol w:w="907"/>
        <w:gridCol w:w="3685"/>
      </w:tblGrid>
      <w:tr>
        <w:trPr>
          <w:trHeight w:val="453" w:hRule="exact"/>
        </w:trPr>
        <w:tc>
          <w:tcPr>
            <w:tcW w:type="dxa" w:w="907"/>
          </w:tcPr>
          <w:p/>
        </w:tc>
        <w:tc>
          <w:tcPr>
            <w:tcW w:type="dxa" w:w="3175"/>
          </w:tcPr>
          <w:p/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</w:tcPr>
          <w:p/>
        </w:tc>
        <w:tc>
          <w:tcPr>
            <w:tcW w:type="dxa" w:w="907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住所</w:t>
            </w:r>
          </w:p>
        </w:tc>
        <w:tc>
          <w:tcPr>
            <w:tcW w:type="dxa" w:w="3685"/>
            <w:vAlign w:val="center"/>
            <w:tcBorders>
              <w:bottom w:val="dotted" w:sz="4" w:space="0" w:color="B8B8B8"/>
            </w:tcBorders>
          </w:tcPr>
          <w:p>
            <w:pPr>
              <w:spacing w:after="0" w:before="0"/>
            </w:pPr>
            <w:r/>
          </w:p>
        </w:tc>
      </w:tr>
      <w:tr>
        <w:trPr>
          <w:trHeight w:val="453" w:hRule="exact"/>
        </w:trPr>
        <w:tc>
          <w:tcPr>
            <w:tcW w:type="dxa" w:w="907"/>
          </w:tcPr>
          <w:p/>
        </w:tc>
        <w:tc>
          <w:tcPr>
            <w:tcW w:type="dxa" w:w="3175"/>
          </w:tcPr>
          <w:p/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</w:tcPr>
          <w:p/>
        </w:tc>
        <w:tc>
          <w:tcPr>
            <w:tcW w:type="dxa" w:w="907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出生</w:t>
            </w:r>
          </w:p>
        </w:tc>
        <w:tc>
          <w:tcPr>
            <w:tcW w:type="dxa" w:w="3685"/>
            <w:vAlign w:val="center"/>
            <w:tcBorders>
              <w:bottom w:val="dotted" w:sz="4" w:space="0" w:color="B8B8B8"/>
            </w:tcBorders>
          </w:tcPr>
          <w:p>
            <w:pPr>
              <w:spacing w:after="0" w:before="0"/>
            </w:pPr>
            <w:r/>
          </w:p>
        </w:tc>
      </w:tr>
      <w:tr>
        <w:trPr>
          <w:trHeight w:val="453" w:hRule="exact"/>
        </w:trPr>
        <w:tc>
          <w:tcPr>
            <w:tcW w:type="dxa" w:w="907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住所</w:t>
            </w:r>
          </w:p>
        </w:tc>
        <w:tc>
          <w:tcPr>
            <w:tcW w:type="dxa" w:w="3175"/>
            <w:vAlign w:val="center"/>
            <w:tcBorders>
              <w:bottom w:val="dotted" w:sz="4" w:space="0" w:color="B8B8B8"/>
            </w:tcBorders>
          </w:tcPr>
          <w:p>
            <w:pPr>
              <w:spacing w:after="0" w:before="0"/>
            </w:pPr>
            <w:r/>
          </w:p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</w:tcPr>
          <w:p/>
        </w:tc>
        <w:tc>
          <w:tcPr>
            <w:tcW w:type="dxa" w:w="4592"/>
            <w:gridSpan w:val="2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（相続人）</w:t>
            </w:r>
          </w:p>
        </w:tc>
      </w:tr>
      <w:tr>
        <w:trPr>
          <w:trHeight w:val="453" w:hRule="exact"/>
        </w:trPr>
        <w:tc>
          <w:tcPr>
            <w:tcW w:type="dxa" w:w="907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死亡</w:t>
            </w:r>
          </w:p>
        </w:tc>
        <w:tc>
          <w:tcPr>
            <w:tcW w:type="dxa" w:w="3175"/>
            <w:vAlign w:val="center"/>
            <w:tcBorders>
              <w:bottom w:val="dotted" w:sz="4" w:space="0" w:color="B8B8B8"/>
            </w:tcBorders>
          </w:tcPr>
          <w:p>
            <w:pPr>
              <w:spacing w:after="0" w:before="0"/>
            </w:pPr>
            <w:r/>
          </w:p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  <w:tcBorders>
              <w:left w:val="single" w:sz="6" w:space="0" w:color="000000"/>
              <w:top w:val="single" w:sz="6" w:space="0" w:color="000000"/>
            </w:tcBorders>
          </w:tcPr>
          <w:p/>
        </w:tc>
        <w:tc>
          <w:tcPr>
            <w:tcW w:type="dxa" w:w="4592"/>
            <w:gridSpan w:val="2"/>
            <w:vAlign w:val="center"/>
            <w:tcBorders>
              <w:bottom w:val="dotted" w:sz="4" w:space="0" w:color="B8B8B8"/>
            </w:tcBorders>
          </w:tcPr>
          <w:p>
            <w:pPr>
              <w:spacing w:after="0" w:before="0"/>
            </w:pPr>
            <w:r/>
          </w:p>
        </w:tc>
      </w:tr>
      <w:tr>
        <w:trPr>
          <w:trHeight w:val="453" w:hRule="exact"/>
        </w:trPr>
        <w:tc>
          <w:tcPr>
            <w:tcW w:type="dxa" w:w="4082"/>
            <w:gridSpan w:val="2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（被相続人）</w:t>
            </w:r>
          </w:p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  <w:tcBorders>
              <w:left w:val="single" w:sz="6" w:space="0" w:color="000000"/>
            </w:tcBorders>
          </w:tcPr>
          <w:p/>
        </w:tc>
        <w:tc>
          <w:tcPr>
            <w:tcW w:type="dxa" w:w="907"/>
          </w:tcPr>
          <w:p/>
        </w:tc>
        <w:tc>
          <w:tcPr>
            <w:tcW w:type="dxa" w:w="3685"/>
          </w:tcPr>
          <w:p/>
        </w:tc>
      </w:tr>
      <w:tr>
        <w:trPr>
          <w:trHeight w:val="453" w:hRule="exact"/>
        </w:trPr>
        <w:tc>
          <w:tcPr>
            <w:tcW w:type="dxa" w:w="4082"/>
            <w:gridSpan w:val="2"/>
            <w:vAlign w:val="center"/>
            <w:tcBorders>
              <w:bottom w:val="dotted" w:sz="4" w:space="0" w:color="B8B8B8"/>
            </w:tcBorders>
          </w:tcPr>
          <w:p>
            <w:pPr>
              <w:spacing w:after="0" w:before="0"/>
            </w:pPr>
            <w:r/>
          </w:p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  <w:tcBorders>
              <w:left w:val="single" w:sz="6" w:space="0" w:color="000000"/>
            </w:tcBorders>
          </w:tcPr>
          <w:p/>
        </w:tc>
        <w:tc>
          <w:tcPr>
            <w:tcW w:type="dxa" w:w="907"/>
          </w:tcPr>
          <w:p/>
        </w:tc>
        <w:tc>
          <w:tcPr>
            <w:tcW w:type="dxa" w:w="3685"/>
          </w:tcPr>
          <w:p/>
        </w:tc>
      </w:tr>
      <w:tr>
        <w:trPr>
          <w:trHeight w:val="453" w:hRule="exact"/>
        </w:trPr>
        <w:tc>
          <w:tcPr>
            <w:tcW w:type="dxa" w:w="907"/>
            <w:tcBorders>
              <w:left w:val="double" w:sz="6" w:space="0" w:color="000000"/>
            </w:tcBorders>
          </w:tcPr>
          <w:p/>
        </w:tc>
        <w:tc>
          <w:tcPr>
            <w:tcW w:type="dxa" w:w="3175"/>
          </w:tcPr>
          <w:p/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  <w:tcBorders>
              <w:left w:val="single" w:sz="6" w:space="0" w:color="000000"/>
            </w:tcBorders>
          </w:tcPr>
          <w:p/>
        </w:tc>
        <w:tc>
          <w:tcPr>
            <w:tcW w:type="dxa" w:w="907"/>
          </w:tcPr>
          <w:p/>
        </w:tc>
        <w:tc>
          <w:tcPr>
            <w:tcW w:type="dxa" w:w="3685"/>
          </w:tcPr>
          <w:p/>
        </w:tc>
      </w:tr>
      <w:tr>
        <w:trPr>
          <w:trHeight w:val="453" w:hRule="exact"/>
        </w:trPr>
        <w:tc>
          <w:tcPr>
            <w:tcW w:type="dxa" w:w="907"/>
            <w:tcBorders>
              <w:left w:val="double" w:sz="6" w:space="0" w:color="000000"/>
              <w:bottom w:val="single" w:sz="6" w:space="0" w:color="000000"/>
            </w:tcBorders>
          </w:tcPr>
          <w:p/>
        </w:tc>
        <w:tc>
          <w:tcPr>
            <w:tcW w:type="dxa" w:w="3175"/>
            <w:tcBorders>
              <w:bottom w:val="single" w:sz="6" w:space="0" w:color="000000"/>
            </w:tcBorders>
          </w:tcPr>
          <w:p/>
        </w:tc>
        <w:tc>
          <w:tcPr>
            <w:tcW w:type="dxa" w:w="340"/>
            <w:tcBorders>
              <w:bottom w:val="single" w:sz="6" w:space="0" w:color="000000"/>
            </w:tcBorders>
          </w:tcPr>
          <w:p/>
        </w:tc>
        <w:tc>
          <w:tcPr>
            <w:tcW w:type="dxa" w:w="567"/>
            <w:tcBorders>
              <w:bottom w:val="single" w:sz="6" w:space="0" w:color="000000"/>
            </w:tcBorders>
          </w:tcPr>
          <w:p/>
        </w:tc>
        <w:tc>
          <w:tcPr>
            <w:tcW w:type="dxa" w:w="283"/>
            <w:tcBorders>
              <w:left w:val="single" w:sz="6" w:space="0" w:color="000000"/>
            </w:tcBorders>
          </w:tcPr>
          <w:p/>
        </w:tc>
        <w:tc>
          <w:tcPr>
            <w:tcW w:type="dxa" w:w="907"/>
          </w:tcPr>
          <w:p/>
        </w:tc>
        <w:tc>
          <w:tcPr>
            <w:tcW w:type="dxa" w:w="3685"/>
          </w:tcPr>
          <w:p/>
        </w:tc>
      </w:tr>
      <w:tr>
        <w:trPr>
          <w:trHeight w:val="453" w:hRule="exact"/>
        </w:trPr>
        <w:tc>
          <w:tcPr>
            <w:tcW w:type="dxa" w:w="907"/>
            <w:tcBorders>
              <w:left w:val="double" w:sz="6" w:space="0" w:color="000000"/>
            </w:tcBorders>
          </w:tcPr>
          <w:p/>
        </w:tc>
        <w:tc>
          <w:tcPr>
            <w:tcW w:type="dxa" w:w="3175"/>
          </w:tcPr>
          <w:p/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  <w:tcBorders>
              <w:left w:val="single" w:sz="6" w:space="0" w:color="000000"/>
            </w:tcBorders>
          </w:tcPr>
          <w:p/>
        </w:tc>
        <w:tc>
          <w:tcPr>
            <w:tcW w:type="dxa" w:w="907"/>
          </w:tcPr>
          <w:p/>
        </w:tc>
        <w:tc>
          <w:tcPr>
            <w:tcW w:type="dxa" w:w="3685"/>
          </w:tcPr>
          <w:p/>
        </w:tc>
      </w:tr>
      <w:tr>
        <w:trPr>
          <w:trHeight w:val="453" w:hRule="exact"/>
        </w:trPr>
        <w:tc>
          <w:tcPr>
            <w:tcW w:type="dxa" w:w="907"/>
          </w:tcPr>
          <w:p/>
        </w:tc>
        <w:tc>
          <w:tcPr>
            <w:tcW w:type="dxa" w:w="3175"/>
          </w:tcPr>
          <w:p/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  <w:tcBorders>
              <w:left w:val="single" w:sz="6" w:space="0" w:color="000000"/>
            </w:tcBorders>
          </w:tcPr>
          <w:p/>
        </w:tc>
        <w:tc>
          <w:tcPr>
            <w:tcW w:type="dxa" w:w="907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住所</w:t>
            </w:r>
          </w:p>
        </w:tc>
        <w:tc>
          <w:tcPr>
            <w:tcW w:type="dxa" w:w="3685"/>
            <w:vAlign w:val="center"/>
            <w:tcBorders>
              <w:bottom w:val="dotted" w:sz="4" w:space="0" w:color="B8B8B8"/>
            </w:tcBorders>
          </w:tcPr>
          <w:p>
            <w:pPr>
              <w:spacing w:after="0" w:before="0"/>
            </w:pPr>
            <w:r/>
          </w:p>
        </w:tc>
      </w:tr>
      <w:tr>
        <w:trPr>
          <w:trHeight w:val="453" w:hRule="exact"/>
        </w:trPr>
        <w:tc>
          <w:tcPr>
            <w:tcW w:type="dxa" w:w="907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住所</w:t>
            </w:r>
          </w:p>
        </w:tc>
        <w:tc>
          <w:tcPr>
            <w:tcW w:type="dxa" w:w="3175"/>
            <w:vAlign w:val="center"/>
            <w:tcBorders>
              <w:bottom w:val="dotted" w:sz="4" w:space="0" w:color="B8B8B8"/>
            </w:tcBorders>
          </w:tcPr>
          <w:p>
            <w:pPr>
              <w:spacing w:after="0" w:before="0"/>
            </w:pPr>
            <w:r/>
          </w:p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  <w:tcBorders>
              <w:left w:val="single" w:sz="6" w:space="0" w:color="000000"/>
            </w:tcBorders>
          </w:tcPr>
          <w:p/>
        </w:tc>
        <w:tc>
          <w:tcPr>
            <w:tcW w:type="dxa" w:w="907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出生</w:t>
            </w:r>
          </w:p>
        </w:tc>
        <w:tc>
          <w:tcPr>
            <w:tcW w:type="dxa" w:w="3685"/>
            <w:vAlign w:val="center"/>
            <w:tcBorders>
              <w:bottom w:val="dotted" w:sz="4" w:space="0" w:color="B8B8B8"/>
            </w:tcBorders>
          </w:tcPr>
          <w:p>
            <w:pPr>
              <w:spacing w:after="0" w:before="0"/>
            </w:pPr>
            <w:r/>
          </w:p>
        </w:tc>
      </w:tr>
      <w:tr>
        <w:trPr>
          <w:trHeight w:val="453" w:hRule="exact"/>
        </w:trPr>
        <w:tc>
          <w:tcPr>
            <w:tcW w:type="dxa" w:w="907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出生</w:t>
            </w:r>
          </w:p>
        </w:tc>
        <w:tc>
          <w:tcPr>
            <w:tcW w:type="dxa" w:w="3175"/>
            <w:vAlign w:val="center"/>
            <w:tcBorders>
              <w:bottom w:val="dotted" w:sz="4" w:space="0" w:color="B8B8B8"/>
            </w:tcBorders>
          </w:tcPr>
          <w:p>
            <w:pPr>
              <w:spacing w:after="0" w:before="0"/>
            </w:pPr>
            <w:r/>
          </w:p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  <w:tcBorders>
              <w:left w:val="single" w:sz="6" w:space="0" w:color="000000"/>
            </w:tcBorders>
          </w:tcPr>
          <w:p/>
        </w:tc>
        <w:tc>
          <w:tcPr>
            <w:tcW w:type="dxa" w:w="4592"/>
            <w:gridSpan w:val="2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（相続人）</w:t>
            </w:r>
          </w:p>
        </w:tc>
      </w:tr>
      <w:tr>
        <w:trPr>
          <w:trHeight w:val="453" w:hRule="exact"/>
        </w:trPr>
        <w:tc>
          <w:tcPr>
            <w:tcW w:type="dxa" w:w="4082"/>
            <w:gridSpan w:val="2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（相続人）</w:t>
            </w:r>
          </w:p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  <w:tcBorders>
              <w:left w:val="single" w:sz="6" w:space="0" w:color="000000"/>
              <w:bottom w:val="single" w:sz="6" w:space="0" w:color="000000"/>
            </w:tcBorders>
          </w:tcPr>
          <w:p/>
        </w:tc>
        <w:tc>
          <w:tcPr>
            <w:tcW w:type="dxa" w:w="4592"/>
            <w:gridSpan w:val="2"/>
            <w:vAlign w:val="center"/>
            <w:tcBorders>
              <w:bottom w:val="dotted" w:sz="4" w:space="0" w:color="B8B8B8"/>
            </w:tcBorders>
          </w:tcPr>
          <w:p>
            <w:pPr>
              <w:spacing w:after="0" w:before="0"/>
            </w:pPr>
            <w:r/>
          </w:p>
        </w:tc>
      </w:tr>
      <w:tr>
        <w:trPr>
          <w:trHeight w:val="453" w:hRule="exact"/>
        </w:trPr>
        <w:tc>
          <w:tcPr>
            <w:tcW w:type="dxa" w:w="4082"/>
            <w:gridSpan w:val="2"/>
            <w:vAlign w:val="center"/>
            <w:tcBorders>
              <w:bottom w:val="dotted" w:sz="4" w:space="0" w:color="B8B8B8"/>
            </w:tcBorders>
          </w:tcPr>
          <w:p>
            <w:pPr>
              <w:spacing w:after="0" w:before="0"/>
            </w:pPr>
            <w:r/>
          </w:p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</w:tcPr>
          <w:p/>
        </w:tc>
        <w:tc>
          <w:tcPr>
            <w:tcW w:type="dxa" w:w="907"/>
          </w:tcPr>
          <w:p/>
        </w:tc>
        <w:tc>
          <w:tcPr>
            <w:tcW w:type="dxa" w:w="3685"/>
          </w:tcPr>
          <w:p/>
        </w:tc>
      </w:tr>
      <w:tr>
        <w:trPr>
          <w:trHeight w:val="453" w:hRule="exact"/>
        </w:trPr>
        <w:tc>
          <w:tcPr>
            <w:tcW w:type="dxa" w:w="907"/>
          </w:tcPr>
          <w:p/>
        </w:tc>
        <w:tc>
          <w:tcPr>
            <w:tcW w:type="dxa" w:w="3175"/>
          </w:tcPr>
          <w:p/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</w:tcPr>
          <w:p/>
        </w:tc>
        <w:tc>
          <w:tcPr>
            <w:tcW w:type="dxa" w:w="907"/>
          </w:tcPr>
          <w:p/>
        </w:tc>
        <w:tc>
          <w:tcPr>
            <w:tcW w:type="dxa" w:w="3685"/>
          </w:tcPr>
          <w:p/>
        </w:tc>
      </w:tr>
      <w:tr>
        <w:trPr>
          <w:trHeight w:val="453" w:hRule="exact"/>
        </w:trPr>
        <w:tc>
          <w:tcPr>
            <w:tcW w:type="dxa" w:w="907"/>
          </w:tcPr>
          <w:p/>
        </w:tc>
        <w:tc>
          <w:tcPr>
            <w:tcW w:type="dxa" w:w="3175"/>
          </w:tcPr>
          <w:p/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</w:tcPr>
          <w:p/>
        </w:tc>
        <w:tc>
          <w:tcPr>
            <w:tcW w:type="dxa" w:w="907"/>
          </w:tcPr>
          <w:p/>
        </w:tc>
        <w:tc>
          <w:tcPr>
            <w:tcW w:type="dxa" w:w="3685"/>
          </w:tcPr>
          <w:p/>
        </w:tc>
      </w:tr>
    </w:tbl>
    <w:p>
      <w:r>
        <w:br w:type="page"/>
      </w:r>
    </w:p>
    <w:p>
      <w:pPr>
        <w:spacing w:after="280" w:before="0" w:line="420" w:lineRule="exact"/>
        <w:jc w:val="center"/>
      </w:pPr>
      <w:r>
        <w:rPr>
          <w:rFonts w:ascii="Yu Gothic" w:hAnsi="Yu Gothic" w:eastAsia="Yu Gothic"/>
          <w:b w:val="0"/>
          <w:color w:val="222222"/>
          <w:sz w:val="28"/>
        </w:rPr>
        <w:t>被相続人　丘野太郎　相続関係説明図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07"/>
        <w:gridCol w:w="3175"/>
        <w:gridCol w:w="340"/>
        <w:gridCol w:w="567"/>
        <w:gridCol w:w="283"/>
        <w:gridCol w:w="907"/>
        <w:gridCol w:w="3685"/>
      </w:tblGrid>
      <w:tr>
        <w:trPr>
          <w:trHeight w:val="453" w:hRule="exact"/>
        </w:trPr>
        <w:tc>
          <w:tcPr>
            <w:tcW w:type="dxa" w:w="907"/>
          </w:tcPr>
          <w:p/>
        </w:tc>
        <w:tc>
          <w:tcPr>
            <w:tcW w:type="dxa" w:w="3175"/>
          </w:tcPr>
          <w:p/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</w:tcPr>
          <w:p/>
        </w:tc>
        <w:tc>
          <w:tcPr>
            <w:tcW w:type="dxa" w:w="907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住所</w:t>
            </w:r>
          </w:p>
        </w:tc>
        <w:tc>
          <w:tcPr>
            <w:tcW w:type="dxa" w:w="3685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○○県○○市○○町３番地４</w:t>
            </w:r>
          </w:p>
        </w:tc>
      </w:tr>
      <w:tr>
        <w:trPr>
          <w:trHeight w:val="453" w:hRule="exact"/>
        </w:trPr>
        <w:tc>
          <w:tcPr>
            <w:tcW w:type="dxa" w:w="907"/>
          </w:tcPr>
          <w:p/>
        </w:tc>
        <w:tc>
          <w:tcPr>
            <w:tcW w:type="dxa" w:w="3175"/>
          </w:tcPr>
          <w:p/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</w:tcPr>
          <w:p/>
        </w:tc>
        <w:tc>
          <w:tcPr>
            <w:tcW w:type="dxa" w:w="907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出生</w:t>
            </w:r>
          </w:p>
        </w:tc>
        <w:tc>
          <w:tcPr>
            <w:tcW w:type="dxa" w:w="3685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昭和５２年８月２０日</w:t>
            </w:r>
          </w:p>
        </w:tc>
      </w:tr>
      <w:tr>
        <w:trPr>
          <w:trHeight w:val="453" w:hRule="exact"/>
        </w:trPr>
        <w:tc>
          <w:tcPr>
            <w:tcW w:type="dxa" w:w="907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住所</w:t>
            </w:r>
          </w:p>
        </w:tc>
        <w:tc>
          <w:tcPr>
            <w:tcW w:type="dxa" w:w="3175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○○市○○町一丁目２番地</w:t>
            </w:r>
          </w:p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</w:tcPr>
          <w:p/>
        </w:tc>
        <w:tc>
          <w:tcPr>
            <w:tcW w:type="dxa" w:w="4592"/>
            <w:gridSpan w:val="2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（相続人）</w:t>
            </w:r>
          </w:p>
        </w:tc>
      </w:tr>
      <w:tr>
        <w:trPr>
          <w:trHeight w:val="453" w:hRule="exact"/>
        </w:trPr>
        <w:tc>
          <w:tcPr>
            <w:tcW w:type="dxa" w:w="907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死亡</w:t>
            </w:r>
          </w:p>
        </w:tc>
        <w:tc>
          <w:tcPr>
            <w:tcW w:type="dxa" w:w="3175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令和８年３月１０日</w:t>
            </w:r>
          </w:p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  <w:tcBorders>
              <w:left w:val="single" w:sz="6" w:space="0" w:color="000000"/>
              <w:top w:val="single" w:sz="6" w:space="0" w:color="000000"/>
            </w:tcBorders>
          </w:tcPr>
          <w:p/>
        </w:tc>
        <w:tc>
          <w:tcPr>
            <w:tcW w:type="dxa" w:w="4592"/>
            <w:gridSpan w:val="2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4"/>
              </w:rPr>
              <w:t>丘　野　一　郎</w:t>
            </w:r>
          </w:p>
        </w:tc>
      </w:tr>
      <w:tr>
        <w:trPr>
          <w:trHeight w:val="453" w:hRule="exact"/>
        </w:trPr>
        <w:tc>
          <w:tcPr>
            <w:tcW w:type="dxa" w:w="4082"/>
            <w:gridSpan w:val="2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（被相続人）</w:t>
            </w:r>
          </w:p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  <w:tcBorders>
              <w:left w:val="single" w:sz="6" w:space="0" w:color="000000"/>
            </w:tcBorders>
          </w:tcPr>
          <w:p/>
        </w:tc>
        <w:tc>
          <w:tcPr>
            <w:tcW w:type="dxa" w:w="907"/>
          </w:tcPr>
          <w:p/>
        </w:tc>
        <w:tc>
          <w:tcPr>
            <w:tcW w:type="dxa" w:w="3685"/>
          </w:tcPr>
          <w:p/>
        </w:tc>
      </w:tr>
      <w:tr>
        <w:trPr>
          <w:trHeight w:val="453" w:hRule="exact"/>
        </w:trPr>
        <w:tc>
          <w:tcPr>
            <w:tcW w:type="dxa" w:w="4082"/>
            <w:gridSpan w:val="2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4"/>
              </w:rPr>
              <w:t>丘　野　太　郎</w:t>
            </w:r>
          </w:p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  <w:tcBorders>
              <w:left w:val="single" w:sz="6" w:space="0" w:color="000000"/>
            </w:tcBorders>
          </w:tcPr>
          <w:p/>
        </w:tc>
        <w:tc>
          <w:tcPr>
            <w:tcW w:type="dxa" w:w="907"/>
          </w:tcPr>
          <w:p/>
        </w:tc>
        <w:tc>
          <w:tcPr>
            <w:tcW w:type="dxa" w:w="3685"/>
          </w:tcPr>
          <w:p/>
        </w:tc>
      </w:tr>
      <w:tr>
        <w:trPr>
          <w:trHeight w:val="453" w:hRule="exact"/>
        </w:trPr>
        <w:tc>
          <w:tcPr>
            <w:tcW w:type="dxa" w:w="907"/>
            <w:tcBorders>
              <w:left w:val="double" w:sz="6" w:space="0" w:color="000000"/>
            </w:tcBorders>
          </w:tcPr>
          <w:p/>
        </w:tc>
        <w:tc>
          <w:tcPr>
            <w:tcW w:type="dxa" w:w="3175"/>
          </w:tcPr>
          <w:p/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  <w:tcBorders>
              <w:left w:val="single" w:sz="6" w:space="0" w:color="000000"/>
            </w:tcBorders>
          </w:tcPr>
          <w:p/>
        </w:tc>
        <w:tc>
          <w:tcPr>
            <w:tcW w:type="dxa" w:w="907"/>
          </w:tcPr>
          <w:p/>
        </w:tc>
        <w:tc>
          <w:tcPr>
            <w:tcW w:type="dxa" w:w="3685"/>
          </w:tcPr>
          <w:p/>
        </w:tc>
      </w:tr>
      <w:tr>
        <w:trPr>
          <w:trHeight w:val="453" w:hRule="exact"/>
        </w:trPr>
        <w:tc>
          <w:tcPr>
            <w:tcW w:type="dxa" w:w="907"/>
            <w:tcBorders>
              <w:left w:val="double" w:sz="6" w:space="0" w:color="000000"/>
              <w:bottom w:val="single" w:sz="6" w:space="0" w:color="000000"/>
            </w:tcBorders>
          </w:tcPr>
          <w:p/>
        </w:tc>
        <w:tc>
          <w:tcPr>
            <w:tcW w:type="dxa" w:w="3175"/>
            <w:tcBorders>
              <w:bottom w:val="single" w:sz="6" w:space="0" w:color="000000"/>
            </w:tcBorders>
          </w:tcPr>
          <w:p/>
        </w:tc>
        <w:tc>
          <w:tcPr>
            <w:tcW w:type="dxa" w:w="340"/>
            <w:tcBorders>
              <w:bottom w:val="single" w:sz="6" w:space="0" w:color="000000"/>
            </w:tcBorders>
          </w:tcPr>
          <w:p/>
        </w:tc>
        <w:tc>
          <w:tcPr>
            <w:tcW w:type="dxa" w:w="567"/>
            <w:tcBorders>
              <w:bottom w:val="single" w:sz="6" w:space="0" w:color="000000"/>
            </w:tcBorders>
          </w:tcPr>
          <w:p/>
        </w:tc>
        <w:tc>
          <w:tcPr>
            <w:tcW w:type="dxa" w:w="283"/>
            <w:tcBorders>
              <w:left w:val="single" w:sz="6" w:space="0" w:color="000000"/>
            </w:tcBorders>
          </w:tcPr>
          <w:p/>
        </w:tc>
        <w:tc>
          <w:tcPr>
            <w:tcW w:type="dxa" w:w="907"/>
          </w:tcPr>
          <w:p/>
        </w:tc>
        <w:tc>
          <w:tcPr>
            <w:tcW w:type="dxa" w:w="3685"/>
          </w:tcPr>
          <w:p/>
        </w:tc>
      </w:tr>
      <w:tr>
        <w:trPr>
          <w:trHeight w:val="453" w:hRule="exact"/>
        </w:trPr>
        <w:tc>
          <w:tcPr>
            <w:tcW w:type="dxa" w:w="907"/>
            <w:tcBorders>
              <w:left w:val="double" w:sz="6" w:space="0" w:color="000000"/>
            </w:tcBorders>
          </w:tcPr>
          <w:p/>
        </w:tc>
        <w:tc>
          <w:tcPr>
            <w:tcW w:type="dxa" w:w="3175"/>
          </w:tcPr>
          <w:p/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  <w:tcBorders>
              <w:left w:val="single" w:sz="6" w:space="0" w:color="000000"/>
            </w:tcBorders>
          </w:tcPr>
          <w:p/>
        </w:tc>
        <w:tc>
          <w:tcPr>
            <w:tcW w:type="dxa" w:w="907"/>
          </w:tcPr>
          <w:p/>
        </w:tc>
        <w:tc>
          <w:tcPr>
            <w:tcW w:type="dxa" w:w="3685"/>
          </w:tcPr>
          <w:p/>
        </w:tc>
      </w:tr>
      <w:tr>
        <w:trPr>
          <w:trHeight w:val="453" w:hRule="exact"/>
        </w:trPr>
        <w:tc>
          <w:tcPr>
            <w:tcW w:type="dxa" w:w="907"/>
          </w:tcPr>
          <w:p/>
        </w:tc>
        <w:tc>
          <w:tcPr>
            <w:tcW w:type="dxa" w:w="3175"/>
          </w:tcPr>
          <w:p/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  <w:tcBorders>
              <w:left w:val="single" w:sz="6" w:space="0" w:color="000000"/>
            </w:tcBorders>
          </w:tcPr>
          <w:p/>
        </w:tc>
        <w:tc>
          <w:tcPr>
            <w:tcW w:type="dxa" w:w="907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住所</w:t>
            </w:r>
          </w:p>
        </w:tc>
        <w:tc>
          <w:tcPr>
            <w:tcW w:type="dxa" w:w="3685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○○市○○町五丁目６番７号</w:t>
            </w:r>
          </w:p>
        </w:tc>
      </w:tr>
      <w:tr>
        <w:trPr>
          <w:trHeight w:val="453" w:hRule="exact"/>
        </w:trPr>
        <w:tc>
          <w:tcPr>
            <w:tcW w:type="dxa" w:w="907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住所</w:t>
            </w:r>
          </w:p>
        </w:tc>
        <w:tc>
          <w:tcPr>
            <w:tcW w:type="dxa" w:w="3175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○○市○○町一丁目２番地</w:t>
            </w:r>
          </w:p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  <w:tcBorders>
              <w:left w:val="single" w:sz="6" w:space="0" w:color="000000"/>
            </w:tcBorders>
          </w:tcPr>
          <w:p/>
        </w:tc>
        <w:tc>
          <w:tcPr>
            <w:tcW w:type="dxa" w:w="907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出生</w:t>
            </w:r>
          </w:p>
        </w:tc>
        <w:tc>
          <w:tcPr>
            <w:tcW w:type="dxa" w:w="3685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昭和５５年１１月３日</w:t>
            </w:r>
          </w:p>
        </w:tc>
      </w:tr>
      <w:tr>
        <w:trPr>
          <w:trHeight w:val="453" w:hRule="exact"/>
        </w:trPr>
        <w:tc>
          <w:tcPr>
            <w:tcW w:type="dxa" w:w="907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出生</w:t>
            </w:r>
          </w:p>
        </w:tc>
        <w:tc>
          <w:tcPr>
            <w:tcW w:type="dxa" w:w="3175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昭和２７年５月１日</w:t>
            </w:r>
          </w:p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  <w:tcBorders>
              <w:left w:val="single" w:sz="6" w:space="0" w:color="000000"/>
            </w:tcBorders>
          </w:tcPr>
          <w:p/>
        </w:tc>
        <w:tc>
          <w:tcPr>
            <w:tcW w:type="dxa" w:w="4592"/>
            <w:gridSpan w:val="2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（相続人）</w:t>
            </w:r>
          </w:p>
        </w:tc>
      </w:tr>
      <w:tr>
        <w:trPr>
          <w:trHeight w:val="453" w:hRule="exact"/>
        </w:trPr>
        <w:tc>
          <w:tcPr>
            <w:tcW w:type="dxa" w:w="4082"/>
            <w:gridSpan w:val="2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（相続人）</w:t>
            </w:r>
          </w:p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  <w:tcBorders>
              <w:left w:val="single" w:sz="6" w:space="0" w:color="000000"/>
              <w:bottom w:val="single" w:sz="6" w:space="0" w:color="000000"/>
            </w:tcBorders>
          </w:tcPr>
          <w:p/>
        </w:tc>
        <w:tc>
          <w:tcPr>
            <w:tcW w:type="dxa" w:w="4592"/>
            <w:gridSpan w:val="2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4"/>
              </w:rPr>
              <w:t>谷　川　桃　子</w:t>
            </w:r>
          </w:p>
        </w:tc>
      </w:tr>
      <w:tr>
        <w:trPr>
          <w:trHeight w:val="453" w:hRule="exact"/>
        </w:trPr>
        <w:tc>
          <w:tcPr>
            <w:tcW w:type="dxa" w:w="4082"/>
            <w:gridSpan w:val="2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4"/>
              </w:rPr>
              <w:t>丘　野　花　子</w:t>
            </w:r>
          </w:p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</w:tcPr>
          <w:p/>
        </w:tc>
        <w:tc>
          <w:tcPr>
            <w:tcW w:type="dxa" w:w="907"/>
          </w:tcPr>
          <w:p/>
        </w:tc>
        <w:tc>
          <w:tcPr>
            <w:tcW w:type="dxa" w:w="3685"/>
          </w:tcPr>
          <w:p/>
        </w:tc>
      </w:tr>
      <w:tr>
        <w:trPr>
          <w:trHeight w:val="453" w:hRule="exact"/>
        </w:trPr>
        <w:tc>
          <w:tcPr>
            <w:tcW w:type="dxa" w:w="907"/>
          </w:tcPr>
          <w:p/>
        </w:tc>
        <w:tc>
          <w:tcPr>
            <w:tcW w:type="dxa" w:w="3175"/>
          </w:tcPr>
          <w:p/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</w:tcPr>
          <w:p/>
        </w:tc>
        <w:tc>
          <w:tcPr>
            <w:tcW w:type="dxa" w:w="907"/>
          </w:tcPr>
          <w:p/>
        </w:tc>
        <w:tc>
          <w:tcPr>
            <w:tcW w:type="dxa" w:w="3685"/>
          </w:tcPr>
          <w:p/>
        </w:tc>
      </w:tr>
      <w:tr>
        <w:trPr>
          <w:trHeight w:val="453" w:hRule="exact"/>
        </w:trPr>
        <w:tc>
          <w:tcPr>
            <w:tcW w:type="dxa" w:w="907"/>
          </w:tcPr>
          <w:p/>
        </w:tc>
        <w:tc>
          <w:tcPr>
            <w:tcW w:type="dxa" w:w="3175"/>
          </w:tcPr>
          <w:p/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</w:tcPr>
          <w:p/>
        </w:tc>
        <w:tc>
          <w:tcPr>
            <w:tcW w:type="dxa" w:w="907"/>
          </w:tcPr>
          <w:p/>
        </w:tc>
        <w:tc>
          <w:tcPr>
            <w:tcW w:type="dxa" w:w="3685"/>
          </w:tcPr>
          <w:p/>
        </w:tc>
      </w:tr>
    </w:tbl>
    <w:p>
      <w:pPr>
        <w:spacing w:after="200" w:before="0" w:line="315" w:lineRule="exact"/>
      </w:pPr>
    </w:p>
    <w:p>
      <w:pPr>
        <w:spacing w:after="60" w:before="0" w:line="255" w:lineRule="exact"/>
      </w:pPr>
      <w:r>
        <w:rPr>
          <w:rFonts w:ascii="Yu Gothic" w:hAnsi="Yu Gothic" w:eastAsia="Yu Gothic"/>
          <w:b w:val="0"/>
          <w:color w:val="6B6B6B"/>
          <w:sz w:val="17"/>
        </w:rPr>
        <w:t>【記入例】夫が亡くなり、妻と子2人が法定相続分どおりに相続した場合。人名・住所・日付はすべて架空です。法務局の記載例（所有権移転登記申請書（相続・法定相続））の相続関係説明図例と同じ項目・配置にしています。</w:t>
      </w:r>
    </w:p>
    <w:p>
      <w:r>
        <w:br w:type="page"/>
      </w:r>
    </w:p>
    <w:p>
      <w:pPr>
        <w:spacing w:after="280" w:before="0" w:line="420" w:lineRule="exact"/>
        <w:jc w:val="center"/>
      </w:pPr>
      <w:r>
        <w:rPr>
          <w:rFonts w:ascii="Yu Gothic" w:hAnsi="Yu Gothic" w:eastAsia="Yu Gothic"/>
          <w:b w:val="0"/>
          <w:color w:val="222222"/>
          <w:sz w:val="28"/>
        </w:rPr>
        <w:t>被相続人　丘野太郎　相続関係説明図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07"/>
        <w:gridCol w:w="3175"/>
        <w:gridCol w:w="340"/>
        <w:gridCol w:w="567"/>
        <w:gridCol w:w="283"/>
        <w:gridCol w:w="907"/>
        <w:gridCol w:w="3685"/>
      </w:tblGrid>
      <w:tr>
        <w:trPr>
          <w:trHeight w:val="453" w:hRule="exact"/>
        </w:trPr>
        <w:tc>
          <w:tcPr>
            <w:tcW w:type="dxa" w:w="907"/>
          </w:tcPr>
          <w:p/>
        </w:tc>
        <w:tc>
          <w:tcPr>
            <w:tcW w:type="dxa" w:w="3175"/>
          </w:tcPr>
          <w:p/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</w:tcPr>
          <w:p/>
        </w:tc>
        <w:tc>
          <w:tcPr>
            <w:tcW w:type="dxa" w:w="907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住所</w:t>
            </w:r>
          </w:p>
        </w:tc>
        <w:tc>
          <w:tcPr>
            <w:tcW w:type="dxa" w:w="3685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○○県○○市○○町３番地４</w:t>
            </w:r>
          </w:p>
        </w:tc>
      </w:tr>
      <w:tr>
        <w:trPr>
          <w:trHeight w:val="453" w:hRule="exact"/>
        </w:trPr>
        <w:tc>
          <w:tcPr>
            <w:tcW w:type="dxa" w:w="907"/>
          </w:tcPr>
          <w:p/>
        </w:tc>
        <w:tc>
          <w:tcPr>
            <w:tcW w:type="dxa" w:w="3175"/>
          </w:tcPr>
          <w:p/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</w:tcPr>
          <w:p/>
        </w:tc>
        <w:tc>
          <w:tcPr>
            <w:tcW w:type="dxa" w:w="907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出生</w:t>
            </w:r>
          </w:p>
        </w:tc>
        <w:tc>
          <w:tcPr>
            <w:tcW w:type="dxa" w:w="3685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昭和５２年８月２０日</w:t>
            </w:r>
          </w:p>
        </w:tc>
      </w:tr>
      <w:tr>
        <w:trPr>
          <w:trHeight w:val="453" w:hRule="exact"/>
        </w:trPr>
        <w:tc>
          <w:tcPr>
            <w:tcW w:type="dxa" w:w="907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住所</w:t>
            </w:r>
          </w:p>
        </w:tc>
        <w:tc>
          <w:tcPr>
            <w:tcW w:type="dxa" w:w="3175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○○市○○町一丁目２番地</w:t>
            </w:r>
          </w:p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</w:tcPr>
          <w:p/>
        </w:tc>
        <w:tc>
          <w:tcPr>
            <w:tcW w:type="dxa" w:w="4592"/>
            <w:gridSpan w:val="2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（相続人）</w:t>
            </w:r>
          </w:p>
        </w:tc>
      </w:tr>
      <w:tr>
        <w:trPr>
          <w:trHeight w:val="453" w:hRule="exact"/>
        </w:trPr>
        <w:tc>
          <w:tcPr>
            <w:tcW w:type="dxa" w:w="907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死亡</w:t>
            </w:r>
          </w:p>
        </w:tc>
        <w:tc>
          <w:tcPr>
            <w:tcW w:type="dxa" w:w="3175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令和８年３月１０日</w:t>
            </w:r>
          </w:p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  <w:tcBorders>
              <w:left w:val="single" w:sz="6" w:space="0" w:color="000000"/>
              <w:top w:val="single" w:sz="6" w:space="0" w:color="000000"/>
            </w:tcBorders>
          </w:tcPr>
          <w:p/>
        </w:tc>
        <w:tc>
          <w:tcPr>
            <w:tcW w:type="dxa" w:w="4592"/>
            <w:gridSpan w:val="2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4"/>
              </w:rPr>
              <w:t>丘　野　一　郎</w:t>
            </w:r>
          </w:p>
        </w:tc>
      </w:tr>
      <w:tr>
        <w:trPr>
          <w:trHeight w:val="453" w:hRule="exact"/>
        </w:trPr>
        <w:tc>
          <w:tcPr>
            <w:tcW w:type="dxa" w:w="4082"/>
            <w:gridSpan w:val="2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（被相続人）</w:t>
            </w:r>
          </w:p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  <w:tcBorders>
              <w:left w:val="single" w:sz="6" w:space="0" w:color="000000"/>
            </w:tcBorders>
          </w:tcPr>
          <w:p/>
        </w:tc>
        <w:tc>
          <w:tcPr>
            <w:tcW w:type="dxa" w:w="907"/>
          </w:tcPr>
          <w:p/>
        </w:tc>
        <w:tc>
          <w:tcPr>
            <w:tcW w:type="dxa" w:w="3685"/>
          </w:tcPr>
          <w:p/>
        </w:tc>
      </w:tr>
      <w:tr>
        <w:trPr>
          <w:trHeight w:val="453" w:hRule="exact"/>
        </w:trPr>
        <w:tc>
          <w:tcPr>
            <w:tcW w:type="dxa" w:w="4082"/>
            <w:gridSpan w:val="2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4"/>
              </w:rPr>
              <w:t>丘　野　太　郎</w:t>
            </w:r>
          </w:p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  <w:tcBorders>
              <w:left w:val="single" w:sz="6" w:space="0" w:color="000000"/>
            </w:tcBorders>
          </w:tcPr>
          <w:p/>
        </w:tc>
        <w:tc>
          <w:tcPr>
            <w:tcW w:type="dxa" w:w="907"/>
          </w:tcPr>
          <w:p/>
        </w:tc>
        <w:tc>
          <w:tcPr>
            <w:tcW w:type="dxa" w:w="3685"/>
          </w:tcPr>
          <w:p/>
        </w:tc>
      </w:tr>
      <w:tr>
        <w:trPr>
          <w:trHeight w:val="453" w:hRule="exact"/>
        </w:trPr>
        <w:tc>
          <w:tcPr>
            <w:tcW w:type="dxa" w:w="907"/>
            <w:tcBorders>
              <w:left w:val="double" w:sz="6" w:space="0" w:color="000000"/>
            </w:tcBorders>
          </w:tcPr>
          <w:p/>
        </w:tc>
        <w:tc>
          <w:tcPr>
            <w:tcW w:type="dxa" w:w="3175"/>
          </w:tcPr>
          <w:p/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  <w:tcBorders>
              <w:left w:val="single" w:sz="6" w:space="0" w:color="000000"/>
            </w:tcBorders>
          </w:tcPr>
          <w:p/>
        </w:tc>
        <w:tc>
          <w:tcPr>
            <w:tcW w:type="dxa" w:w="907"/>
          </w:tcPr>
          <w:p/>
        </w:tc>
        <w:tc>
          <w:tcPr>
            <w:tcW w:type="dxa" w:w="3685"/>
          </w:tcPr>
          <w:p/>
        </w:tc>
      </w:tr>
      <w:tr>
        <w:trPr>
          <w:trHeight w:val="453" w:hRule="exact"/>
        </w:trPr>
        <w:tc>
          <w:tcPr>
            <w:tcW w:type="dxa" w:w="907"/>
            <w:tcBorders>
              <w:left w:val="double" w:sz="6" w:space="0" w:color="000000"/>
              <w:bottom w:val="single" w:sz="6" w:space="0" w:color="000000"/>
            </w:tcBorders>
          </w:tcPr>
          <w:p/>
        </w:tc>
        <w:tc>
          <w:tcPr>
            <w:tcW w:type="dxa" w:w="3175"/>
            <w:tcBorders>
              <w:bottom w:val="single" w:sz="6" w:space="0" w:color="000000"/>
            </w:tcBorders>
          </w:tcPr>
          <w:p/>
        </w:tc>
        <w:tc>
          <w:tcPr>
            <w:tcW w:type="dxa" w:w="340"/>
            <w:tcBorders>
              <w:bottom w:val="single" w:sz="6" w:space="0" w:color="000000"/>
            </w:tcBorders>
          </w:tcPr>
          <w:p/>
        </w:tc>
        <w:tc>
          <w:tcPr>
            <w:tcW w:type="dxa" w:w="567"/>
            <w:tcBorders>
              <w:bottom w:val="single" w:sz="6" w:space="0" w:color="000000"/>
            </w:tcBorders>
          </w:tcPr>
          <w:p/>
        </w:tc>
        <w:tc>
          <w:tcPr>
            <w:tcW w:type="dxa" w:w="283"/>
            <w:tcBorders>
              <w:left w:val="single" w:sz="6" w:space="0" w:color="000000"/>
            </w:tcBorders>
          </w:tcPr>
          <w:p/>
        </w:tc>
        <w:tc>
          <w:tcPr>
            <w:tcW w:type="dxa" w:w="907"/>
          </w:tcPr>
          <w:p/>
        </w:tc>
        <w:tc>
          <w:tcPr>
            <w:tcW w:type="dxa" w:w="3685"/>
          </w:tcPr>
          <w:p/>
        </w:tc>
      </w:tr>
      <w:tr>
        <w:trPr>
          <w:trHeight w:val="453" w:hRule="exact"/>
        </w:trPr>
        <w:tc>
          <w:tcPr>
            <w:tcW w:type="dxa" w:w="907"/>
            <w:tcBorders>
              <w:left w:val="double" w:sz="6" w:space="0" w:color="000000"/>
            </w:tcBorders>
          </w:tcPr>
          <w:p/>
        </w:tc>
        <w:tc>
          <w:tcPr>
            <w:tcW w:type="dxa" w:w="3175"/>
          </w:tcPr>
          <w:p/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  <w:tcBorders>
              <w:left w:val="single" w:sz="6" w:space="0" w:color="000000"/>
            </w:tcBorders>
          </w:tcPr>
          <w:p/>
        </w:tc>
        <w:tc>
          <w:tcPr>
            <w:tcW w:type="dxa" w:w="907"/>
          </w:tcPr>
          <w:p/>
        </w:tc>
        <w:tc>
          <w:tcPr>
            <w:tcW w:type="dxa" w:w="3685"/>
          </w:tcPr>
          <w:p/>
        </w:tc>
      </w:tr>
      <w:tr>
        <w:trPr>
          <w:trHeight w:val="453" w:hRule="exact"/>
        </w:trPr>
        <w:tc>
          <w:tcPr>
            <w:tcW w:type="dxa" w:w="907"/>
            <w:tcBorders>
              <w:left w:val="double" w:sz="6" w:space="0" w:color="000000"/>
            </w:tcBorders>
          </w:tcPr>
          <w:p/>
        </w:tc>
        <w:tc>
          <w:tcPr>
            <w:tcW w:type="dxa" w:w="3175"/>
          </w:tcPr>
          <w:p/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  <w:tcBorders>
              <w:left w:val="single" w:sz="6" w:space="0" w:color="000000"/>
            </w:tcBorders>
          </w:tcPr>
          <w:p/>
        </w:tc>
        <w:tc>
          <w:tcPr>
            <w:tcW w:type="dxa" w:w="907"/>
          </w:tcPr>
          <w:p/>
        </w:tc>
        <w:tc>
          <w:tcPr>
            <w:tcW w:type="dxa" w:w="3685"/>
          </w:tcPr>
          <w:p/>
        </w:tc>
      </w:tr>
      <w:tr>
        <w:trPr>
          <w:trHeight w:val="453" w:hRule="exact"/>
        </w:trPr>
        <w:tc>
          <w:tcPr>
            <w:tcW w:type="dxa" w:w="907"/>
            <w:tcBorders>
              <w:left w:val="double" w:sz="6" w:space="0" w:color="000000"/>
            </w:tcBorders>
          </w:tcPr>
          <w:p/>
        </w:tc>
        <w:tc>
          <w:tcPr>
            <w:tcW w:type="dxa" w:w="3175"/>
          </w:tcPr>
          <w:p/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  <w:tcBorders>
              <w:left w:val="single" w:sz="6" w:space="0" w:color="000000"/>
            </w:tcBorders>
          </w:tcPr>
          <w:p/>
        </w:tc>
        <w:tc>
          <w:tcPr>
            <w:tcW w:type="dxa" w:w="907"/>
          </w:tcPr>
          <w:p/>
        </w:tc>
        <w:tc>
          <w:tcPr>
            <w:tcW w:type="dxa" w:w="3685"/>
          </w:tcPr>
          <w:p/>
        </w:tc>
      </w:tr>
      <w:tr>
        <w:trPr>
          <w:trHeight w:val="453" w:hRule="exact"/>
        </w:trPr>
        <w:tc>
          <w:tcPr>
            <w:tcW w:type="dxa" w:w="4082"/>
            <w:gridSpan w:val="2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4"/>
              </w:rPr>
              <w:t>丘　野　花　子</w:t>
            </w:r>
          </w:p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  <w:tcBorders>
              <w:left w:val="single" w:sz="6" w:space="0" w:color="000000"/>
            </w:tcBorders>
          </w:tcPr>
          <w:p/>
        </w:tc>
        <w:tc>
          <w:tcPr>
            <w:tcW w:type="dxa" w:w="907"/>
          </w:tcPr>
          <w:p/>
        </w:tc>
        <w:tc>
          <w:tcPr>
            <w:tcW w:type="dxa" w:w="3685"/>
          </w:tcPr>
          <w:p/>
        </w:tc>
      </w:tr>
      <w:tr>
        <w:trPr>
          <w:trHeight w:val="453" w:hRule="exact"/>
        </w:trPr>
        <w:tc>
          <w:tcPr>
            <w:tcW w:type="dxa" w:w="4082"/>
            <w:gridSpan w:val="2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（分割）</w:t>
            </w:r>
          </w:p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  <w:tcBorders>
              <w:left w:val="single" w:sz="6" w:space="0" w:color="000000"/>
              <w:bottom w:val="single" w:sz="6" w:space="0" w:color="000000"/>
            </w:tcBorders>
          </w:tcPr>
          <w:p/>
        </w:tc>
        <w:tc>
          <w:tcPr>
            <w:tcW w:type="dxa" w:w="4592"/>
            <w:gridSpan w:val="2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4"/>
              </w:rPr>
              <w:t>谷　川　桃　子</w:t>
            </w:r>
          </w:p>
        </w:tc>
      </w:tr>
      <w:tr>
        <w:trPr>
          <w:trHeight w:val="453" w:hRule="exact"/>
        </w:trPr>
        <w:tc>
          <w:tcPr>
            <w:tcW w:type="dxa" w:w="907"/>
          </w:tcPr>
          <w:p/>
        </w:tc>
        <w:tc>
          <w:tcPr>
            <w:tcW w:type="dxa" w:w="3175"/>
          </w:tcPr>
          <w:p/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</w:tcPr>
          <w:p/>
        </w:tc>
        <w:tc>
          <w:tcPr>
            <w:tcW w:type="dxa" w:w="4592"/>
            <w:gridSpan w:val="2"/>
            <w:vAlign w:val="center"/>
          </w:tcPr>
          <w:p>
            <w:pPr>
              <w:spacing w:after="0" w:before="0"/>
            </w:pPr>
            <w:r/>
            <w:r>
              <w:rPr>
                <w:rFonts w:ascii="Yu Gothic" w:hAnsi="Yu Gothic" w:eastAsia="Yu Gothic"/>
                <w:b w:val="0"/>
                <w:color w:val="222222"/>
                <w:sz w:val="21"/>
              </w:rPr>
              <w:t>（分割）</w:t>
            </w:r>
          </w:p>
        </w:tc>
      </w:tr>
      <w:tr>
        <w:trPr>
          <w:trHeight w:val="453" w:hRule="exact"/>
        </w:trPr>
        <w:tc>
          <w:tcPr>
            <w:tcW w:type="dxa" w:w="907"/>
          </w:tcPr>
          <w:p/>
        </w:tc>
        <w:tc>
          <w:tcPr>
            <w:tcW w:type="dxa" w:w="3175"/>
          </w:tcPr>
          <w:p/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</w:tcPr>
          <w:p/>
        </w:tc>
        <w:tc>
          <w:tcPr>
            <w:tcW w:type="dxa" w:w="907"/>
          </w:tcPr>
          <w:p/>
        </w:tc>
        <w:tc>
          <w:tcPr>
            <w:tcW w:type="dxa" w:w="3685"/>
          </w:tcPr>
          <w:p/>
        </w:tc>
      </w:tr>
      <w:tr>
        <w:trPr>
          <w:trHeight w:val="453" w:hRule="exact"/>
        </w:trPr>
        <w:tc>
          <w:tcPr>
            <w:tcW w:type="dxa" w:w="907"/>
          </w:tcPr>
          <w:p/>
        </w:tc>
        <w:tc>
          <w:tcPr>
            <w:tcW w:type="dxa" w:w="3175"/>
          </w:tcPr>
          <w:p/>
        </w:tc>
        <w:tc>
          <w:tcPr>
            <w:tcW w:type="dxa" w:w="340"/>
          </w:tcPr>
          <w:p/>
        </w:tc>
        <w:tc>
          <w:tcPr>
            <w:tcW w:type="dxa" w:w="567"/>
          </w:tcPr>
          <w:p/>
        </w:tc>
        <w:tc>
          <w:tcPr>
            <w:tcW w:type="dxa" w:w="283"/>
          </w:tcPr>
          <w:p/>
        </w:tc>
        <w:tc>
          <w:tcPr>
            <w:tcW w:type="dxa" w:w="907"/>
          </w:tcPr>
          <w:p/>
        </w:tc>
        <w:tc>
          <w:tcPr>
            <w:tcW w:type="dxa" w:w="3685"/>
          </w:tcPr>
          <w:p/>
        </w:tc>
      </w:tr>
    </w:tbl>
    <w:p>
      <w:pPr>
        <w:spacing w:after="200" w:before="0" w:line="315" w:lineRule="exact"/>
      </w:pPr>
    </w:p>
    <w:p>
      <w:pPr>
        <w:spacing w:after="60" w:before="0" w:line="255" w:lineRule="exact"/>
      </w:pPr>
      <w:r>
        <w:rPr>
          <w:rFonts w:ascii="Yu Gothic" w:hAnsi="Yu Gothic" w:eastAsia="Yu Gothic"/>
          <w:b w:val="0"/>
          <w:color w:val="6B6B6B"/>
          <w:sz w:val="17"/>
        </w:rPr>
        <w:t>【記入例】妻と子2人で遺産分割協議をし、不動産を子の1人（丘野一郎）が相続した場合。人名・住所・日付はすべて架空です。</w:t>
      </w:r>
    </w:p>
    <w:p>
      <w:pPr>
        <w:spacing w:after="60" w:before="0" w:line="255" w:lineRule="exact"/>
      </w:pPr>
      <w:r>
        <w:rPr>
          <w:rFonts w:ascii="Yu Gothic" w:hAnsi="Yu Gothic" w:eastAsia="Yu Gothic"/>
          <w:b w:val="0"/>
          <w:color w:val="6B6B6B"/>
          <w:sz w:val="17"/>
        </w:rPr>
        <w:t>「（分割）」は、遺産分割協議の結果、不動産を相続しなかったという意味です（法務局の記載例の注記）。</w:t>
      </w:r>
    </w:p>
    <w:p>
      <w:pPr>
        <w:spacing w:after="60" w:before="0" w:line="255" w:lineRule="exact"/>
      </w:pPr>
      <w:r>
        <w:rPr>
          <w:rFonts w:ascii="Yu Gothic" w:hAnsi="Yu Gothic" w:eastAsia="Yu Gothic"/>
          <w:b w:val="0"/>
          <w:color w:val="6B6B6B"/>
          <w:sz w:val="17"/>
        </w:rPr>
        <w:t>法務局の記載例では、（分割）の人は氏名と（分割）だけが書かれています。遺産分割協議書は、別にその謄本を提出する必要があります。</w:t>
      </w:r>
    </w:p>
    <w:sectPr w:rsidR="00FC693F" w:rsidRPr="0006063C" w:rsidSect="00034616">
      <w:footerReference w:type="default" r:id="rId9"/>
      <w:pgSz w:w="11906" w:h="16838"/>
      <w:pgMar w:top="113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B"/>
        <w:sz w:val="16"/>
      </w:rPr>
      <w:t>相続関係説明図テンプレート（ふれあいの丘）｜www.fureaino-oka.com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相続関係説明図テンプレート</dc:title>
  <dc:subject/>
  <dc:creator>生前整理支援センター ふれあいの丘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